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19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.0" w:type="dxa"/>
      </w:tblPr>
      <w:tblGrid>
        <w:gridCol w:w="7189"/>
      </w:tblGrid>
      <w:tr>
        <w:trPr>
          <w:trHeight w:hRule="exact" w:val="10876"/>
        </w:trPr>
        <w:tc>
          <w:tcPr>
            <w:tcW w:type="dxa" w:w="7050"/>
            <w:tcBorders>
              <w:start w:sz="48.0" w:val="single" w:color="#F1F1F1"/>
              <w:top w:sz="48.0" w:val="single" w:color="#F1F1F1"/>
              <w:end w:sz="48.0" w:val="single" w:color="#F1F1F1"/>
              <w:bottom w:sz="48.0" w:val="single" w:color="#F1F1F1"/>
            </w:tcBorders>
            <w:shd w:fill="f9be8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08" w:lineRule="exact" w:before="756" w:after="0"/>
              <w:ind w:left="0" w:right="0" w:firstLine="0"/>
              <w:jc w:val="center"/>
            </w:pPr>
            <w:r>
              <w:rPr>
                <w:rFonts w:ascii="Times New Roman Bold" w:hAnsi="Times New Roman Bold" w:eastAsia="Times New Roman Bold"/>
                <w:b/>
                <w:i w:val="0"/>
                <w:color w:val="FF0000"/>
                <w:sz w:val="44"/>
              </w:rPr>
              <w:t xml:space="preserve">KINH QUÁN VÔ LƯỢNG THỌ </w:t>
            </w:r>
          </w:p>
          <w:p>
            <w:pPr>
              <w:autoSpaceDN w:val="0"/>
              <w:autoSpaceDE w:val="0"/>
              <w:widowControl/>
              <w:spacing w:line="240" w:lineRule="auto" w:before="1272" w:after="0"/>
              <w:ind w:left="0" w:right="0" w:firstLine="0"/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3703320" cy="4600398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460039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utoSpaceDN w:val="0"/>
              <w:autoSpaceDE w:val="0"/>
              <w:widowControl/>
              <w:spacing w:line="424" w:lineRule="exact" w:before="1132" w:after="0"/>
              <w:ind w:left="278" w:right="27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Đời Lưu Tống, Ngài Cương-Lương Gia-Xá dịch </w:t>
            </w:r>
          </w:p>
          <w:p>
            <w:pPr>
              <w:autoSpaceDN w:val="0"/>
              <w:autoSpaceDE w:val="0"/>
              <w:widowControl/>
              <w:spacing w:line="426" w:lineRule="exact" w:before="0" w:after="0"/>
              <w:ind w:left="734" w:right="734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Việt dịch: Hòa Thượng Thích Thiền Tâm </w:t>
            </w:r>
          </w:p>
          <w:p>
            <w:pPr>
              <w:autoSpaceDN w:val="0"/>
              <w:autoSpaceDE w:val="0"/>
              <w:widowControl/>
              <w:spacing w:line="354" w:lineRule="exact" w:before="710" w:after="0"/>
              <w:ind w:left="1200" w:right="120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Phật Học Viện Quốc Tế Xuất Bản </w:t>
            </w:r>
          </w:p>
          <w:p>
            <w:pPr>
              <w:autoSpaceDN w:val="0"/>
              <w:autoSpaceDE w:val="0"/>
              <w:widowControl/>
              <w:spacing w:line="426" w:lineRule="exact" w:before="84" w:after="0"/>
              <w:ind w:left="1952" w:right="195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Phật Lịch 2526 - 1982 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8419" w:h="11906"/>
          <w:pgMar w:top="192" w:right="360" w:bottom="250" w:left="87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963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278.0" w:type="dxa"/>
      </w:tblPr>
      <w:tblGrid>
        <w:gridCol w:w="2769"/>
        <w:gridCol w:w="2769"/>
      </w:tblGrid>
      <w:tr>
        <w:trPr>
          <w:trHeight w:hRule="exact" w:val="500"/>
        </w:trPr>
        <w:tc>
          <w:tcPr>
            <w:tcW w:type="dxa" w:w="14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100" w:after="0"/>
              <w:ind w:left="32" w:right="3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1 </w:t>
            </w:r>
          </w:p>
        </w:tc>
        <w:tc>
          <w:tcPr>
            <w:tcW w:type="dxa" w:w="136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8419" w:h="11906"/>
          <w:pgMar w:top="1440" w:right="1440" w:bottom="204" w:left="144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42" w:lineRule="exact" w:before="26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hyperlink r:id="rId10" w:history="1">
          <w:r>
            <w:rPr>
              <w:rStyle w:val="Hyperlink"/>
            </w:rPr>
            <w:t>M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ỤC LỤC </w:t>
      </w:r>
    </w:p>
    <w:p>
      <w:pPr>
        <w:autoSpaceDN w:val="0"/>
        <w:autoSpaceDE w:val="0"/>
        <w:widowControl/>
        <w:spacing w:line="346" w:lineRule="exact" w:before="3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Lời Tựa ............................................................................................... 3 </w:t>
      </w:r>
    </w:p>
    <w:p>
      <w:pPr>
        <w:autoSpaceDN w:val="0"/>
        <w:autoSpaceDE w:val="0"/>
        <w:widowControl/>
        <w:spacing w:line="346" w:lineRule="exact" w:before="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Liên Du............................................................................................... 6 </w:t>
      </w:r>
    </w:p>
    <w:p>
      <w:pPr>
        <w:autoSpaceDN w:val="0"/>
        <w:autoSpaceDE w:val="0"/>
        <w:widowControl/>
        <w:spacing w:line="346" w:lineRule="exact" w:before="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I- Phần Tự ........................................................................................ 10 </w:t>
      </w:r>
    </w:p>
    <w:p>
      <w:pPr>
        <w:autoSpaceDN w:val="0"/>
        <w:autoSpaceDE w:val="0"/>
        <w:widowControl/>
        <w:spacing w:line="346" w:lineRule="exact" w:before="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II- Phần Chánh Tông ........................................................................ 31 </w:t>
      </w:r>
    </w:p>
    <w:p>
      <w:pPr>
        <w:autoSpaceDN w:val="0"/>
        <w:autoSpaceDE w:val="0"/>
        <w:widowControl/>
        <w:spacing w:line="344" w:lineRule="exact" w:before="72" w:after="38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Mười Sáu Phép Quán ....................................................................... 41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20.0" w:type="dxa"/>
      </w:tblPr>
      <w:tblGrid>
        <w:gridCol w:w="3640"/>
        <w:gridCol w:w="3640"/>
      </w:tblGrid>
      <w:tr>
        <w:trPr>
          <w:trHeight w:hRule="exact" w:val="420"/>
        </w:trPr>
        <w:tc>
          <w:tcPr>
            <w:tcW w:type="dxa" w:w="4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3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6"/>
              </w:rPr>
              <w:t xml:space="preserve">1. </w:t>
            </w:r>
          </w:p>
        </w:tc>
        <w:tc>
          <w:tcPr>
            <w:tcW w:type="dxa" w:w="6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38" w:after="0"/>
              <w:ind w:left="10" w:right="1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6"/>
              </w:rPr>
              <w:t xml:space="preserve">Quán Sát Mặt Trời Sắp Lặn (Nhật Quán) ............................. 41 </w:t>
            </w:r>
          </w:p>
        </w:tc>
      </w:tr>
    </w:tbl>
    <w:p>
      <w:pPr>
        <w:autoSpaceDN w:val="0"/>
        <w:autoSpaceDE w:val="0"/>
        <w:widowControl/>
        <w:spacing w:line="346" w:lineRule="exact" w:before="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2. Quán Nước Ðóng Thành Băng (Thủy Quán) ........................... 45 </w:t>
      </w:r>
    </w:p>
    <w:p>
      <w:pPr>
        <w:autoSpaceDN w:val="0"/>
        <w:autoSpaceDE w:val="0"/>
        <w:widowControl/>
        <w:spacing w:line="346" w:lineRule="exact" w:before="7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3. Quán Cảnh Tướng Trên Dưới Ðất Lưu Ly (Bảo Ðịa Quán) .... 47 </w:t>
      </w:r>
    </w:p>
    <w:p>
      <w:pPr>
        <w:autoSpaceDN w:val="0"/>
        <w:autoSpaceDE w:val="0"/>
        <w:widowControl/>
        <w:spacing w:line="346" w:lineRule="exact" w:before="7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4. Quán Tưởng Cây Báu (Bảo Thọ Quán) ................................... 53 </w:t>
      </w:r>
    </w:p>
    <w:p>
      <w:pPr>
        <w:autoSpaceDN w:val="0"/>
        <w:autoSpaceDE w:val="0"/>
        <w:widowControl/>
        <w:spacing w:line="346" w:lineRule="exact" w:before="7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5. Quán Ao Nước Bát Công Ðức  (Bảo Trì Quán) ....................... 58 </w:t>
      </w:r>
    </w:p>
    <w:p>
      <w:pPr>
        <w:autoSpaceDN w:val="0"/>
        <w:autoSpaceDE w:val="0"/>
        <w:widowControl/>
        <w:spacing w:line="346" w:lineRule="exact" w:before="7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6. Quán Chung Về Ðất Cây, Ao, Lầu Báu (Tổng Tướng Quán) . 63 </w:t>
      </w:r>
    </w:p>
    <w:p>
      <w:pPr>
        <w:autoSpaceDN w:val="0"/>
        <w:autoSpaceDE w:val="0"/>
        <w:widowControl/>
        <w:spacing w:line="346" w:lineRule="exact" w:before="7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7. Quán Tưởng Tòa Sen (Hoa Tòa Quán) .................................... 69 </w:t>
      </w:r>
    </w:p>
    <w:p>
      <w:pPr>
        <w:autoSpaceDN w:val="0"/>
        <w:autoSpaceDE w:val="0"/>
        <w:widowControl/>
        <w:spacing w:line="346" w:lineRule="exact" w:before="7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8. Quán Tưởng Phật và Bồ Tát (Tưởng Quán) ............................ 73 </w:t>
      </w:r>
    </w:p>
    <w:p>
      <w:pPr>
        <w:autoSpaceDN w:val="0"/>
        <w:autoSpaceDE w:val="0"/>
        <w:widowControl/>
        <w:spacing w:line="346" w:lineRule="exact" w:before="7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9. Quán Chân Thân Phật Vô Lượng Thọ (Phật Thân Quán) ........ 77 </w:t>
      </w:r>
    </w:p>
    <w:p>
      <w:pPr>
        <w:autoSpaceDN w:val="0"/>
        <w:autoSpaceDE w:val="0"/>
        <w:widowControl/>
        <w:spacing w:line="316" w:lineRule="exact" w:before="86" w:after="0"/>
        <w:ind w:left="24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10. Quán Thân Tướng Ðức Quán Thế Âm (Quán Thế Âm Quán)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...................................................................................................... 82 </w:t>
      </w:r>
    </w:p>
    <w:p>
      <w:pPr>
        <w:autoSpaceDN w:val="0"/>
        <w:autoSpaceDE w:val="0"/>
        <w:widowControl/>
        <w:spacing w:line="346" w:lineRule="exact" w:before="7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11. Quán Thân Tướng Ðức Ðại Thế Chí (Ðại Thế Chí Quán) .... 87 </w:t>
      </w:r>
    </w:p>
    <w:p>
      <w:pPr>
        <w:autoSpaceDN w:val="0"/>
        <w:autoSpaceDE w:val="0"/>
        <w:widowControl/>
        <w:spacing w:line="346" w:lineRule="exact" w:before="7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12. Quán Thấy Mình (Tự Vãng Sanh Quán) ................................ 91 </w:t>
      </w:r>
    </w:p>
    <w:p>
      <w:pPr>
        <w:autoSpaceDN w:val="0"/>
        <w:autoSpaceDE w:val="0"/>
        <w:widowControl/>
        <w:spacing w:line="346" w:lineRule="exact" w:before="7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14. Quán Sanh Về Thượng Phẩm (Thượng Phẩm Sanh Quán) ... 96 </w:t>
      </w:r>
    </w:p>
    <w:p>
      <w:pPr>
        <w:autoSpaceDN w:val="0"/>
        <w:autoSpaceDE w:val="0"/>
        <w:widowControl/>
        <w:spacing w:line="346" w:lineRule="exact" w:before="7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15. Quán Sanh Về Trung Phẩm (Trung Phẩm Sanh Quán) ....... 104 </w:t>
      </w:r>
    </w:p>
    <w:p>
      <w:pPr>
        <w:autoSpaceDN w:val="0"/>
        <w:autoSpaceDE w:val="0"/>
        <w:widowControl/>
        <w:spacing w:line="346" w:lineRule="exact" w:before="7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16. Quán Sanh Về Hạ Phẩm (Hạ Phẩm Sanh Quán) .................. 109 </w:t>
      </w:r>
    </w:p>
    <w:p>
      <w:pPr>
        <w:autoSpaceDN w:val="0"/>
        <w:autoSpaceDE w:val="0"/>
        <w:widowControl/>
        <w:spacing w:line="346" w:lineRule="exact" w:before="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III- Phần Lưu Thông ...................................................................... 118 </w:t>
      </w:r>
    </w:p>
    <w:p>
      <w:pPr>
        <w:autoSpaceDN w:val="0"/>
        <w:autoSpaceDE w:val="0"/>
        <w:widowControl/>
        <w:spacing w:line="320" w:lineRule="exact" w:before="8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 </w:t>
      </w:r>
    </w:p>
    <w:p>
      <w:pPr>
        <w:sectPr>
          <w:pgSz w:w="8419" w:h="11906"/>
          <w:pgMar w:top="268" w:right="376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42" w:lineRule="exact" w:before="266" w:after="0"/>
        <w:ind w:left="2700" w:right="270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Lời Tựa </w:t>
      </w:r>
    </w:p>
    <w:p>
      <w:pPr>
        <w:autoSpaceDN w:val="0"/>
        <w:autoSpaceDE w:val="0"/>
        <w:widowControl/>
        <w:spacing w:line="354" w:lineRule="exact" w:before="14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Bản hoài ra đời của Đức Phật, là muốn cho tất cả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chúng sanh thoát ly biển trầm luân, bước lên bờ diệu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giác, được hưởng sự an vui giải thoát như Ngài. Nhưng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bởi chúng sanh có nhiều bệnh, nên Phật Pháp cũng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nhiều phương, mà tổng yếu không ngoài hai môn: Tự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Lực và Tha Lực. Tự lực là môn phổ thông, Tha lực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môn đặc biệt vì do nhờ sức Phật nhiếp trì tiếp dẫn, nên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dù hoặc nghiệp chưa tiêu cũng được bước ngay lên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hàng bất thối. </w:t>
            </w:r>
          </w:p>
        </w:tc>
        <w:tc>
          <w:tcPr>
            <w:tcW w:type="dxa" w:w="91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8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Tịnh Độ Giáo chính là pháp môn tha lực rất hợp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thời cơ, và có lợi ích cho nhân loại giữa thời mạt pháp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này. Nhưng vì bản môn tuy dễ tu dễ chứng, song cũng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khó nói khó tin, nên người học Phật chưa thâm, hoặc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thiếu tín căn về tịnh độ, thường hiểu lầm cho là pháp thí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dụ, hay nếu có giải thích thì cũng lạc vào tà chấp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thiên không. Để đánh tan mối tệ sai lầm ấy và đem lại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sự lợi ích cho người tu, bút giả duyệt trong đại tạng,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dung hội và trích yếu phần chú sớ của các Ngài Thiên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Thai, Thiện Đạo, Nguyên Chiếu, mà ghi lại lời giải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thích bổn kinh Quán Vô Lượng Thọ này. Xin nhấn rõ,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đây toàn lời sớ giải của ba vị tổ sư trên, bút giả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chỉ là người sưu tập và ghi chép mà thôi. Việc làm này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ngoài chủ ý muốn giữ lòng tin cho người học </w:t>
      </w:r>
    </w:p>
    <w:p>
      <w:pPr>
        <w:autoSpaceDN w:val="0"/>
        <w:autoSpaceDE w:val="0"/>
        <w:widowControl/>
        <w:spacing w:line="320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 </w:t>
      </w:r>
    </w:p>
    <w:p>
      <w:pPr>
        <w:sectPr>
          <w:pgSz w:w="8419" w:h="11906"/>
          <w:pgMar w:top="26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và để biện minh rằng chư cổ đức đều công nhận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cõi Cực Lạc có thật, đã giải thích về tịnh độ với luận cú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sự lý viên dung, chớ không như một ít kẻ nông cạn, chỉ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y theo thiên kiến sai lạc của mình rồi lý thuyết hóa cõi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Cực Lạc đâu, xin mượn lời ngài Nguyên Chiếu mà tự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trần thuật rằng: </w:t>
      </w:r>
    </w:p>
    <w:p>
      <w:pPr>
        <w:autoSpaceDN w:val="0"/>
        <w:autoSpaceDE w:val="0"/>
        <w:widowControl/>
        <w:spacing w:line="440" w:lineRule="exact" w:before="104" w:after="0"/>
        <w:ind w:left="72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An Dưỡng sạch vui, câu hội người lành bậc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thánh. </w:t>
      </w:r>
    </w:p>
    <w:p>
      <w:pPr>
        <w:autoSpaceDN w:val="0"/>
        <w:autoSpaceDE w:val="0"/>
        <w:widowControl/>
        <w:spacing w:line="354" w:lineRule="exact" w:before="172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Ta Bà nhơ khổ, luân hồi sáu nẻo ba đường! </w:t>
      </w:r>
    </w:p>
    <w:p>
      <w:pPr>
        <w:autoSpaceDN w:val="0"/>
        <w:autoSpaceDE w:val="0"/>
        <w:widowControl/>
        <w:spacing w:line="422" w:lineRule="exact" w:before="122" w:after="0"/>
        <w:ind w:left="720" w:right="28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Thế thì chốn gai bùn thai ngục, nên gắng chí để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xa lìa; nơi báu đẹp kim trì, phải đem tâm mà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nguyện đến. </w:t>
      </w:r>
    </w:p>
    <w:p>
      <w:pPr>
        <w:autoSpaceDN w:val="0"/>
        <w:autoSpaceDE w:val="0"/>
        <w:widowControl/>
        <w:spacing w:line="354" w:lineRule="exact" w:before="190" w:after="0"/>
        <w:ind w:left="146" w:right="146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Giọng triều âm khen ngợi, đã thấy khắp kinh văn. </w:t>
      </w:r>
    </w:p>
    <w:p>
      <w:pPr>
        <w:autoSpaceDN w:val="0"/>
        <w:autoSpaceDE w:val="0"/>
        <w:widowControl/>
        <w:spacing w:line="390" w:lineRule="exact" w:before="172" w:after="0"/>
        <w:ind w:left="370" w:right="370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Những tịnh chúng sanh về, hãy còn ghi sử sách. </w:t>
      </w:r>
    </w:p>
    <w:p>
      <w:pPr>
        <w:autoSpaceDN w:val="0"/>
        <w:autoSpaceDE w:val="0"/>
        <w:widowControl/>
        <w:spacing w:line="424" w:lineRule="exact" w:before="100" w:after="0"/>
        <w:ind w:left="72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Chỉ có trí người hôn muội, hết nghi bán, lại suy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lầm. </w:t>
      </w:r>
    </w:p>
    <w:p>
      <w:pPr>
        <w:autoSpaceDN w:val="0"/>
        <w:autoSpaceDE w:val="0"/>
        <w:widowControl/>
        <w:spacing w:line="424" w:lineRule="exact" w:before="120" w:after="0"/>
        <w:ind w:left="720" w:right="32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Khiến nỗi lòng Phật từ bi, chút bản hoài hằng khó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tỏ! </w:t>
      </w:r>
    </w:p>
    <w:p>
      <w:pPr>
        <w:autoSpaceDN w:val="0"/>
        <w:autoSpaceDE w:val="0"/>
        <w:widowControl/>
        <w:spacing w:line="424" w:lineRule="exact" w:before="118" w:after="0"/>
        <w:ind w:left="72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Thôi thì, ai người tín hướng nên quyết chí phụng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hành, nào kẻ hữu duyên hãy gắng tu chánh trợ. </w:t>
      </w:r>
    </w:p>
    <w:p>
      <w:pPr>
        <w:autoSpaceDN w:val="0"/>
        <w:autoSpaceDE w:val="0"/>
        <w:widowControl/>
        <w:spacing w:line="440" w:lineRule="exact" w:before="102" w:after="0"/>
        <w:ind w:left="72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Hoặc xưng danh quán tưởng, trì chú, tụng kinh;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hoặc giữ giới tu trai, sám hối, bố thí. </w:t>
      </w:r>
    </w:p>
    <w:p>
      <w:pPr>
        <w:autoSpaceDN w:val="0"/>
        <w:autoSpaceDE w:val="0"/>
        <w:widowControl/>
        <w:spacing w:line="320" w:lineRule="exact" w:before="2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40" w:lineRule="exact" w:before="200" w:after="0"/>
        <w:ind w:left="0" w:right="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Nếu quả Tâm chuyên gắng, mới hay duyên phước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muôn ngàn. </w:t>
      </w:r>
    </w:p>
    <w:p>
      <w:pPr>
        <w:autoSpaceDN w:val="0"/>
        <w:autoSpaceDE w:val="0"/>
        <w:widowControl/>
        <w:spacing w:line="424" w:lineRule="exact" w:before="102" w:after="0"/>
        <w:ind w:left="0" w:right="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Và chư niệm niệm nối nhau sẽ thấy an vui không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tận. </w:t>
      </w:r>
    </w:p>
    <w:p>
      <w:pPr>
        <w:autoSpaceDN w:val="0"/>
        <w:autoSpaceDE w:val="0"/>
        <w:widowControl/>
        <w:spacing w:line="352" w:lineRule="exact" w:before="190" w:after="0"/>
        <w:ind w:left="0" w:right="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Riêng mình từ trước, đã mến tịnh tông. </w:t>
      </w:r>
    </w:p>
    <w:p>
      <w:pPr>
        <w:autoSpaceDN w:val="0"/>
        <w:autoSpaceDE w:val="0"/>
        <w:widowControl/>
        <w:spacing w:line="426" w:lineRule="exact" w:before="134" w:after="0"/>
        <w:ind w:left="0" w:right="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Đang lo muôn kiếp nghiệp phù binh, bỗng gặp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môn lành thuyền tế độ. </w:t>
      </w:r>
    </w:p>
    <w:p>
      <w:pPr>
        <w:autoSpaceDN w:val="0"/>
        <w:autoSpaceDE w:val="0"/>
        <w:widowControl/>
        <w:spacing w:line="424" w:lineRule="exact" w:before="100" w:after="0"/>
        <w:ind w:left="0" w:right="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Nỗi thương nỗi cảm, trông vời khổ hải luống than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thầm. </w:t>
      </w:r>
    </w:p>
    <w:p>
      <w:pPr>
        <w:autoSpaceDN w:val="0"/>
        <w:autoSpaceDE w:val="0"/>
        <w:widowControl/>
        <w:spacing w:line="422" w:lineRule="exact" w:before="122" w:after="0"/>
        <w:ind w:left="0" w:right="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Thoạt tủi thoạt mừng, mới biết dư sanh còn chỗ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tựa! </w:t>
      </w:r>
    </w:p>
    <w:p>
      <w:pPr>
        <w:autoSpaceDN w:val="0"/>
        <w:autoSpaceDE w:val="0"/>
        <w:widowControl/>
        <w:spacing w:line="424" w:lineRule="exact" w:before="118" w:after="0"/>
        <w:ind w:left="0" w:right="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Do đó tham tầm kinh tạng, khảo hội sớ văn, lấy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yếu bỏ phiền, ghi lời chú giải. </w:t>
      </w:r>
    </w:p>
    <w:p>
      <w:pPr>
        <w:autoSpaceDN w:val="0"/>
        <w:autoSpaceDE w:val="0"/>
        <w:widowControl/>
        <w:spacing w:line="354" w:lineRule="exact" w:before="190" w:after="0"/>
        <w:ind w:left="0" w:right="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Thuật mà chẳng tác, dám đâu trái với cổ ngôn. </w:t>
      </w:r>
    </w:p>
    <w:p>
      <w:pPr>
        <w:autoSpaceDN w:val="0"/>
        <w:autoSpaceDE w:val="0"/>
        <w:widowControl/>
        <w:spacing w:line="424" w:lineRule="exact" w:before="118" w:after="0"/>
        <w:ind w:left="0" w:right="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Trọng ý quên lời, xin thể theo gương chỉ nguyệt,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tấc lòng trân kính dâng bạn đồng tu. </w:t>
      </w:r>
    </w:p>
    <w:p>
      <w:pPr>
        <w:autoSpaceDN w:val="0"/>
        <w:autoSpaceDE w:val="0"/>
        <w:widowControl/>
        <w:spacing w:line="390" w:lineRule="exact" w:before="172" w:after="0"/>
        <w:ind w:left="0" w:right="0" w:firstLine="0"/>
        <w:jc w:val="center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****** </w:t>
      </w:r>
    </w:p>
    <w:p>
      <w:pPr>
        <w:autoSpaceDN w:val="0"/>
        <w:autoSpaceDE w:val="0"/>
        <w:widowControl/>
        <w:spacing w:line="320" w:lineRule="exact" w:before="2380" w:after="0"/>
        <w:ind w:left="2824" w:right="28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 </w:t>
      </w:r>
    </w:p>
    <w:p>
      <w:pPr>
        <w:sectPr>
          <w:pgSz w:w="8419" w:h="11906"/>
          <w:pgMar w:top="288" w:right="658" w:bottom="204" w:left="117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382.0" w:type="dxa"/>
      </w:tblPr>
      <w:tblGrid>
        <w:gridCol w:w="3651"/>
        <w:gridCol w:w="3651"/>
      </w:tblGrid>
      <w:tr>
        <w:trPr>
          <w:trHeight w:hRule="exact" w:val="200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1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42" w:lineRule="exact" w:before="4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Liên Du </w:t>
      </w:r>
    </w:p>
    <w:p>
      <w:pPr>
        <w:autoSpaceDN w:val="0"/>
        <w:autoSpaceDE w:val="0"/>
        <w:widowControl/>
        <w:spacing w:line="442" w:lineRule="exact" w:before="4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993300"/>
          <w:sz w:val="32"/>
        </w:rPr>
        <w:t xml:space="preserve">Phật Thuyết Quán Vô Lượng Thọ Kinh Sớ </w:t>
      </w:r>
    </w:p>
    <w:p>
      <w:pPr>
        <w:autoSpaceDN w:val="0"/>
        <w:autoSpaceDE w:val="0"/>
        <w:widowControl/>
        <w:spacing w:line="354" w:lineRule="exact" w:before="142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 khi giải kinh này, xin dùng năm nghĩa: </w:t>
      </w:r>
    </w:p>
    <w:p>
      <w:pPr>
        <w:autoSpaceDN w:val="0"/>
        <w:autoSpaceDE w:val="0"/>
        <w:widowControl/>
        <w:spacing w:line="354" w:lineRule="exact" w:before="7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Danh, Thể, Tông, Dụng, Giáo để phân định: </w:t>
      </w:r>
    </w:p>
    <w:p>
      <w:pPr>
        <w:autoSpaceDN w:val="0"/>
        <w:autoSpaceDE w:val="0"/>
        <w:widowControl/>
        <w:spacing w:line="446" w:lineRule="exact" w:before="136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1- Thích Danh: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Danh đề Phật Thuyết Quán Vô </w:t>
      </w:r>
    </w:p>
    <w:p>
      <w:pPr>
        <w:autoSpaceDN w:val="0"/>
        <w:autoSpaceDE w:val="0"/>
        <w:widowControl/>
        <w:spacing w:line="402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Lượng Thọ Kinh Sớ, nếu nói theo tiếng Việt chính là: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Lời Giải Kinh Phật Nói Quán Vô Lượng Thọ. </w:t>
      </w:r>
    </w:p>
    <w:p>
      <w:pPr>
        <w:autoSpaceDN w:val="0"/>
        <w:autoSpaceDE w:val="0"/>
        <w:widowControl/>
        <w:spacing w:line="354" w:lineRule="exact" w:before="19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Về Lời Giải, phần sớ văn trong đây y theo nguyên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tác của ba Ngài: Thiên Thai, Thiện Đạo, Nguyên Chiếu,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bớt chổ phiền, lựa điểm yếu mà trích lục ra. </w:t>
      </w:r>
    </w:p>
    <w:p>
      <w:pPr>
        <w:autoSpaceDN w:val="0"/>
        <w:autoSpaceDE w:val="0"/>
        <w:widowControl/>
        <w:spacing w:line="426" w:lineRule="exact" w:before="1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Kinh có nghĩa: Thường Pháp hay Khế Pháp. </w:t>
      </w:r>
    </w:p>
    <w:p>
      <w:pPr>
        <w:autoSpaceDN w:val="0"/>
        <w:autoSpaceDE w:val="0"/>
        <w:widowControl/>
        <w:spacing w:line="416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Thường Pháp là pháp chư Phật, thánh nhơn trong ba đời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thường nói. Khế pháp là pháp ấy hợp với chân lý, thời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tiết, nhân duyên, và căn tánh của chúng sanh. </w:t>
      </w:r>
    </w:p>
    <w:p>
      <w:pPr>
        <w:autoSpaceDN w:val="0"/>
        <w:autoSpaceDE w:val="0"/>
        <w:widowControl/>
        <w:spacing w:line="354" w:lineRule="exact" w:before="18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Phật, nói cho đủ là Phật Đà, có nghĩa; giác ngộ.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Sự giác ngộ này lại gồm 3 nghĩa: tự giác ngộ, giác ngộ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cho người, và hạnh giác ngộ đã đầy đủ. Danh từ Phật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đây chỉ cho đức Thích Ca Mâu Ni Thế Tôn. Kinh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điển của thánh giáo, đại khái do năm bậc là: Phật, các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Thánh đệ tử, Thiên Tiên, Quỷ Thần, và Hóa Nhơn nói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ra. Trong đây gọi Phật nói là để giản biệt với bốn bậc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kia, và chính đức Phật đã vì bà Vi Đề Hy cùng quyến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thuộc, nói ra kinh này ở cung vua Tần Bà Sa La. </w:t>
      </w:r>
    </w:p>
    <w:p>
      <w:pPr>
        <w:autoSpaceDN w:val="0"/>
        <w:autoSpaceDE w:val="0"/>
        <w:widowControl/>
        <w:spacing w:line="320" w:lineRule="exact" w:before="2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 </w:t>
      </w:r>
    </w:p>
    <w:p>
      <w:pPr>
        <w:sectPr>
          <w:pgSz w:w="8419" w:h="11906"/>
          <w:pgMar w:top="268" w:right="354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8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Quán nghĩa là soi. Người tuy theo lời Phật dạy, </w:t>
      </w:r>
    </w:p>
    <w:p>
      <w:pPr>
        <w:autoSpaceDN w:val="0"/>
        <w:autoSpaceDE w:val="0"/>
        <w:widowControl/>
        <w:spacing w:line="43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dùng trí huệ thanh tịnh cùng sức tín nguyện của mình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soi rõ chánh báo, y báo cõi Cực Lạc, gọi là (Quán). </w:t>
      </w:r>
    </w:p>
    <w:p>
      <w:pPr>
        <w:autoSpaceDN w:val="0"/>
        <w:autoSpaceDE w:val="0"/>
        <w:widowControl/>
        <w:spacing w:line="354" w:lineRule="exact" w:before="17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Tịnh độ giáo có bốn pháp tu là: Quán Tướng, </w:t>
      </w:r>
    </w:p>
    <w:p>
      <w:pPr>
        <w:autoSpaceDN w:val="0"/>
        <w:autoSpaceDE w:val="0"/>
        <w:widowControl/>
        <w:spacing w:line="352" w:lineRule="exact" w:before="7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Quán tượng, Trì Danh và Thật Tướng. </w:t>
      </w:r>
    </w:p>
    <w:p>
      <w:pPr>
        <w:autoSpaceDN w:val="0"/>
        <w:autoSpaceDE w:val="0"/>
        <w:widowControl/>
        <w:spacing w:line="354" w:lineRule="exact" w:before="1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Kinh này phần chánh yếu dạy về Quán tưởng </w:t>
      </w:r>
    </w:p>
    <w:p>
      <w:pPr>
        <w:autoSpaceDN w:val="0"/>
        <w:autoSpaceDE w:val="0"/>
        <w:widowControl/>
        <w:spacing w:line="43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môn. Sự Quán tưởng trong đây có hai phần: Chánh báo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và Y báo. </w:t>
      </w:r>
    </w:p>
    <w:p>
      <w:pPr>
        <w:autoSpaceDN w:val="0"/>
        <w:autoSpaceDE w:val="0"/>
        <w:widowControl/>
        <w:spacing w:line="426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Phần Chánh báo có hai: Chủ trang nghiêm và </w:t>
      </w:r>
    </w:p>
    <w:p>
      <w:pPr>
        <w:autoSpaceDN w:val="0"/>
        <w:autoSpaceDE w:val="0"/>
        <w:widowControl/>
        <w:spacing w:line="420" w:lineRule="exact" w:before="0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Thánh chúng trang nghiêm. Chủ trang nghiêm là đức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A Mi Đà. Thánh chúng trang nghiêm là hai vị Bồ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Tát đó là Quán Thế Âm, Đại Thế Chí, chư thượng thiện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hiện đang ở Cực Lạc, cùng hải chúng khắp mười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phương sanh về. </w:t>
      </w:r>
    </w:p>
    <w:p>
      <w:pPr>
        <w:autoSpaceDN w:val="0"/>
        <w:autoSpaceDE w:val="0"/>
        <w:widowControl/>
        <w:spacing w:line="426" w:lineRule="exact" w:before="13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Phần y báo có ba: Địa hạ trang nghiêm, Địa </w:t>
      </w:r>
    </w:p>
    <w:p>
      <w:pPr>
        <w:autoSpaceDN w:val="0"/>
        <w:autoSpaceDE w:val="0"/>
        <w:widowControl/>
        <w:spacing w:line="354" w:lineRule="exact" w:before="48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thượng trang nghiêm, và Hư Không trang nghiêm. </w:t>
      </w:r>
    </w:p>
    <w:p>
      <w:pPr>
        <w:autoSpaceDN w:val="0"/>
        <w:autoSpaceDE w:val="0"/>
        <w:widowControl/>
        <w:spacing w:line="354" w:lineRule="exact" w:before="1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Địa hạ trang nghiêm là là sự trang nghiêm ở dưới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bảo địa cõi Cực Lạc, như tất cả tràng báu cùng ánh sáng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chói suốt lẫn nhau. </w:t>
      </w:r>
    </w:p>
    <w:p>
      <w:pPr>
        <w:autoSpaceDN w:val="0"/>
        <w:autoSpaceDE w:val="0"/>
        <w:widowControl/>
        <w:spacing w:line="354" w:lineRule="exact" w:before="1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Địa thượng trang nghiêm là sự trang nghiêm nơi </w:t>
      </w:r>
    </w:p>
    <w:p>
      <w:pPr>
        <w:autoSpaceDN w:val="0"/>
        <w:autoSpaceDE w:val="0"/>
        <w:widowControl/>
        <w:spacing w:line="400" w:lineRule="exact" w:before="44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mặt đất, như bảo địa, bảo trì, bảo lâu, bảo thọ cùng các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thứ câu lơn, đài báu... </w:t>
      </w:r>
    </w:p>
    <w:p>
      <w:pPr>
        <w:autoSpaceDN w:val="0"/>
        <w:autoSpaceDE w:val="0"/>
        <w:widowControl/>
        <w:spacing w:line="320" w:lineRule="exact" w:before="6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 </w:t>
      </w:r>
    </w:p>
    <w:p>
      <w:pPr>
        <w:sectPr>
          <w:pgSz w:w="8419" w:h="11906"/>
          <w:pgMar w:top="288" w:right="660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8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Hư Không trang nghiêm là sự trang nghiêm ở hư </w:t>
      </w:r>
    </w:p>
    <w:p>
      <w:pPr>
        <w:autoSpaceDN w:val="0"/>
        <w:autoSpaceDE w:val="0"/>
        <w:widowControl/>
        <w:spacing w:line="424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không, như hóa cầm, lâu các, lưới báu, linh ngọc, 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nhạc, gió, ánh sáng... Ba thứ trang nghiêm trên đây đều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thắng tướng nhiệm mầu nơi cõi Cực Lạc. </w:t>
      </w:r>
    </w:p>
    <w:p>
      <w:pPr>
        <w:autoSpaceDN w:val="0"/>
        <w:autoSpaceDE w:val="0"/>
        <w:widowControl/>
        <w:spacing w:line="352" w:lineRule="exact" w:before="19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Vô Lượng Thọ là dịch âm của danh từ Phạn ngữ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A Mi Đà (AMiTa) chỉ cho ý nghĩa: sự sống không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lường. Câu Nam Mô A Mi Đà Phật, nếu phiên âm từng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chữ theo Hán việt thì là: Quy mạng Vô Lượng Thọ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Giác, tức chỉ cho ý nghĩa: (xin nương về đấng giác ngộ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có sự sống không lường). Trong đây nói Quán Vô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Lượng Thọ là mật ý muốn cử chánh báo để gồm y quả,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thuật hóa chủ để kiêm đồ chúng: cho nên tuy nội dung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có mười sáu pháp quán mà chỉ nói Phật là đã đầy đủ. Vì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thế nên gọi: Phật nói Quán Vô Lượng Thọ. </w:t>
      </w:r>
    </w:p>
    <w:p>
      <w:pPr>
        <w:autoSpaceDN w:val="0"/>
        <w:autoSpaceDE w:val="0"/>
        <w:widowControl/>
        <w:spacing w:line="444" w:lineRule="exact" w:before="138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2- Biện Thể: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Thể là chủ chất. Thích Luận nói: </w:t>
      </w:r>
    </w:p>
    <w:p>
      <w:pPr>
        <w:autoSpaceDN w:val="0"/>
        <w:autoSpaceDE w:val="0"/>
        <w:widowControl/>
        <w:spacing w:line="412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(Trừ thật tướng của các pháp, ngoài ra tất cả đều là ma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sự). Các kinh Đại thừa đều lấy thật tướng làm tâm ấn,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dùng vô lượng công đức để trang nghiêm, vô lượng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hạnh nguyện làm chỗ qui thú. Vậy kinh này lấy thật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0"/>
        <w:gridCol w:w="3650"/>
      </w:tblGrid>
      <w:tr>
        <w:trPr>
          <w:trHeight w:hRule="exact" w:val="554"/>
        </w:trPr>
        <w:tc>
          <w:tcPr>
            <w:tcW w:type="dxa" w:w="36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tướng làm thể. </w:t>
            </w:r>
          </w:p>
        </w:tc>
        <w:tc>
          <w:tcPr>
            <w:tcW w:type="dxa" w:w="970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44" w:lineRule="exact" w:before="38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3- Minh Tông: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Tông có nghĩa là cội gốc, là </w:t>
      </w:r>
    </w:p>
    <w:p>
      <w:pPr>
        <w:autoSpaceDN w:val="0"/>
        <w:autoSpaceDE w:val="0"/>
        <w:widowControl/>
        <w:spacing w:line="410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nguồn mối: như ngôi nhà có kèo cột, chiếc áo có cái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bâu. Do tông chỉ không đồng, nên giáo pháp có lớn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nhỏ. Như các kinh tiểu thừa, tông chỉ phần nhiều đi về </w:t>
      </w:r>
    </w:p>
    <w:p>
      <w:pPr>
        <w:autoSpaceDN w:val="0"/>
        <w:autoSpaceDE w:val="0"/>
        <w:widowControl/>
        <w:spacing w:line="320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 </w:t>
      </w:r>
    </w:p>
    <w:p>
      <w:pPr>
        <w:sectPr>
          <w:pgSz w:w="8419" w:h="11906"/>
          <w:pgMar w:top="288" w:right="356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16" w:lineRule="exact" w:before="27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chổ siêu thoát, ba cõi, tu chứng nhơn không. Các kinh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đại thừa, như kinh Duy Ma thì lấy Bất tư nghì giải thoát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làm tông; Kinh Đại Bát Nhã làm không huệ làm tông.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Kinh này lấy Quán Phật tam muội hay niệm Phật tam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2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muội làm tông. </w:t>
            </w:r>
          </w:p>
        </w:tc>
        <w:tc>
          <w:tcPr>
            <w:tcW w:type="dxa" w:w="101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42" w:lineRule="exact" w:before="40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4- Thuyết Dụng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: Dụng tức là lực dụng hay công </w:t>
      </w:r>
    </w:p>
    <w:p>
      <w:pPr>
        <w:autoSpaceDN w:val="0"/>
        <w:autoSpaceDE w:val="0"/>
        <w:widowControl/>
        <w:spacing w:line="418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đức của kinh. Các kinh hay khiến cho chúng sanh được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sự trừ ác sanh thiện, nên gọi là lực dụng, là công đức.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Nếu phân tích ra, thì công năng trừ ác gọi là (lực). Sanh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thiện gọi là (Dụng); trừ ác gọi là (công), sanh thiện gọi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(đức). Kinh này hay khiến cho chúng hữu tình (Trừ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được tội ngũ nghịch, vãng sanh về tịnh độ), nên nay lấy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tiêu điểm ấy làm lực dụng của kinh. </w:t>
      </w:r>
    </w:p>
    <w:p>
      <w:pPr>
        <w:autoSpaceDN w:val="0"/>
        <w:autoSpaceDE w:val="0"/>
        <w:widowControl/>
        <w:spacing w:line="444" w:lineRule="exact" w:before="140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5- Nhiếp Giáo: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Kinh này thuộc về giáo pháp Đại </w:t>
      </w:r>
    </w:p>
    <w:p>
      <w:pPr>
        <w:autoSpaceDN w:val="0"/>
        <w:autoSpaceDE w:val="0"/>
        <w:widowControl/>
        <w:spacing w:line="420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thừa tên là Đại phương đẳng hay Đại phương quảng.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Sao gọi là Đại phương quảng? Thám Huyền nghĩa ký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bảo: (nói ra pháp rất rộng lớn sâu xa, nên gọi là phương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quảng) (Tuyên thuyết quảng đại thậm thâm pháp cố,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danh vi phương quảng). Về Tịnh độ giáo, vì muốn thích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hợp với các căn cơ, nên đức Thế Tôn nói ra ba bổn kinh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rộng lược không đồng. Hai bổn kia là kinh Phật Thuyết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A Mi Đà và kinh Vô Lượng Thọ. Riêng về bổn này, vào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thời Nam Bắc triều, đời Tống Văn Đế, niên hiệu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Nguyên Gia, ngài Cương Lương Gia Xá, đến Dương </w:t>
      </w:r>
    </w:p>
    <w:p>
      <w:pPr>
        <w:autoSpaceDN w:val="0"/>
        <w:autoSpaceDE w:val="0"/>
        <w:widowControl/>
        <w:spacing w:line="320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 </w:t>
      </w:r>
    </w:p>
    <w:p>
      <w:pPr>
        <w:sectPr>
          <w:pgSz w:w="8419" w:h="11906"/>
          <w:pgMar w:top="26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2" w:lineRule="exact" w:before="216" w:after="0"/>
        <w:ind w:left="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Châu dịch từ Phạn ngữ ra Hán văn. Và kinh này trong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tám giáo nhiếp về đốn giáo, trong hai tạng thuộc về Bồ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Tát tạng. </w:t>
      </w:r>
    </w:p>
    <w:p>
      <w:pPr>
        <w:autoSpaceDN w:val="0"/>
        <w:autoSpaceDE w:val="0"/>
        <w:widowControl/>
        <w:spacing w:line="442" w:lineRule="exact" w:before="150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993300"/>
          <w:sz w:val="32"/>
        </w:rPr>
        <w:t xml:space="preserve">I- Phần Tự </w:t>
      </w:r>
    </w:p>
    <w:p>
      <w:pPr>
        <w:autoSpaceDN w:val="0"/>
        <w:autoSpaceDE w:val="0"/>
        <w:widowControl/>
        <w:spacing w:line="354" w:lineRule="exact" w:before="14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thế tôi nghe, một thời Phật ở tại non Kỳ </w:t>
      </w:r>
    </w:p>
    <w:p>
      <w:pPr>
        <w:autoSpaceDN w:val="0"/>
        <w:autoSpaceDE w:val="0"/>
        <w:widowControl/>
        <w:spacing w:line="422" w:lineRule="exact" w:before="0" w:after="0"/>
        <w:ind w:left="0" w:right="28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Xà Quật thuộc thành Vương Xá. Cùng với một ngàn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hai trăm năm mươi bậc Đại tỳ khưu. Nơi chúng hội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đây, lại có ba vạn hai ngàn vị Bồ tát, trong ấy Ngài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Văn Thù Sư Lợi pháp vương là bậc thượng thủ. </w:t>
      </w:r>
    </w:p>
    <w:p>
      <w:pPr>
        <w:autoSpaceDN w:val="0"/>
        <w:autoSpaceDE w:val="0"/>
        <w:widowControl/>
        <w:spacing w:line="354" w:lineRule="exact" w:before="18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Đây là đoạn duyên khởi, trước tiên nêu ra 6 điểm </w:t>
      </w:r>
    </w:p>
    <w:p>
      <w:pPr>
        <w:autoSpaceDN w:val="0"/>
        <w:autoSpaceDE w:val="0"/>
        <w:widowControl/>
        <w:spacing w:line="422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để thành tựu cho toàn kinh. Sáu điểm ấy cũng gọi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Lục chủng thành tựu : </w:t>
      </w:r>
    </w:p>
    <w:p>
      <w:pPr>
        <w:autoSpaceDN w:val="0"/>
        <w:autoSpaceDE w:val="0"/>
        <w:widowControl/>
        <w:spacing w:line="446" w:lineRule="exact" w:before="13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1-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"Như thế" bao hàm ý nghĩa chứng tín. Thật </w:t>
      </w:r>
    </w:p>
    <w:p>
      <w:pPr>
        <w:autoSpaceDN w:val="0"/>
        <w:autoSpaceDE w:val="0"/>
        <w:widowControl/>
        <w:spacing w:line="416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tướng của các pháp xưa nay không dời đổi gọi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"Như", đúng với lý chơn thật mà nói ra gọi là "Thế".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Lại Như Thế có nghĩa: Những lời sau đây hợp với lý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như thật, và chính thuật giả là ngài A Nan đã thân nghe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nói đúng như vậy. Những lời ấy quyết định đáng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tin. Đây gọi là điểm Tín thành tựu. </w:t>
      </w:r>
    </w:p>
    <w:p>
      <w:pPr>
        <w:autoSpaceDN w:val="0"/>
        <w:autoSpaceDE w:val="0"/>
        <w:widowControl/>
        <w:spacing w:line="444" w:lineRule="exact" w:before="140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2-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"Tôi nghe" là Ngài A Nan tự trần thuật chính </w:t>
      </w:r>
    </w:p>
    <w:p>
      <w:pPr>
        <w:autoSpaceDN w:val="0"/>
        <w:autoSpaceDE w:val="0"/>
        <w:widowControl/>
        <w:spacing w:line="410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mình đã nghe những lời sau đây từ nơi kim khẩu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nói ra. Ngài là bậc đa văn đệ nhất, thọ trì lời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nói như nước rót vào bình không sai một giọt, lại </w:t>
      </w:r>
    </w:p>
    <w:p>
      <w:pPr>
        <w:autoSpaceDN w:val="0"/>
        <w:autoSpaceDE w:val="0"/>
        <w:widowControl/>
        <w:spacing w:line="320" w:lineRule="exact" w:before="3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0" w:lineRule="exact" w:before="26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thị giả thường hầu cận đức Thế Tôn. Ngài có bổn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phận thừa truyền giáo pháp của Như Lai. Nghe thế nào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thì thuật lại thế ấy, chớ không phải tự mình ức thuyết.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Theo chân lý, tất cả pháp đều không, cái ta cũng là hư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huyễn; nhưng trong đây nói "Tôi", vì không có "Tôi"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thì không ai "nghe", và nếu không người nghe ai sẽ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truyền giáo pháp của Phật? Cho nên hai chữ "Tôi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Nghe" chẳng qua là lời tùy thuận theo thế tục để truyền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dương Phật Pháp vậy thôi. Điểm thứ hai này gọi là Văn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thành tựu. </w:t>
            </w:r>
          </w:p>
        </w:tc>
        <w:tc>
          <w:tcPr>
            <w:tcW w:type="dxa" w:w="686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44" w:lineRule="exact" w:before="3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3-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"Một thời", chỉ cho thời gian phát khởi ra sự </w:t>
      </w:r>
    </w:p>
    <w:p>
      <w:pPr>
        <w:autoSpaceDN w:val="0"/>
        <w:autoSpaceDE w:val="0"/>
        <w:widowControl/>
        <w:spacing w:line="418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giáo hóa. Đức Như Lai nói kinh gồm rất nhiều thời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gian, không tiện và khó nổi chỉ định ra, bởi thời tiết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mỗi địa phương có khi sai khác, nên gọi chung bằng lối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giản tiện là "Một Thời". Lại "Thời" còn ám chỉ cho thời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tiết nhân duyên, nếu chúng sanh chưa đến thời tiết nhân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duyên được nghe pháp ấy, mà Phật nói sớm ra thì họ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khó được lợi ích. Và nếu thuyết pháp sớm hay muộn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hợp thời tiết nhân duyên, tất phạm nhằm lỗi thời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đảo. Điểm thứ ba đây gọi là Thời thành tựu. </w:t>
      </w:r>
    </w:p>
    <w:p>
      <w:pPr>
        <w:autoSpaceDN w:val="0"/>
        <w:autoSpaceDE w:val="0"/>
        <w:widowControl/>
        <w:spacing w:line="444" w:lineRule="exact" w:before="13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4-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"Phật" là chỉ cho Đức Thích Ca Mâu Ni. Danh </w:t>
      </w:r>
    </w:p>
    <w:p>
      <w:pPr>
        <w:autoSpaceDN w:val="0"/>
        <w:autoSpaceDE w:val="0"/>
        <w:widowControl/>
        <w:spacing w:line="410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từ Phật ngoài ba nghĩa đã giải ở trên, còn có những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nghĩa: Phá phiền não, Đại danh thinh, (Bà Dà Bà: danh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tiếng lớn). Phật cùng các hàng Bồ Tát, Thinh Văn đều </w:t>
      </w:r>
    </w:p>
    <w:p>
      <w:pPr>
        <w:autoSpaceDN w:val="0"/>
        <w:autoSpaceDE w:val="0"/>
        <w:widowControl/>
        <w:spacing w:line="320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 </w:t>
      </w:r>
    </w:p>
    <w:p>
      <w:pPr>
        <w:sectPr>
          <w:pgSz w:w="8419" w:h="11906"/>
          <w:pgMar w:top="26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những bậc giác ngộ, song sự giác ngộ của Phật viên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mãn cứu cánh hơn cả, nên cũng gọi là Đại Giác. Sở dĩ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nêu ra chữ "Phật", vì trước khi nói kinh phải chỉ rõ ai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thuyết giả, là vị hóa chủ của Đại chúng. Đây là điểm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2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chủ thành tựu. </w:t>
            </w:r>
          </w:p>
        </w:tc>
        <w:tc>
          <w:tcPr>
            <w:tcW w:type="dxa" w:w="956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44" w:lineRule="exact" w:before="3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5-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Tại non Kỳ Xà Quật, (Kỳ Xà Quật: </w:t>
      </w:r>
    </w:p>
    <w:p>
      <w:pPr>
        <w:autoSpaceDN w:val="0"/>
        <w:autoSpaceDE w:val="0"/>
        <w:widowControl/>
        <w:spacing w:line="420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GrdhraKùta). Trung Hoa dịch là Linh Thứu, "Thứu"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chim kên kên. Có thuyết cho rằng đầu núi nầy giống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hình kên kên; thuyết khác lại bảo nơi phía Nam của núi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thường có loài chim kên kên tụ hợp về tại rừng Thi Đà,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vì thế mới gọi là Thứu Phong hay Thứu Lãnh. Còn về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chữ "Linh" thì có thuyết nói nơi ngọn núi này thường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có bậc tiên thánh y trụ, hoặc nhiều linh thoại (điềm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lành) hiện ra, thuyết khác lại bảo là đại ý ám chỉ cho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loài chim kên kên có tánh linh. Các thuyết trên đều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thể đều đúng cả, nhưng dù đúng hay không cũng chẳng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mấy quan hệ, duy có điểm xác thật là khí hậu ở non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Thứu quanh năm luôn luôn mát mẻ, nên đức Phật và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các đệ tử thường hay tịnh dưỡng tại nơi đây. </w:t>
      </w:r>
    </w:p>
    <w:p>
      <w:pPr>
        <w:autoSpaceDN w:val="0"/>
        <w:autoSpaceDE w:val="0"/>
        <w:widowControl/>
        <w:spacing w:line="444" w:lineRule="exact" w:before="142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6-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"Thuộc thành Vương Xá" Vương Xá tiếng </w:t>
      </w:r>
    </w:p>
    <w:p>
      <w:pPr>
        <w:autoSpaceDN w:val="0"/>
        <w:autoSpaceDE w:val="0"/>
        <w:widowControl/>
        <w:spacing w:line="41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Phạn gọi là: La-Duyệt-Kỳ-Dà-La (Rajagrha), ý nghĩa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chỉ cho chỗ cư xá của hàng vua chúa. Theo truyền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thuyết, thì thuở xưa vua Quảng Xa được thần linh mách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bảo rằng: muốn tìm nơi địa cảnh tốt thì nên du ngoạn </w:t>
      </w:r>
    </w:p>
    <w:p>
      <w:pPr>
        <w:autoSpaceDN w:val="0"/>
        <w:autoSpaceDE w:val="0"/>
        <w:widowControl/>
        <w:spacing w:line="320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12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4" w:lineRule="exact" w:before="40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ngoài thành, tất sẽ được gặp. Một hôm, nhân đi săn bắn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vua đuổi theo con nai cùng chạy đến vùng núi Kỳ Xà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Quật, thấy nơi đây phong quang thanh tú, có rừng cây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cao tốt, hoa đẹp suối trong, mới di cư tới bản địa và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kiến lập thành quách cung xá. Con cháu của vua kế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thừa ý chí tổ phụ, đời đời vẫn định cư tại đây. Lại một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truyền thuyết khác bảo: Thuở xưa nhân dân khi mới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theo vua di cư vào thành ấy, nhà cửa người nào vừa cất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xong cũng đều bỗng tự nhiên phát hỏa cháy tiêu tan cả,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duy có cung thất của vua là không bị cháy. Dân chúng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đem việc ấy tâu lên, vua bảo: "Từ đây về sau, nếu có ai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cất nhà đều phải nói lớn lên: Tôi cất nhà này cho vua!".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Mọi người y lời, quả nhiên nhà cửa không bị cháy. Do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hai sự tích trên, thành này được mệnh danh là Vương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Xá thì hóa độ hàng tại tục, lúc lên đỉnh Thứu sơn lại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thuyết pháp cho chúng xuất gia. Hai địa điểm trên đều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có liên quan đến phần thuyết giáo của bản kinh. Và đây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thuộc về điểm Xứ thành tựu. </w:t>
      </w:r>
    </w:p>
    <w:p>
      <w:pPr>
        <w:autoSpaceDN w:val="0"/>
        <w:autoSpaceDE w:val="0"/>
        <w:widowControl/>
        <w:spacing w:line="444" w:lineRule="exact" w:before="13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7-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"Cùng với một ngàn hai trăm năm mươi bậc </w:t>
      </w:r>
    </w:p>
    <w:p>
      <w:pPr>
        <w:autoSpaceDN w:val="0"/>
        <w:autoSpaceDE w:val="0"/>
        <w:widowControl/>
        <w:spacing w:line="416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Đại tỳ khưu". Trong 1250 vị đây gồm có 1000 đệ tử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ba anh em ngài Ca Diếp và 250 đệ tử của hai ngài Xá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Lợi Phất, Mục Kiền Liên. Những người nầy ban sơ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ngoại đạo thờ Lửa, khổ nhọc tu hành rất lâu mà không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đắc qủa, đến khi gặp đức Như Lai mới được giải thoát. </w:t>
      </w:r>
    </w:p>
    <w:p>
      <w:pPr>
        <w:autoSpaceDN w:val="0"/>
        <w:autoSpaceDE w:val="0"/>
        <w:widowControl/>
        <w:spacing w:line="320" w:lineRule="exact" w:before="3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13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44" w:lineRule="exact" w:before="19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Do đó tất cả đều cảm thâm ân của Phật, nên thường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theo làm kẻ tùy thị. </w:t>
      </w:r>
    </w:p>
    <w:p>
      <w:pPr>
        <w:autoSpaceDN w:val="0"/>
        <w:autoSpaceDE w:val="0"/>
        <w:widowControl/>
        <w:spacing w:line="426" w:lineRule="exact" w:before="1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"Tỳ Khưu" (Bhiksu), có nghĩa: Khất Sĩ, Bố Ma, </w:t>
      </w:r>
    </w:p>
    <w:p>
      <w:pPr>
        <w:autoSpaceDN w:val="0"/>
        <w:autoSpaceDE w:val="0"/>
        <w:widowControl/>
        <w:spacing w:line="420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Phá Ác, mà nghĩa khất sĩ đứng về phần chánh. Khất sĩ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kẻ trên xin giáo pháp của Phật để dưỡng huệ thân,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dưới xin thức ăn của đàn việt để dưỡng nhục thân.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 danh từ Tỳ Khưu có thêm chử "Đại" là để tỏ 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khen ngợi đức hạnh của các vị ấy siêu việc lớn lao. nếu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theo nguyên văn chữ Phạn thì phải gọi Ma Ha Tỳ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Khưu; "Ma Ha" Trung Hoa dịch gồm ba nghĩa là: Đại,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Đa, Thắng, nay duy lấy nghĩa "Đại" để hàm nhiếp hai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nghĩa kia. </w:t>
      </w:r>
    </w:p>
    <w:p>
      <w:pPr>
        <w:autoSpaceDN w:val="0"/>
        <w:autoSpaceDE w:val="0"/>
        <w:widowControl/>
        <w:spacing w:line="354" w:lineRule="exact" w:before="19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"Nơi chúng hội đây, lại có ba vạn hai ngàn vị Bồ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tát, trong ấy Ngài Văn Thù Sư Lợi pháp vương là bậc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thượng thủ. "Bồ Tát gọi cho đủ là Bồ đề tát đỏa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(Bodhisattva), Trung Hoa dịch: Giác hữu tình hay Hữu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tình giác. Hai danh từ này có nghĩa: tuy giác ngộ mà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còn có tình thức, tuy còn có tình thức song đã giác ngộ. </w:t>
      </w:r>
    </w:p>
    <w:p>
      <w:pPr>
        <w:autoSpaceDN w:val="0"/>
        <w:autoSpaceDE w:val="0"/>
        <w:widowControl/>
        <w:spacing w:line="354" w:lineRule="exact" w:before="19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Văn Thù Sư Lợi (Manjusri), Trung Hoa dịch là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Diệu Đức hay Diệu Kiết Tường. Pháp vương tử, nói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đơn giản là nghĩa: con của đấng Pháp Vương. Nếu giải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thích rộng ra, thì vị nào từ nơi chánh pháp mà hóa sanh,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sẽ nối ngôi Đại giác để làm thạnh cho dòng giống Phật,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Mới được gọi là Pháp vương tử. Vậy Pháp vương tử là </w:t>
      </w:r>
    </w:p>
    <w:p>
      <w:pPr>
        <w:autoSpaceDN w:val="0"/>
        <w:autoSpaceDE w:val="0"/>
        <w:widowControl/>
        <w:spacing w:line="320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14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bậc Bổ xứ Bồ tát sẽ nối ngôi Phật, như Thái tử là vị sẽ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nối ngôi vua. Nếu luận về chí nguyện, phải để Bồ tát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đứng trước, nay chỉ lấy phần oai nghi nên trước tiên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trần thuật hàng Thanh văn. Thượng thủ là người cầm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đầu, vị lãnh đạo của một số chúng. Hai đoạn kinh trên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đã lược kể số chúng trong pháp hội. Điểm sau cùng nầy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gọi là Chúng thành tựu. </w:t>
      </w:r>
    </w:p>
    <w:p>
      <w:pPr>
        <w:autoSpaceDN w:val="0"/>
        <w:autoSpaceDE w:val="0"/>
        <w:widowControl/>
        <w:spacing w:line="352" w:lineRule="exact" w:before="19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Tóm lại sáu đoạn hay sáu điểm mệnh danh lục </w:t>
      </w:r>
    </w:p>
    <w:p>
      <w:pPr>
        <w:autoSpaceDN w:val="0"/>
        <w:autoSpaceDE w:val="0"/>
        <w:widowControl/>
        <w:spacing w:line="422" w:lineRule="exact" w:before="2" w:after="0"/>
        <w:ind w:left="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chủng thành tựu hoặc lục chủng chứng tín trên, đã dự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phần bố trí hệ thống của toàn kinh và biện chứng để dẫn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khởi lòng tin tưởng cho người học Phật với một ý thú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nhiệm mầu. </w:t>
      </w:r>
    </w:p>
    <w:p>
      <w:pPr>
        <w:autoSpaceDN w:val="0"/>
        <w:autoSpaceDE w:val="0"/>
        <w:widowControl/>
        <w:spacing w:line="354" w:lineRule="exact" w:before="196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Bấy giờ trong Vương Xá đại thành có vị Thái </w:t>
      </w:r>
    </w:p>
    <w:p>
      <w:pPr>
        <w:autoSpaceDN w:val="0"/>
        <w:autoSpaceDE w:val="0"/>
        <w:widowControl/>
        <w:spacing w:line="424" w:lineRule="exact" w:before="2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tử tên là A Xà Thế, nghe theo lời xúi giục của ông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bạn ác Điều Đạt, bắt vua cha là Tần Bà Sa La giam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trong ngục kín dày đến bảy lớp cửa, Thái tử lại ra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lịnh cấm các quan, không cho một ai được đến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thăm. </w:t>
      </w:r>
    </w:p>
    <w:p>
      <w:pPr>
        <w:autoSpaceDN w:val="0"/>
        <w:autoSpaceDE w:val="0"/>
        <w:widowControl/>
        <w:spacing w:line="354" w:lineRule="exact" w:before="18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Đây mới là điểm chánh thức đi vào duyên khởi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của bản kinh. Điểm nầy đại khái trần thuật: do Thái tử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A Xà Thế làm điều bạo nghịch, Quốc Thái phu nhơn Vi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Đề Hy mới bạch với Phật cầu xin được thoát ly miền ác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trược về cõi an lành. Nói Vương Xá đại thành, vì thành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nầy rất rộng lớn, gồm có đến chín ức cư dân. </w:t>
      </w:r>
    </w:p>
    <w:p>
      <w:pPr>
        <w:autoSpaceDN w:val="0"/>
        <w:autoSpaceDE w:val="0"/>
        <w:widowControl/>
        <w:spacing w:line="320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15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382.0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4" w:lineRule="exact" w:before="42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A Xà Thế (Ajatasatru), Trung Hoa dịch là Vị sanh </w:t>
      </w:r>
    </w:p>
    <w:p>
      <w:pPr>
        <w:autoSpaceDN w:val="0"/>
        <w:autoSpaceDE w:val="0"/>
        <w:widowControl/>
        <w:spacing w:line="422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oán hay Chiết Chỉ. Vị sanh oán là mối oán hận lúc chưa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 ra, Chiết Chỉ là ngón tay gãy. Sự tích nầy hơi dài,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xin thuật qua đại lược: Nguyên trước kia vua Tần Bà Sa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La kém bề tử tức, đi lạy thần khắp các nơi song cũng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sanh được con. Một hôm có vị tướng sư đến tâu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rằng:- núi Tỳ phú la có bậc tiên nhơn đạo đức, sau ba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năm sẽ xả mạng và thác sanh làm con của vua. Tần Bà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 La vương vì lớn tuổi muốn có con gấp, sau đôi ba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phen cầu thỉnh tiên nhơn xả thân mà không được, mới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dặn sứ giết ông đi để cho mình có con sớm. Trước khi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chết tiên nhơn có phát nguyện: "Ngày nay vua dùng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tâm và miệng sai ngưới giết tôi, nếu tôi sanh làm con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vua, cũng sẽ dùng tâm và miệng sai mgười giết vua”.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Hôm tiên nhơn chết, đêm đó hoàng hậu cảm giác mình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có thai. Lúc bà sắp tới ngày sanh, vua cho người mời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danh sư trong nước xem tướng. Các tướng sư đều bảo: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"Đứa bé sẽ sanh là con trai, nhưng vì có mối oán hờn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đối với bệ hạ, sợ e ngày sau tất làm tổn thương đến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thánh thể. Vua nghe nói sợ hãi dặn cung nữ: khi hoàng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hậu lâm bồn, đừng đở đứa bé, để nó rớt xuống đất cho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chết. Vì oan trái chưa trả xong, đứa bé tuy ở chổ cao rớt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xuống nhưng không chết, chỉ bị gẫy ngón tay út mà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thôi. Do đó khi lớn lên Thái tử A Xà Thế có tật nơi </w:t>
      </w:r>
    </w:p>
    <w:p>
      <w:pPr>
        <w:autoSpaceDN w:val="0"/>
        <w:autoSpaceDE w:val="0"/>
        <w:widowControl/>
        <w:spacing w:line="320" w:lineRule="exact" w:before="5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16 </w:t>
      </w:r>
    </w:p>
    <w:p>
      <w:pPr>
        <w:sectPr>
          <w:pgSz w:w="8419" w:h="11906"/>
          <w:pgMar w:top="262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ngón tay út. Danh từ Vị Sanh Oán hay Chiết Chỉ phát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xuất bởi gốc tích trên.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6" w:lineRule="exact" w:before="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Điều Đạt tức là Đề Bà Đạt Đa (Devadatta - Thiên </w:t>
      </w:r>
    </w:p>
    <w:p>
      <w:pPr>
        <w:autoSpaceDN w:val="0"/>
        <w:autoSpaceDE w:val="0"/>
        <w:widowControl/>
        <w:spacing w:line="422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Nhiệt) Con Học Phạn Vương, em nhà chú của Phật, anh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ruột ngài A Nan (theo kinh Phật thuyết Thập Nhị Du thì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Điều Đạt và A Nan đều là con của Cam Lộ Tịnh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Vương). Điều Đạt lúc còn tại tục tánh người vốn hung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mãnh, đến khi xuất gia nết cũ vẫn không chừa. Ông tuy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học thông nội điển và các kinh sách của ngoại giáo,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song tâm không hợp với Đạo, thấy Phật được nhiều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người cúng dường liền sanh lòng tật đố. Một hôm Điều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Đạt đến chổ Phật cầu xin học pháp thần thông. Đức Thế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Tôn không nhận lời, duy bảo: "Ông nên quán lý vô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thường, tất sẽ đắc đạo và tự có thần thông". Không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được mãn nguyện, ông lại đến cầu hai tôn giả Xá Lợi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Phất, Mục Kiền liên về việc ấy. Hai Ngài cũng bảo: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"Đại đức nên quán về Tứ Niệm Xứ, không cần học thần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thông làm chi". Sau cùng ông đến gạn hỏi ngài A Nan.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Tôn giả A Nan tuy chứng sơ quả song chưa đắc tha 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thông, biết được thâm ý của anh mình, liền đem Điều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Đạt đến chổ vắng lặng trước tiên dạy về phép bay.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Người muốn học bay phải ngồi kiết dà giữ tâm cho yên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tỉnh, tưởng thân lay động, kế tưởng thân nhắc lên khỏi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mặt đất một phân, một tấc, một thước, một trượng, khỏi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mái nhà rồi lần lần bay lên cao. Xong, lại mhiếp tâm </w:t>
      </w:r>
    </w:p>
    <w:p>
      <w:pPr>
        <w:autoSpaceDN w:val="0"/>
        <w:autoSpaceDE w:val="0"/>
        <w:widowControl/>
        <w:spacing w:line="29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17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tưởng thân lần lần hạ thấp xuống bản tòa. Sau đó dùng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thân cử tâm, kế lại thân tâm đều cử, mổi phiên từ thấp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lên cao, từ cao xuống thấp y như trước. Cứ theo ba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nguyên tắc ấy mà xoay vần tập luyện cho thuần thục, tự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sẽ có kết qủa. Ngài A Nan lại tiếp tục dạy cho Điều Đạt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phương pháp tưởng bay đi, tưởng thân tâm vào trong tất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cả sắc chất. Kế đó tưởng các sắc chất như non, sông,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đất liền vào trong thân mình, như hư không vô ngại. Lại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tưởng tự thân lớn ra đầy khắp hư không, ngồi nằm tự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tại, đưa tay lay động mặt trời mặt trăng. Hoặc tưởng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thân rút nhỏ lại, chui vào hạt bụi. Điểm cần yếu trong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phép tưởng là nhận định các sắc chất đều như huyễn, tất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cả vô ngại. Khi ngài A Nan tuần tự y theo phương pháp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chỉ dạy xong, Điều Đạt nhất nhất đều ghi nhớ, rồi tìm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chổ thật thanh vắng tu luyện, không bao lâu ông được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626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26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phép thần thông. </w:t>
            </w:r>
          </w:p>
        </w:tc>
        <w:tc>
          <w:tcPr>
            <w:tcW w:type="dxa" w:w="1110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70" w:after="0"/>
        <w:ind w:left="32" w:right="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Sau khi đắc thần thông, Điều Đạt liền đi đến cung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điện của Thái tử A Xà Thế hiện ra nhiều cách biến hóa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khiến cho đông cung sanh lòng tin tưởng, kính trọng,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cúng dường rất hậu. Đã thâu phục được Thái tử, một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hôm ông lại đi đến chổ Phật thưa rằng: "Bạch Thế Tôn!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nay ngài tuổi tác đã cao, xin đem đồ chúng và pháp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tạng phú chúc lại cho tôi, để an dưỡng lúc suy già". Đại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chúng nghe ông nói lời ấy đều kinh ngạc, nhìn ngó lẫn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nhau. Đức Phật mỉm cười bảo: "Như Xá Lợi Phất và </w:t>
      </w:r>
    </w:p>
    <w:p>
      <w:pPr>
        <w:autoSpaceDN w:val="0"/>
        <w:autoSpaceDE w:val="0"/>
        <w:widowControl/>
        <w:spacing w:line="29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18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2"/>
        <w:gridCol w:w="3652"/>
      </w:tblGrid>
      <w:tr>
        <w:trPr>
          <w:trHeight w:hRule="exact" w:val="200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2" w:lineRule="exact" w:before="42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Mục Kiền Liên có thể gọi là bậc đại pháp tướng mà ta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còn không đem chánh pháp phú chúc, huống chi ông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kẻ ngu si ư?". Bị mất mặt trước đại chúng, Điều Đạt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đem lòng oán hận liền đến cung Thái tử A Xà Thế.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Đông cung thấy ông đi đến, cung kính đón tiếp và hỏi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rằng: "Chẳng hay tôn giả quang lâm có việc chi, mà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xem nhan sắc không được vui?". Ông đáp: "Tôi cùng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Thái tử tuy quen thân chưa được bao lâu, mà đối xử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như tình chí thiết. Hôm nay tôi có vẽ lo lắng, chẳng qua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cũng vì ngài đó thôi!" Thái tử vội hỏi duyên cớ. Điều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Đạt bảo: "Tôi xem ý đức vua đối với thái tử không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được ân hậu. Sở dĩ ngón tay út của Thái tử bị tật là do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khi ngài mới sanh ra, vua đã âm mưu cố ý để cho tôn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thể rớt từ trên cao xuống đất. Nếu ngài không có phước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đức thì lúc ấy mạng căn đã tuyệt, đâu còn sống đến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ngày nay? Hiện giờ đức vua đã già, Sa môn Cù Đàm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cũng đã lớn tuổi không còn đương nổi trách nhiệm nữa.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Vậy chúng ta nên tìm cách phế trừ hai người đó, để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Thái tử sẽ làm tân vương, phần tôi thì làm tân Phật,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chẳng hay tôn ý thế nào? Do oan nghiệp đời trước, Thái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tử A Xà Thế nghe xong liền nổi giận y theo lời. Từ đó,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Đề Bà Đạt Đa lo vận động kéo một nhóm tăng lữ về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phe mình, tự chế ra giới luật mới, và âm mưu hại Phật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nhiều phen, song kết cuộc đều thất bại, bị sanh đọa địa </w:t>
      </w:r>
    </w:p>
    <w:p>
      <w:pPr>
        <w:autoSpaceDN w:val="0"/>
        <w:autoSpaceDE w:val="0"/>
        <w:widowControl/>
        <w:spacing w:line="320" w:lineRule="exact" w:before="5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19 </w:t>
      </w:r>
    </w:p>
    <w:p>
      <w:pPr>
        <w:sectPr>
          <w:pgSz w:w="8419" w:h="11906"/>
          <w:pgMar w:top="262" w:right="660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04" w:lineRule="exact" w:before="28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ngục. Phần A Xà Thế thì làm điều nghịch đạo bắt giam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vua cha cho đến chết.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Tần Bà Sa La (Bimbisara), Trung Hoa dịch là Mô </w:t>
      </w:r>
    </w:p>
    <w:p>
      <w:pPr>
        <w:autoSpaceDN w:val="0"/>
        <w:autoSpaceDE w:val="0"/>
        <w:widowControl/>
        <w:spacing w:line="422" w:lineRule="exact" w:before="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Thật hay Kiên Ảnh. Hai danh từ nầy chỉ cho nghĩa: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Người có hình vóc mạnh khỏe chắc chắn. </w:t>
      </w:r>
    </w:p>
    <w:p>
      <w:pPr>
        <w:autoSpaceDN w:val="0"/>
        <w:autoSpaceDE w:val="0"/>
        <w:widowControl/>
        <w:spacing w:line="354" w:lineRule="exact" w:before="19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Trên đây đã giải thích về nguyên ủy của đoạn </w:t>
      </w:r>
    </w:p>
    <w:p>
      <w:pPr>
        <w:autoSpaceDN w:val="0"/>
        <w:autoSpaceDE w:val="0"/>
        <w:widowControl/>
        <w:spacing w:line="422" w:lineRule="exact" w:before="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chánh văn: "nghe theo lời xúi giục của ông bạn ác Điều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Đạt, bắt vua cha là Tần Bà Sa La giam trong ngục kín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dày đến bảy lớp cửa". </w:t>
      </w:r>
    </w:p>
    <w:p>
      <w:pPr>
        <w:autoSpaceDN w:val="0"/>
        <w:autoSpaceDE w:val="0"/>
        <w:widowControl/>
        <w:spacing w:line="354" w:lineRule="exact" w:before="19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Quốc Thái phu nhân là Vi Đề Hy, vì mến tưởng </w:t>
      </w:r>
    </w:p>
    <w:p>
      <w:pPr>
        <w:autoSpaceDN w:val="0"/>
        <w:autoSpaceDE w:val="0"/>
        <w:widowControl/>
        <w:spacing w:line="422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vua, bà lo nghĩ phương chước cứu giúp. Bà tắm gội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sạnh sẽ, lấy bột nhồi với sữa và mật thoa dính nơi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thân, đổ đầy nước trái nho vào các hạt chuổi Anh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Lạc, rồi lén đem các thức ấy dâng cho vua. Tần Bà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 La vương thọ dụng thức ăn uống xong, xin nước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xúc miệng rửa mặt, đoạn chắp tay hướng về núi Kỳ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Xà Quật kính lạy Đức Thế Tôn và thưa rằng: "Ngài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Đại Mục Kiền Liên là bạn thân của tôi, xin khởi lòng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từ bi truyền cho tôi giới Bát Quan Trai". </w:t>
      </w:r>
    </w:p>
    <w:p>
      <w:pPr>
        <w:autoSpaceDN w:val="0"/>
        <w:autoSpaceDE w:val="0"/>
        <w:widowControl/>
        <w:spacing w:line="424" w:lineRule="exact" w:before="13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Quốc Thái phu nhân là người có địa vị tối cao </w:t>
      </w:r>
    </w:p>
    <w:p>
      <w:pPr>
        <w:autoSpaceDN w:val="0"/>
        <w:autoSpaceDE w:val="0"/>
        <w:widowControl/>
        <w:spacing w:line="418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nước. Vi Đề Hy (Vaidehi), Trung Hoa dịch là Tư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Duy hoặc là Thắng Diệu Thân, chỉ cho người có sắc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thân xinh đẹp và hay lo lắng quán xuyến mọi việc. Bà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Vi Đề Hy là chánh hậu của vua Tần Bà Sa La, mẹ của </w:t>
      </w:r>
    </w:p>
    <w:p>
      <w:pPr>
        <w:autoSpaceDN w:val="0"/>
        <w:autoSpaceDE w:val="0"/>
        <w:widowControl/>
        <w:spacing w:line="320" w:lineRule="exact" w:before="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20 </w:t>
      </w:r>
    </w:p>
    <w:p>
      <w:pPr>
        <w:sectPr>
          <w:pgSz w:w="8419" w:h="11906"/>
          <w:pgMar w:top="262" w:right="350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4" w:lineRule="exact" w:before="40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Thái tử A Xà Thế. Thái tử cấm quần thần không cho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vào thăm vua, mà chẳng ngăn cản mẹ, vì bà là người tối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thân, lại thuộc về hàng phụ nữ, chắc không đến nổi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mưu biến gì, nên chẳng mấy lưu tâm. Bà Vi Đề Hy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muốn dâng thức ăn cho vua mà phải làm như thế, vì sợ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Thái tử để ý rồi phát giác ra được. </w:t>
      </w:r>
    </w:p>
    <w:p>
      <w:pPr>
        <w:autoSpaceDN w:val="0"/>
        <w:autoSpaceDE w:val="0"/>
        <w:widowControl/>
        <w:spacing w:line="354" w:lineRule="exact" w:before="19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Đại Mục Kiền Liên (Moggalli), Trung Hoa dịch là </w:t>
      </w:r>
    </w:p>
    <w:p>
      <w:pPr>
        <w:autoSpaceDN w:val="0"/>
        <w:autoSpaceDE w:val="0"/>
        <w:widowControl/>
        <w:spacing w:line="424" w:lineRule="exact" w:before="0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Thái Thúc Thị; vì ngài nguyên dòng dõi của một vị tu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tiên trong núi, sống bằng đậu và bắp. Ngài là vị đệ tử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thường hầu bên hữu của Phật. Trong tiền kiếp, Mục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Kiền Liên cạo tóc và may áo ca sa cho một vị Bích Chi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Phật, nguyện đắc thần thông, nên khi Phật ra đời ngài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được khen là bậc A La hán thần thông đệ nhất. </w:t>
      </w:r>
    </w:p>
    <w:p>
      <w:pPr>
        <w:autoSpaceDN w:val="0"/>
        <w:autoSpaceDE w:val="0"/>
        <w:widowControl/>
        <w:spacing w:line="426" w:lineRule="exact" w:before="14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Bát Quan Trai, "Bát" là tám giới: 1-Không sát </w:t>
      </w:r>
    </w:p>
    <w:p>
      <w:pPr>
        <w:autoSpaceDN w:val="0"/>
        <w:autoSpaceDE w:val="0"/>
        <w:widowControl/>
        <w:spacing w:line="422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sanh; 2- Không trộm cắp; 3-Không dâm dục; 4- Không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nói vọng; 5- Không uống rượu; 6-Không trang điểm; 7-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tự ca múa trổi âm nhạc và cố ý xem nghe; 8-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ngồi nằm giường cao rộng sang đẹp. </w:t>
      </w:r>
    </w:p>
    <w:p>
      <w:pPr>
        <w:autoSpaceDN w:val="0"/>
        <w:autoSpaceDE w:val="0"/>
        <w:widowControl/>
        <w:spacing w:line="354" w:lineRule="exact" w:before="168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"Quan" có nghĩa là ngăn đóng, vì tám giới ấy hay </w:t>
      </w:r>
    </w:p>
    <w:p>
      <w:pPr>
        <w:autoSpaceDN w:val="0"/>
        <w:autoSpaceDE w:val="0"/>
        <w:widowControl/>
        <w:spacing w:line="354" w:lineRule="exact" w:before="7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ngăn đóng các cửa ác nghiệp nên gọi là "Bát Quan". </w:t>
      </w:r>
    </w:p>
    <w:p>
      <w:pPr>
        <w:autoSpaceDN w:val="0"/>
        <w:autoSpaceDE w:val="0"/>
        <w:widowControl/>
        <w:spacing w:line="352" w:lineRule="exact" w:before="19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"Trai" có nghĩa trung, là ăn giữa ngày, không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được quá ngọ. Tám điều trên duy có nghĩa "giới" không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gồm nghĩa "trai", điều sau kiêm cả hai nghĩa "giới,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Trai", vì thế nên không gọi cửu giới mà gọi "Bát Quan </w:t>
      </w:r>
    </w:p>
    <w:p>
      <w:pPr>
        <w:autoSpaceDN w:val="0"/>
        <w:autoSpaceDE w:val="0"/>
        <w:widowControl/>
        <w:spacing w:line="320" w:lineRule="exact" w:before="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21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Trai". Những giới này công dụng rất vi tế, chỉ có Phật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mới thân chứng. Tại sao thế? Vì chư Phật mới dứt phiền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não và tập khí, ngoài ra từ ngôi đại giác trở xuống,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phiền hoặc tuy đoạn song tập khí vẫn còn. Vì muốn cho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hàng tại gia gieo hạt giống giải thoát, nên Phật mới chế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ra giới bát quan trai để họ thọ trì trong một ngày đêm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giữ đúng giới này, công đức vượt hơn hàng nhơn thiên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rất nhiều. </w:t>
      </w:r>
    </w:p>
    <w:p>
      <w:pPr>
        <w:autoSpaceDN w:val="0"/>
        <w:autoSpaceDE w:val="0"/>
        <w:widowControl/>
        <w:spacing w:line="354" w:lineRule="exact" w:before="196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ấy ngài Mục Kiền Liên biết được, liền bay </w:t>
      </w:r>
    </w:p>
    <w:p>
      <w:pPr>
        <w:autoSpaceDN w:val="0"/>
        <w:autoSpaceDE w:val="0"/>
        <w:widowControl/>
        <w:spacing w:line="422" w:lineRule="exact" w:before="4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đến chổ Tần Bà Sa La Vương lẹ như chim ó, chim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cắt; mỗi ngày truyền giới Bát Quan Trai cho vua.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Thế Tôn cũng sai tôn giả Phú Lâu Na vì vua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thuyết pháp. Như thế trải qua hai mươi mốt ngày,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nhờ được ăn uống và nghe pháp, nên dung sắc vua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hòa nhã tươi vui. </w:t>
      </w:r>
    </w:p>
    <w:p>
      <w:pPr>
        <w:autoSpaceDN w:val="0"/>
        <w:autoSpaceDE w:val="0"/>
        <w:widowControl/>
        <w:spacing w:line="354" w:lineRule="exact" w:before="18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Ngài Mục Kiền Liên đã được lục thông, nghe thấy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và biết sự cầu thỉnh của vua, nên dùng sức thần túc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khoảnh khắc hiện đến chổ cấm ngục. Tướng thần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túc này rất mầu nhiệm, vì e người đời không biết nên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kinh mới thí dụ là lẹ như chim ó, chim cắt. Thật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ra sức thần thông của tôn giả Mục Kiền Liên có thể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một niệm đi quanh bốn đại bộ châu trăm ngàn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vòng đâu phải tầm thường như chim ó, chim cắt ư? Giới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bát quan trai chỉ hạn cuộc trong một ngày đêm, nên </w:t>
      </w:r>
    </w:p>
    <w:p>
      <w:pPr>
        <w:autoSpaceDN w:val="0"/>
        <w:autoSpaceDE w:val="0"/>
        <w:widowControl/>
        <w:spacing w:line="320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22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4" w:lineRule="exact" w:before="404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mãn kỳ phải truyền lại. Mỗi ngày vua đều thọ giới, vì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biết Thái tử A Xà thế sẽ sai người đến giết lúc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nào, nên chí thành tịnh niệm giữ giới từng ngày, giờ,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phút, cho tăng phần công đức. </w:t>
      </w:r>
    </w:p>
    <w:p>
      <w:pPr>
        <w:autoSpaceDN w:val="0"/>
        <w:autoSpaceDE w:val="0"/>
        <w:widowControl/>
        <w:spacing w:line="426" w:lineRule="exact" w:before="13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Phú Lâu Na (Pùrna), Trung Hoa dịch Mãn </w:t>
      </w:r>
    </w:p>
    <w:p>
      <w:pPr>
        <w:autoSpaceDN w:val="0"/>
        <w:autoSpaceDE w:val="0"/>
        <w:widowControl/>
        <w:spacing w:line="420" w:lineRule="exact" w:before="0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Nguyện Tử hay Mã Từ Tử, vị đệ tử thuyết pháp bậc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nhất của đức Phật. Đức Thế Tôn vì thương xót Tần Bà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 La Vương, nên sai tôn giả Phú Lâu Na đến thuyết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pháp làm cho vua hiểu rõ nhân qủa, đạo lý, dứt mối sầu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khổ ưu phiền. Qua hai mươi mốt ngày mà vua vẫn vui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vẽ bình yên vì được hoàng hậu săn sóc về phần thể chất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và hai tôn giả an ủi về phần tinh thần. </w:t>
      </w:r>
    </w:p>
    <w:p>
      <w:pPr>
        <w:autoSpaceDN w:val="0"/>
        <w:autoSpaceDE w:val="0"/>
        <w:widowControl/>
        <w:spacing w:line="354" w:lineRule="exact" w:before="196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Lúc đó A Xà Thế đến hỏi người giữ cửa rằng: </w:t>
      </w:r>
    </w:p>
    <w:p>
      <w:pPr>
        <w:autoSpaceDN w:val="0"/>
        <w:autoSpaceDE w:val="0"/>
        <w:widowControl/>
        <w:spacing w:line="424" w:lineRule="exact" w:before="2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Phụ vương ta hôm nay còn sống chăng? Viên thủ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ngục đáp: "Tâu đại vương! do Quốc Thái phu nhân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thoa bột với mật vào thân và đựng nước trái nho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trong hạt chuỗi đem cung phụng; lại có hai Sa môn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là Mục Kiền Liên, Phú Lâu Na bay đến truyền giới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thuyết pháp không thể ngăn cấm, nên hiện tại đức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vua vẫn bình yên. A Xà Thế nghe xong, nổi giận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bảo: "Mẹ ta là giặc vì đã làm bạn với kẻ giặc. Bọn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 môn kia là hạn người xấu, dùng chú thuật làm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cho tên ác vương ấy nhiều ngày không chết! Nói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đoạn, rút gươm muốn đến giết mẹ. </w:t>
      </w:r>
    </w:p>
    <w:p>
      <w:pPr>
        <w:autoSpaceDN w:val="0"/>
        <w:autoSpaceDE w:val="0"/>
        <w:widowControl/>
        <w:spacing w:line="320" w:lineRule="exact" w:before="2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23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42" w:lineRule="exact" w:before="266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Đang khi ấy, có hai vị đại thần thông minh tài </w:t>
      </w:r>
    </w:p>
    <w:p>
      <w:pPr>
        <w:autoSpaceDN w:val="0"/>
        <w:autoSpaceDE w:val="0"/>
        <w:widowControl/>
        <w:spacing w:line="422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trí là Nguyệt Quang, Kỳ Bà, thấy thế vội qùy xuống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làm lạy và can gián rằng: "tâu đại vương! chúng tôi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nghe trong kinh Tỳ Đà La nói từ thuở kiếp sơ đến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nay những ác vương tham ngôi báu mà giết hại cha,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có một vạn tám ngàn người; song chưa từng nghe có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ông vua nào giết mẹ. Nay nếu đại vương làm việc ác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nghịch trái đạo này, tức là để vết nhơ cho dòng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giống Sát Đế Lỵ, nào khác gì hạng Chiên Đà La. Bọn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thần không nỡ ở lại trông nhìn cảnh tượng ấy, vậy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xin từ nay bái biệt! Nói xong đứng lên đưa tay đè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chuôi gươm rồi thối lui quay đi.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54" w:lineRule="exact" w:before="16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Vi Đề Hy phu nhơn dù có hành vi kín đáo, song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lâu ngày cũng khó che dấu được. Viên thủ ngục vì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muốn chạy tội cho mình, phải đem sự thật mà thưa ra.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A Xà Thế đã hờn vì mẹ lén đem thức ăn cho vua cha,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lại nói nghe hai vị tôn giả dùng phép thần thông tự do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tới lui trong ngục thất, nên càng thêm giận, mới có lời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vô ý thức: "các thầy Sa môn là hạng chuyên dùng chú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thuật để huyễn hoặc người, làm cho tên ác vương ấy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626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26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nhiều ngày không chết. </w:t>
            </w:r>
          </w:p>
        </w:tc>
        <w:tc>
          <w:tcPr>
            <w:tcW w:type="dxa" w:w="153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2" w:lineRule="exact" w:before="68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"Nguyệt Quang" là Hoa ngôn, chỉ cho người trí </w:t>
      </w:r>
    </w:p>
    <w:p>
      <w:pPr>
        <w:autoSpaceDN w:val="0"/>
        <w:autoSpaceDE w:val="0"/>
        <w:widowControl/>
        <w:spacing w:line="422" w:lineRule="exact" w:before="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huệ sáng suốt như ánh trăng. "Kỳ Bà" là phạn ngữ,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Trung Hoa dịch: Cố Hoạt, vì trước kia ông từng phát </w:t>
      </w:r>
    </w:p>
    <w:p>
      <w:pPr>
        <w:autoSpaceDN w:val="0"/>
        <w:autoSpaceDE w:val="0"/>
        <w:widowControl/>
        <w:spacing w:line="320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24 </w:t>
      </w:r>
    </w:p>
    <w:p>
      <w:pPr>
        <w:sectPr>
          <w:pgSz w:w="8419" w:h="11906"/>
          <w:pgMar w:top="268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nguyện sẽ trở thành vị lương y cứu sống mọi người, nên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tùy nơi đức mà lập danh. Tương truyền khi Kỳ Bà lúc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mới sanh ra một tay cầm đãy thuốc, một tay cầm ống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kim. Ông cũng là con của vua Tần Bà Sa La, thân mẫu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Yêm La Nữ (Nại nữ), thấy anh muốn làm điều bội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nghịch, nên cùng Nguyệt Quang cùng đến can ngăn. Tỳ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Đà La (Vetàla), một bộ loại về chú thuật trong kinh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điển Phệ Đà. Kiếp sơ là thuở thế giới vừ thành lập, mới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có loài người ở. Sát Đế Lỵ (Ksatriya) là giai cấp vua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chúa, Chiên đà la hoặc Thủ đà la (Sùdra) là giai cấp tiện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dân, hai dòng giống sang hèn theo thế tập bên xứ Ấn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Độ. Trước cảnh tượng người từ mẫu chắp tay cuối đầu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run sợ chờ chết, đứa con bất hiếu hung hăng cầm gươm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muốn chém đâm, quả thật bất nhẫn và đau lòng, nên hai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vị đại thần cương quyết can ngăn, là vì không nỡ thấy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điều vô đạo ấy. Đưa tay đè chuôi gươm rồi thối lui quay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đi là cử chỉ thị oai khiến cho A Xà Thế kinh sợ, và tỏ ý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quyết liệt. </w:t>
            </w:r>
          </w:p>
        </w:tc>
        <w:tc>
          <w:tcPr>
            <w:tcW w:type="dxa" w:w="67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42" w:lineRule="exact" w:before="48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A xà Thế nghe qua kinh sợ bảo: "Các ông </w:t>
      </w:r>
    </w:p>
    <w:p>
      <w:pPr>
        <w:autoSpaceDN w:val="0"/>
        <w:autoSpaceDE w:val="0"/>
        <w:widowControl/>
        <w:spacing w:line="414" w:lineRule="exact" w:before="12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không vì ta sao? Kỳ Bà thưa: "nếu đại vương muốn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cho chúng tôi ở lại giúp đở, xin đừng giết hại Quốc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Thái. A Xà Thế nghe nói, tỏ vẻ ăn năn vội cất gươm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bỏ ý nghĩ giết mẹ, sai nội quan cầm Quốc Thái phu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nhơn trong thâm cung, không cho ra ngoài nữa. </w:t>
      </w:r>
    </w:p>
    <w:p>
      <w:pPr>
        <w:autoSpaceDN w:val="0"/>
        <w:autoSpaceDE w:val="0"/>
        <w:widowControl/>
        <w:spacing w:line="320" w:lineRule="exact" w:before="3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25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382.0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4" w:lineRule="exact" w:before="42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Câu nói: "Các ông không vì ta sao? là A Xà Thế </w:t>
      </w:r>
    </w:p>
    <w:p>
      <w:pPr>
        <w:autoSpaceDN w:val="0"/>
        <w:autoSpaceDE w:val="0"/>
        <w:widowControl/>
        <w:spacing w:line="422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sợ hiền thần bỏ đi, quốc vận nguy khốn, lại e hai người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ấy vốn bậc tài trí không biết có mưu đồ gì cứu thoát vua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Tần Bà Sa La mà lật ngược cuộc diện lại chăng? Sự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kinh sợ của ông cũng hữu lý và thiết thật. Câu hỏi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thế vương hàm nhiều ẩn nghĩa, lời đáp của Kỳ Bà lại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thẳng thắng nói rõ ra, cũng là ý can gián lần thứ hai. 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Xà Thế tuy nhận lời khuyên can, tỏ sắc ăn năn tra gươm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vào song lại bảo nội quan giam cầm mẹ, là mối dư hận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của ông đối với thân mẫu hãy còn. Kỳ thật nếu ông ra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lệnh giam cầm Vi Đề Hy phu nhơn, duy bảo quan quân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giữ chặt nơi ngục giam vua cha, thì bà cũng không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phương tiện nào giúp đỡ Tần bà Sa la vương được. </w:t>
      </w:r>
    </w:p>
    <w:p>
      <w:pPr>
        <w:autoSpaceDN w:val="0"/>
        <w:autoSpaceDE w:val="0"/>
        <w:widowControl/>
        <w:spacing w:line="442" w:lineRule="exact" w:before="150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Vi Đề Hy bị u cấm, sầu lo tiều tụy, xa trông về </w:t>
      </w:r>
    </w:p>
    <w:p>
      <w:pPr>
        <w:autoSpaceDN w:val="0"/>
        <w:autoSpaceDE w:val="0"/>
        <w:widowControl/>
        <w:spacing w:line="418" w:lineRule="exact" w:before="4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non Kỳ xà quật đảnh lễ Phật và bạch rằng: "Đức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Lai Thế Tôn! lúc trước Ngài thường bảo hiền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giả A Nan đến thăm viếng và khuyên dạy con. Nay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con có việc lo buồn, không làm sao còn được thấy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oai nghi trang trọng của đấng Thiên Nhơn Sư nữa!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Xin Đức Thế Tôn thương xót cho hai vị tôn giả Mục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Liên, A Nan đến dạy dỗ con. Bạch xong lời ấy, bà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thương khóc nước mắt rơi xuống như mưa, hướng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về chỗ Phật thường ngự, cúi đầu đảnh lễ. </w:t>
      </w:r>
    </w:p>
    <w:p>
      <w:pPr>
        <w:autoSpaceDN w:val="0"/>
        <w:autoSpaceDE w:val="0"/>
        <w:widowControl/>
        <w:spacing w:line="320" w:lineRule="exact" w:before="8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26 </w:t>
      </w:r>
    </w:p>
    <w:p>
      <w:pPr>
        <w:sectPr>
          <w:pgSz w:w="8419" w:h="11906"/>
          <w:pgMar w:top="262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6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A Nan (Ananda), Trung Hoa dịch là Khánh Hỉ </w:t>
      </w:r>
    </w:p>
    <w:p>
      <w:pPr>
        <w:autoSpaceDN w:val="0"/>
        <w:autoSpaceDE w:val="0"/>
        <w:widowControl/>
        <w:spacing w:line="422" w:lineRule="exact" w:before="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hoặc vô nhim, vị hiền giả thường hầu cận Đức Phật.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Ngài A Nan được đức Phật thường nhận lời cầu thỉnh,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sai đến thăm viếng khuyên dạy vua và quốc hậu nước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Ma kiệt Đà, vì sự hoằng pháp độ người cần phải nhờ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bậc có quyền thế, tuy Như Lai là đấng chí thánh cũng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chiều thuận theo thường tình để làm mô phạm cho đời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sau. Bởi tự thân ở nơi thâm cung, nên bà Vi Đề Hy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dám thỉnh Phật, mà chỉ xin mời hai vị tôn giả.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hai ngài, Mục Liên là thầy của Bà, A Nan là vị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đại đức thường lui tới quen thân, nên mới có sự cầu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thỉnh ấy. Trước đã lạy rồi, sau còn đảnh lễ là Quốc Thái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phu nhân tỏ ý thành khẩn ân cần. </w:t>
      </w:r>
    </w:p>
    <w:p>
      <w:pPr>
        <w:autoSpaceDN w:val="0"/>
        <w:autoSpaceDE w:val="0"/>
        <w:widowControl/>
        <w:spacing w:line="354" w:lineRule="exact" w:before="198" w:after="34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Bấy giờ Đức Thế Tôn đang ở núi Kỳ Xà Quật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4232"/>
        </w:trPr>
        <w:tc>
          <w:tcPr>
            <w:tcW w:type="dxa" w:w="729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20" w:lineRule="exact" w:before="0" w:after="0"/>
              <w:ind w:left="0" w:right="10" w:firstLine="0"/>
              <w:jc w:val="both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biết rõ tâm niệm bà Vi Đề Hy, liền bảo hai tôn giả 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Mục Kiền Liên, A Nan theo lời yêu thỉnh bay đến 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cấm thất. Và chính Ngài cũng ẩn thân tại núi Kỳ Xà 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Quật, hiện ra nơi vương cung. Khi bà Vi Đề Hy lạy 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xuống vừa nguớc đầu lên, đã thấy Đức Thích Ca 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Mâu Ni Thế Tôn ngồi trên toà sen bá bảo, thân sắc 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tử kim rực rỡ bên tả có Mục Liên, bên hữu có A 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Nan đồng đứng hầu. Trên hư không, các Phạm 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Vương, Đế Thích và hộ thế chư thiên mưa nhiều thứ 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hoa đẹp ở cõi trời phơi phới bay xuống để cúng </w:t>
            </w:r>
          </w:p>
        </w:tc>
      </w:tr>
      <w:tr>
        <w:trPr>
          <w:trHeight w:hRule="exact" w:val="756"/>
        </w:trPr>
        <w:tc>
          <w:tcPr>
            <w:tcW w:type="dxa" w:w="26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34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dường Phật. </w:t>
            </w:r>
          </w:p>
        </w:tc>
        <w:tc>
          <w:tcPr>
            <w:tcW w:type="dxa" w:w="46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354" w:after="0"/>
              <w:ind w:left="862" w:right="862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27 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8419" w:h="11906"/>
          <w:pgMar w:top="26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6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Thích Ca Mâu Ni (Sakyamuni) Trung Hoa dịch </w:t>
      </w:r>
    </w:p>
    <w:p>
      <w:pPr>
        <w:autoSpaceDN w:val="0"/>
        <w:autoSpaceDE w:val="0"/>
        <w:widowControl/>
        <w:spacing w:line="420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Năng Nhân Tịch Mặc, bậc có tâm nhân từ và chứng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được giác tánh vắng lặng. Danh hiệu nầy tiêu biểu cho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hai đức Bi Trí, cũng hàm nghĩa Ứng thân, Pháp thân.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Đức Phật dùng phép thần thông ẩn nơi đây, hiện nơi kia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theo cổ thích, có ba ý nghĩa : </w:t>
      </w:r>
    </w:p>
    <w:p>
      <w:pPr>
        <w:autoSpaceDN w:val="0"/>
        <w:autoSpaceDE w:val="0"/>
        <w:widowControl/>
        <w:spacing w:line="446" w:lineRule="exact" w:before="13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1-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Đức Thế Tôn là đấng cha lành trong tam giới, </w:t>
      </w:r>
    </w:p>
    <w:p>
      <w:pPr>
        <w:autoSpaceDN w:val="0"/>
        <w:autoSpaceDE w:val="0"/>
        <w:widowControl/>
        <w:spacing w:line="410" w:lineRule="exact" w:before="0" w:after="0"/>
        <w:ind w:left="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hiện thân của đức từ bi, vì muốn hộ trì tâm niệm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vua A Xà Thế, nên không tự đi đến ngục thất, e 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thấy mà khởi lòng sân hận. </w:t>
      </w:r>
    </w:p>
    <w:p>
      <w:pPr>
        <w:autoSpaceDN w:val="0"/>
        <w:autoSpaceDE w:val="0"/>
        <w:widowControl/>
        <w:spacing w:line="444" w:lineRule="exact" w:before="138" w:after="0"/>
        <w:ind w:left="30" w:right="3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2-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Vì muốn lưu hành chánh pháp, phải nhờ cậy </w:t>
      </w:r>
    </w:p>
    <w:p>
      <w:pPr>
        <w:autoSpaceDN w:val="0"/>
        <w:autoSpaceDE w:val="0"/>
        <w:widowControl/>
        <w:spacing w:line="40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người quyền thế, nên không muốn làm mất lòng một vị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quốc vương. </w:t>
      </w:r>
    </w:p>
    <w:p>
      <w:pPr>
        <w:autoSpaceDN w:val="0"/>
        <w:autoSpaceDE w:val="0"/>
        <w:widowControl/>
        <w:spacing w:line="444" w:lineRule="exact" w:before="140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3-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Vì tiêu biểu địa vị và sức thần thông của Đức </w:t>
      </w:r>
    </w:p>
    <w:p>
      <w:pPr>
        <w:autoSpaceDN w:val="0"/>
        <w:autoSpaceDE w:val="0"/>
        <w:widowControl/>
        <w:spacing w:line="420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Như Lai cao siêu hơn hàng Thinh Văn, Duyên Giác,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Phạm Vương là vị vua của cõi trời Phạm Thiên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(Brahmadeva), danh từ này cũng chỉ chung cho chư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Thiên đã thành tựu Phạm hạnh ở cõi Sắc giới. "Phạm"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có nghĩa là "trong sạch", vì chư thiên đã ở đó đã xa lìa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sự dục nhiễm. Đế Thích tức Thích Đề Hoàn Nhân; gọi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>cho đủ là Thích Ca Đề Bà Nhân Đà La (Sakradevànam-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Indra), Trung Hoa dịch là Năng Thiên Chủ. Đây là vị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chúa tể ba mươi ba Thiên Quốc ở cõi Đao Lợi. "Hộ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Thể" là chỉ cho Tứ Thiên Vương. "Chư Thiên" là nói </w:t>
      </w:r>
    </w:p>
    <w:p>
      <w:pPr>
        <w:autoSpaceDN w:val="0"/>
        <w:autoSpaceDE w:val="0"/>
        <w:widowControl/>
        <w:spacing w:line="320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28 </w:t>
      </w:r>
    </w:p>
    <w:p>
      <w:pPr>
        <w:sectPr>
          <w:pgSz w:w="8419" w:h="11906"/>
          <w:pgMar w:top="262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2" w:lineRule="exact" w:before="216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chung cõi trời ở hai cõi Dục và Sắc. Thiên chúng thấy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ẩn thân tại Kỳ Xà Quật, hiện ra nơi vương cung,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nghĩ rằng: Đức Thế Tôn tất sắp nói Pháp hy kỳ, mình sẽ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nhân bà Vi Đề Hy mà được sự lợi ích chưa từng nghe,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nên đồng đến phụng thị mà mưa hoa cúng dường. </w:t>
      </w:r>
    </w:p>
    <w:p>
      <w:pPr>
        <w:autoSpaceDN w:val="0"/>
        <w:autoSpaceDE w:val="0"/>
        <w:widowControl/>
        <w:spacing w:line="354" w:lineRule="exact" w:before="196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Vi Đề Hy phu nhân thấy Đức Thế Tôn, liền tự </w:t>
      </w:r>
    </w:p>
    <w:p>
      <w:pPr>
        <w:autoSpaceDN w:val="0"/>
        <w:autoSpaceDE w:val="0"/>
        <w:widowControl/>
        <w:spacing w:line="424" w:lineRule="exact" w:before="2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bứt chuổi Anh Lạc đeo nơi thân, gieo mình phủ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phục xuống đất, khóc lóc và thưa rằng: Bạch Đức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Thế Tôn! Kiếp trước con có tội chi nay sanh ra đứa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con ác này. Và Đức Như Lai lại có nhân duyên gì,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mà cùng với Đề Bà Đạt Đa đồng làm quyến thuộc?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Cúi xin Đức Thế Tôn vì con giảng giải rộng những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cõi nào không còn lo buồn khổ lụy để con được vãng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sanh về đó. Hiện nay con rất nhàm chán cõi Diêm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Phù Đề nhơ khổ, bởi cõi này dẫy đầy chúng điạ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ngục, ngạ quỷ, bàng sanh, cùng nhiều điều lỗi lầm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xấu ác. Con nguyện kiếp sau không còn thấy người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dữ, không còn nghe tiếng ác nữa! Nay con gieo năm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vóc trước Đức Thế Tôn, tha thiết cầu xin sám hối!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Nguyện đấng đại từ soi ánh huệ nhật, chỉ dạy cho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con phép quán để sanh về chổ nghiệp lành thanh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tịnh. </w:t>
            </w:r>
          </w:p>
        </w:tc>
        <w:tc>
          <w:tcPr>
            <w:tcW w:type="dxa" w:w="35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8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Vi Đề Hy phu nhân khi thấy Phật liền bứt chuỗi </w:t>
      </w:r>
    </w:p>
    <w:p>
      <w:pPr>
        <w:autoSpaceDN w:val="0"/>
        <w:autoSpaceDE w:val="0"/>
        <w:widowControl/>
        <w:spacing w:line="354" w:lineRule="exact" w:before="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ngọc, vì bậc vương hầu như bà duy sang cả đối với </w:t>
      </w:r>
    </w:p>
    <w:p>
      <w:pPr>
        <w:autoSpaceDN w:val="0"/>
        <w:autoSpaceDE w:val="0"/>
        <w:widowControl/>
        <w:spacing w:line="320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29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382.0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4" w:lineRule="exact" w:before="404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hạng thần dân, sánh với đấng Đại Giác còn vô cùng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thấp kém: hành động đó làm biểu lộ: trước Đức Thế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Tôn mình chỉ là kẻ phàm phu đầy tội lỗi, không có chi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đáng tôn trọng. Lại sự trang sức đối với thế gian,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nghiệp tham nhiễm, trước đấng giác ngộ trong lành, bà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cảm thấy hổ thẹn nên vội bức chuổi Anh Lạc. Câu ;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"Kiếp trước con có tội chi..." là phu nhơn đã nhận rõ cõi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đời dẫy đầy tội ác, tự nghĩ mình là người thế tục lỗi lầm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vương vào cảnh con mưu giết mẹ đã đành, đến chư Phật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bậc chí thiện tại sao còn bị Đề Bà Đạt Đa nhiều phen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ám hại? câu hỏi của bà không ngoài ý niệm tỏ ra chán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nản cõi đời ác trược, để làm nhân phát khởi lời thỉnh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vấn sau là cầu xin đức Thế Tôn chỉ điểm quốc độ an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lành và phương pháp vãng sanh để cho mìmh tu tập. </w:t>
      </w:r>
    </w:p>
    <w:p>
      <w:pPr>
        <w:autoSpaceDN w:val="0"/>
        <w:autoSpaceDE w:val="0"/>
        <w:widowControl/>
        <w:spacing w:line="352" w:lineRule="exact" w:before="19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Diêm Phù Đề (Jambudvipa), Trung Hoa dịch là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Thắng Kim, vì phía bắc châu này có thứ cây Diêm Phù,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dưới cây ấy có chất vàng rất qúy tên Diêm Phù Na Đàn.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Đây là lấy tên cây để lập danh xứ sở. Một thuyết khác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nói cây Diêm Phù ở mé biển phía bắc của châu Nam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Thiện Bộ. Dưới đáy biển có chất vàng Diêm Phù Na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Đàn chói lên làm cho nước biển và cây ánh ra sắc vàng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rực rỡ. Năm vóc cũng gọi là ngũ thể hay ngũ luân tức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đầu và tứ chi. Sám hối là danh từ do tiếng Phạn và Hoa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kết hợp. "Sám" gọi cho đủ là Sám ma, Trung Hoa dịch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"hối vãn" có nghĩa la ăn năn lỗi trước, đây là Phạn </w:t>
      </w:r>
    </w:p>
    <w:p>
      <w:pPr>
        <w:autoSpaceDN w:val="0"/>
        <w:autoSpaceDE w:val="0"/>
        <w:widowControl/>
        <w:spacing w:line="29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30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28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ngữ. "Hối" ý nghĩa cũng như "sám", thuộc về Hoa âm.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Bà Vi Đề Hy xét nghĩ Tịnh Độ là cõi sạch lành, e mình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nhiều nghiệp chướng khó được duyên nghe pháp và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vãng sanh, nên đã thành khẩn thỉnh cầu còn tha thiết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sám hối để cho tiêu nghiệp. Pháp của Đức Phật nói từ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nơi trí huệ chân thật phát sanh, có thể phá tan màn vô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minh phiền não, nên gọi là huệ nhật. Đây là danh từ nêu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cả pháp và dụ. Câu chỉ dạy cho con phép quán ...là bà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Vi Đề Hy muốn biểu lộ là mình đã nhàm chán cõi nhơ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ác, không còn luyến tưởng đến kẻ thân sơ, có thể an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tâm dứt muôn duyên để quán niệm cảnh thanh tịnh.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 phu nhân đã thỉnh cầu Phật chỉ bày cõi an lành,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sau lại hỏi về phương châm vãng sanh. Phần tự trần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thuật nhân duyên khởi phát đến đây đã xong. Kế sau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đoạn chánh thức của kinh này, Đức Phật sẽ vì bà Vi Đề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Hy chỉ dạy rõ pháp thức tu tập.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64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4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993300"/>
                <w:sz w:val="32"/>
              </w:rPr>
              <w:t xml:space="preserve">II- Phần Chánh Tông </w:t>
            </w:r>
          </w:p>
        </w:tc>
        <w:tc>
          <w:tcPr>
            <w:tcW w:type="dxa" w:w="151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4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Lúc bấy giờ Đức Thế Tôn, từ nơi tướng bạch </w:t>
      </w:r>
    </w:p>
    <w:p>
      <w:pPr>
        <w:autoSpaceDN w:val="0"/>
        <w:autoSpaceDE w:val="0"/>
        <w:widowControl/>
        <w:spacing w:line="424" w:lineRule="exact" w:before="38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hào giửa đôi mi, phóng ra ánh sáng vàng rực rỡ soi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khắp vô lượng thế giới ở mười phương. Hào quang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ấy trở lại trụ trên đảnh của Phật, hoá thành đài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vàng như núi Tu di. Những cõi nước trong sạch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nhiệm mầu của chư Phật mười phương đều hiện rõ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nơi toà quang minh đó. Trong vô số quốc độ ảnh </w:t>
      </w:r>
    </w:p>
    <w:p>
      <w:pPr>
        <w:autoSpaceDN w:val="0"/>
        <w:autoSpaceDE w:val="0"/>
        <w:widowControl/>
        <w:spacing w:line="320" w:lineRule="exact" w:before="2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31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2" w:lineRule="exact" w:before="222" w:after="0"/>
        <w:ind w:left="0" w:right="28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hiện ấy, có cõi do bảy báu hợp thành, có cõi thuần là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hoa sen, có cõi tráng lệ như cung trời Đại tự tại, có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cõi sáng suốt như gương pha lê. </w:t>
      </w:r>
    </w:p>
    <w:p>
      <w:pPr>
        <w:autoSpaceDN w:val="0"/>
        <w:autoSpaceDE w:val="0"/>
        <w:widowControl/>
        <w:spacing w:line="354" w:lineRule="exact" w:before="192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Vô lượng tịnh độ hiện bóng nơi đài quang </w:t>
      </w:r>
    </w:p>
    <w:p>
      <w:pPr>
        <w:autoSpaceDN w:val="0"/>
        <w:autoSpaceDE w:val="0"/>
        <w:widowControl/>
        <w:spacing w:line="424" w:lineRule="exact" w:before="0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minh, mỗi miền một vẽ rất rõ ràng, cực nghiêm đẹp.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Sau khi dùng thần thông hiển thị các cõi trang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nghiêm xong, Đức Thế Tôn bảo bà Vi Đề Hy nên tùy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ý mình lựa quốc độ nào mà tâm mình ưa thích. </w:t>
      </w:r>
    </w:p>
    <w:p>
      <w:pPr>
        <w:autoSpaceDN w:val="0"/>
        <w:autoSpaceDE w:val="0"/>
        <w:widowControl/>
        <w:spacing w:line="354" w:lineRule="exact" w:before="182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"Bạch Hào" là tướng lông trắng giữa đôi mày của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đức Phật, Hào tướng này trắng ngần như tuyết, dài một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trượng năm thước (thước tấc Trung Hoa ), có tám gốc,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rỗng như pha lê, xoay quanh qua bên hữu thành hình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tròn như nửa hạt châu úp xuống, bề chu vi năm tấc. Đây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cũng gọi là Đại nhân tướng, Ánh sáng do nơi bạch hào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phóng ra là tiêu biểu cho từ trung đạo lưu xuất các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pháp. Đức Thế Tôn phóng bạch hào quang soi các cõi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mười phương, rồi dùng ánh sáng ấy thu nhiếp hình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bóng vô số quốc độ đem về trụ trên đảnh; tướng trước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tan sau tụ này tiêu biểu cho ý nghĩa "nhiếp nhiều về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một", cũng để hiện rõ bản kinh thuộc pháp viên đốn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2"/>
        <w:gridCol w:w="3652"/>
      </w:tblGrid>
      <w:tr>
        <w:trPr>
          <w:trHeight w:hRule="exact" w:val="626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26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nhứt thừa. </w:t>
            </w:r>
          </w:p>
        </w:tc>
        <w:tc>
          <w:tcPr>
            <w:tcW w:type="dxa" w:w="69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6" w:lineRule="exact" w:before="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Tu Di (Sumeru), Trung Hoa dịch là Diệu Cao sơn, </w:t>
      </w:r>
    </w:p>
    <w:p>
      <w:pPr>
        <w:autoSpaceDN w:val="0"/>
        <w:autoSpaceDE w:val="0"/>
        <w:widowControl/>
        <w:spacing w:line="41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núi này trên dưới rộng ra, khoảng giửa eo lại. Ánh sáng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tụ về hóa thành đài vàng giống như hình núi Tu Di, bao </w:t>
      </w:r>
    </w:p>
    <w:p>
      <w:pPr>
        <w:autoSpaceDN w:val="0"/>
        <w:autoSpaceDE w:val="0"/>
        <w:widowControl/>
        <w:spacing w:line="320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32 </w:t>
      </w:r>
    </w:p>
    <w:p>
      <w:pPr>
        <w:sectPr>
          <w:pgSz w:w="8419" w:h="11906"/>
          <w:pgMar w:top="292" w:right="352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nhiêu tịnh quốc đều hiện trong đó, bà Vi Đề Hy được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thấy rõ ràng tất cả, là do thần lực của Phật gia bị. </w:t>
      </w:r>
    </w:p>
    <w:p>
      <w:pPr>
        <w:autoSpaceDN w:val="0"/>
        <w:autoSpaceDE w:val="0"/>
        <w:widowControl/>
        <w:spacing w:line="354" w:lineRule="exact" w:before="188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Cõi do bảy báu hợp thành, chỉ cho sự tôn quý. Cõi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thuần là hoa sen chỉ cho sự trong sạch. cõi như cung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trời Đại Tự Tại, chỉ cho sự vui vẻ. Cõi như gương pha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lê, chỉ cho sự sáng ngần. Đây là duy kể phần đại lược.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Bà Vi Đề Hy thỉnh cầu chỉ miền an lạc, đức Phật không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dùng ngôn thuyết giảng giải rộng ra, duy phóng ánh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sáng chỉ bày các cõi trang nghiêm, đó là hiển rõ phần 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mật của Như Lai. Bởi dù đức Thế Tôn có nói nhiều mà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Vi Đề Hy không thấy, tất chưa khỏi lòng còn nghi hoặc,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nên Phật mới hiển thị các Tịnh Độ cho bà sinh lòng tin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tưởng ưa thích và tùy ý lựa chọn. </w:t>
      </w:r>
    </w:p>
    <w:p>
      <w:pPr>
        <w:autoSpaceDN w:val="0"/>
        <w:autoSpaceDE w:val="0"/>
        <w:widowControl/>
        <w:spacing w:line="354" w:lineRule="exact" w:before="19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Bà Vi Đề Hy phu nhơn quan sát kỹ các Phật </w:t>
      </w:r>
    </w:p>
    <w:p>
      <w:pPr>
        <w:autoSpaceDN w:val="0"/>
        <w:autoSpaceDE w:val="0"/>
        <w:widowControl/>
        <w:spacing w:line="414" w:lineRule="exact" w:before="5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quốc rồi thưa rằng: "Bạch đức Thế Tôn! Các tịnh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độ ấy tuy đều nghiêm sạch và có ánh quang minh,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nhưng nay con chỉ thích được sanh về thế giới Cực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Lạc của Phật A Mi Đà. Cúi xin đức Thế Tôn dạy con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phép tư duy và chánh thọ". </w:t>
      </w:r>
    </w:p>
    <w:p>
      <w:pPr>
        <w:autoSpaceDN w:val="0"/>
        <w:autoSpaceDE w:val="0"/>
        <w:widowControl/>
        <w:spacing w:line="354" w:lineRule="exact" w:before="18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Bà Vi Đề Hy lựa cõi Cực Lạc trong vô số tịnh độ, </w:t>
      </w:r>
    </w:p>
    <w:p>
      <w:pPr>
        <w:autoSpaceDN w:val="0"/>
        <w:autoSpaceDE w:val="0"/>
        <w:widowControl/>
        <w:spacing w:line="352" w:lineRule="exact" w:before="7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bởi có ba lý do: </w:t>
      </w:r>
    </w:p>
    <w:p>
      <w:pPr>
        <w:autoSpaceDN w:val="0"/>
        <w:autoSpaceDE w:val="0"/>
        <w:widowControl/>
        <w:spacing w:line="444" w:lineRule="exact" w:before="13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1-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Vì nhơn duyên của bà thích hợp với cõi Cực </w:t>
      </w:r>
    </w:p>
    <w:p>
      <w:pPr>
        <w:autoSpaceDN w:val="0"/>
        <w:autoSpaceDE w:val="0"/>
        <w:widowControl/>
        <w:spacing w:line="406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Lạc. </w:t>
      </w:r>
    </w:p>
    <w:p>
      <w:pPr>
        <w:autoSpaceDN w:val="0"/>
        <w:autoSpaceDE w:val="0"/>
        <w:widowControl/>
        <w:spacing w:line="320" w:lineRule="exact" w:before="4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33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44" w:lineRule="exact" w:before="262" w:after="0"/>
        <w:ind w:left="30" w:right="3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2-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Vì do nguyện lực thù thắng của Phật A Mi Đà </w:t>
      </w:r>
    </w:p>
    <w:p>
      <w:pPr>
        <w:autoSpaceDN w:val="0"/>
        <w:autoSpaceDE w:val="0"/>
        <w:widowControl/>
        <w:spacing w:line="40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chiêu cảm. </w:t>
      </w:r>
    </w:p>
    <w:p>
      <w:pPr>
        <w:autoSpaceDN w:val="0"/>
        <w:autoSpaceDE w:val="0"/>
        <w:widowControl/>
        <w:spacing w:line="446" w:lineRule="exact" w:before="116" w:after="0"/>
        <w:ind w:left="30" w:right="3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3-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Vì phải lựa chọn một cõi để tu quán, tâm niệm </w:t>
      </w:r>
    </w:p>
    <w:p>
      <w:pPr>
        <w:autoSpaceDN w:val="0"/>
        <w:autoSpaceDE w:val="0"/>
        <w:widowControl/>
        <w:spacing w:line="40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mới dễ được quy nhất. </w:t>
      </w:r>
    </w:p>
    <w:p>
      <w:pPr>
        <w:autoSpaceDN w:val="0"/>
        <w:autoSpaceDE w:val="0"/>
        <w:widowControl/>
        <w:spacing w:line="352" w:lineRule="exact" w:before="17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Trên quán hạnh, bước phương tiện đầu tiên tác ý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duyên cảnh gọi là "tư duy". Khi phép quán tưởng đã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thành, tâm được tự tại khế hợp với chân cảnh gọi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"chánh thọ". Chẳng hạn như trong môn địa quán có nói: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"Quán tưởng như thế gọi là thấy đất ở cõi Cực Lạc về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phần thô". Đây chính là "tư duy". Và nếu được tam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muội thấy đất ở An Dưỡng quốc rõ ràng mầu nhiệm,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thể dùng lời nói diễn tả cho hết, gọi là "chánh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thọ". </w:t>
      </w:r>
    </w:p>
    <w:p>
      <w:pPr>
        <w:autoSpaceDN w:val="0"/>
        <w:autoSpaceDE w:val="0"/>
        <w:widowControl/>
        <w:spacing w:line="442" w:lineRule="exact" w:before="150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ấy đức Thế Tôn liền mỉm cười, từ nơi </w:t>
      </w:r>
    </w:p>
    <w:p>
      <w:pPr>
        <w:autoSpaceDN w:val="0"/>
        <w:autoSpaceDE w:val="0"/>
        <w:widowControl/>
        <w:spacing w:line="416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miệng tuôn ra năm sắc quang minh, mỗi tia sáng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đều chiếu đến đỉnh đầu vua Tần Bà Sa La. Lúc đó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Tần Bà Sa La vương tuy bị giam cầm song tâm nhãn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không chướng ngại từ nơi xa trông thấy đức Thế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Tôn liền cúi đầu đảnh lễ, đạo căn tự nhiên tăng tiến,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chứng được quả A Na Hàm. </w:t>
      </w:r>
    </w:p>
    <w:p>
      <w:pPr>
        <w:autoSpaceDN w:val="0"/>
        <w:autoSpaceDE w:val="0"/>
        <w:widowControl/>
        <w:spacing w:line="352" w:lineRule="exact" w:before="182" w:after="0"/>
        <w:ind w:left="32" w:right="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Vi Đề Hy phu nhơn phát lời hỏi trên đã xứng với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bản tâm của Phật, lại hợp với đại nguyện của đức A Mi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Đà. Với lời hỏi ấy, chẳng những riêng bà thọ phần pháp </w:t>
      </w:r>
    </w:p>
    <w:p>
      <w:pPr>
        <w:autoSpaceDN w:val="0"/>
        <w:autoSpaceDE w:val="0"/>
        <w:widowControl/>
        <w:spacing w:line="320" w:lineRule="exact" w:before="4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34 </w:t>
      </w:r>
    </w:p>
    <w:p>
      <w:pPr>
        <w:sectPr>
          <w:pgSz w:w="8419" w:h="11906"/>
          <w:pgMar w:top="262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ích, mà chúng sanh đời sau cũng do đó được hưởng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nhiều lợi lạc, nên đức Như Lai mới mỉm cười. </w:t>
      </w:r>
    </w:p>
    <w:p>
      <w:pPr>
        <w:autoSpaceDN w:val="0"/>
        <w:autoSpaceDE w:val="0"/>
        <w:widowControl/>
        <w:spacing w:line="354" w:lineRule="exact" w:before="18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Kinh Quán Phật Tướng Hải nói: "Pháp thường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của chư Phật, khi cười tất có ánh sáng năm sắc từ nơi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miệng chiếu ra". Nhưng khi Phật từ nơi thân phóng ra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ánh sáng, tùy theo mỗi chỗ đều có ý nghĩa và sự lợi ích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riêng. Như ánh sáng từ nơi chân Phật phóng ra, là chiếu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ích chúng sanh ở địa ngục, từ nơi đầu gối phóng ra,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chiếu ích cho chúng bàng sanh. Từ nơi âm tàng phóng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ra, chiếu ích cho chúng quỷ thần. Từ nơi rún phóng ra,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chiếu ích cho chúng A Tu La. Từ nơi ngực phóng ra,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chiếu ích cho loài người. Từ nơi miệng phóng ra, chiếu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ích cho hàng Nhị thừa. Từ giửa đôi mày phóng ra, chiếu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ích cho bậc căn tánh đại thừa. Nay ánh sáng này từ nơi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kim khẩu phóng ra, chiếu ngay đỉnh đầu vua Tần Bà Sa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La, tức tiêu biểu Phật thọ ký cho vua chứng được tiểu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quả. Nếu ánh sáng từ nơi bạch hào phóng ra rồi trở vào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đảnh Phật, là đức thế tôn thọ ký cho đương nhơn quả vị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2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Bồ Tát.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92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A Na Hàm, Trung Hoa dịch là Bất Hoàn. Đây là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quả thứ ba của hàng Thanh Văn, người chứng quả này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hoặc nghiệp sắp hết, khi xả thân sanh ngay lên cung trời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Tịnh Cư, không còn trở xuống hạ giới nữa. Đức Phật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phóng quang gia bị Tần Bà Sa La vương khiến cho đức </w:t>
      </w:r>
    </w:p>
    <w:p>
      <w:pPr>
        <w:autoSpaceDN w:val="0"/>
        <w:autoSpaceDE w:val="0"/>
        <w:widowControl/>
        <w:spacing w:line="320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35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vua đạo nhãn mở mang, chứng được thánh quả xem cái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chết như giấc ngủ không còn lo lắng sợ hãi nửa. Vi Đề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Hy phu nhơn cũng nhân ánh sáng đó, thấy vua được lợi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lạc, nên không còn buồn rầu, yên tâm học đạo. Vua Tần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Bà Sa La thấy Phật, đắc quả, lẽ ra cùng với phu nhơn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đồng nghe quán pháp, nhưng trong phần kết ích chỉ nói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đến bà Vi Đề Hy cùng năm trăm thị nữ, cứ theo đó thì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biết sau khi chứng đạo vua liền xả thân qui tịch. </w:t>
      </w:r>
    </w:p>
    <w:p>
      <w:pPr>
        <w:autoSpaceDN w:val="0"/>
        <w:autoSpaceDE w:val="0"/>
        <w:widowControl/>
        <w:spacing w:line="354" w:lineRule="exact" w:before="196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Bấy Giờ, đức Thế Tôn bảo Vi Đề Hy: "Ngươi </w:t>
      </w:r>
    </w:p>
    <w:p>
      <w:pPr>
        <w:autoSpaceDN w:val="0"/>
        <w:autoSpaceDE w:val="0"/>
        <w:widowControl/>
        <w:spacing w:line="422" w:lineRule="exact" w:before="4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có biết chăng? Phật A Mi Đà cách đây không xa,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ngươi nên hệ niệm và quán sát kỹ cõi nước kia, tất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tịnh nghiệp sẽ được thành tựu. Nay ta vì ngươi nói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rộng các thí dụ, cũng khiến cho đời vị lai, tất cả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phàm phu muốn tu tịnh nghiệp, được sanh về thế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giới Cực Lạc ở phương tây.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Muốn sanh về cõi ấy, phải tu ba thứ phước: 1. </w:t>
      </w:r>
    </w:p>
    <w:p>
      <w:pPr>
        <w:autoSpaceDN w:val="0"/>
        <w:autoSpaceDE w:val="0"/>
        <w:widowControl/>
        <w:spacing w:line="422" w:lineRule="exact" w:before="4" w:after="0"/>
        <w:ind w:left="0" w:right="24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Hiếu dưỡng cha mẹ, phụng thờ sư trưởng, giữ lòng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từ bi không giết hại, tu mười nghiệp lành. 2. Thọ trì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tam quy, giữ vẹn các giới, đừng phạm oai nghi. 3.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Phát lòng bồ đề tin sâu lý nhân qủa, đọc tụng kinh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đại thừa, khuyến tấn người tu hành. Ba điều như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thế, gọi là tịnh nghiệp. </w:t>
      </w:r>
    </w:p>
    <w:p>
      <w:pPr>
        <w:autoSpaceDN w:val="0"/>
        <w:autoSpaceDE w:val="0"/>
        <w:widowControl/>
        <w:spacing w:line="354" w:lineRule="exact" w:before="18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Câu "Cõi Phật A Mi Đà cách đây không xa, có ba </w:t>
      </w:r>
    </w:p>
    <w:p>
      <w:pPr>
        <w:autoSpaceDN w:val="0"/>
        <w:autoSpaceDE w:val="0"/>
        <w:widowControl/>
        <w:spacing w:line="354" w:lineRule="exact" w:before="68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ý nghĩa: </w:t>
      </w:r>
    </w:p>
    <w:p>
      <w:pPr>
        <w:autoSpaceDN w:val="0"/>
        <w:autoSpaceDE w:val="0"/>
        <w:widowControl/>
        <w:spacing w:line="320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36 </w:t>
      </w:r>
    </w:p>
    <w:p>
      <w:pPr>
        <w:sectPr>
          <w:pgSz w:w="8419" w:h="11906"/>
          <w:pgMar w:top="288" w:right="352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44" w:lineRule="exact" w:before="424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1.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Thế giới cực lạc tuy cách miền Ta Bà mười </w:t>
      </w:r>
    </w:p>
    <w:p>
      <w:pPr>
        <w:autoSpaceDN w:val="0"/>
        <w:autoSpaceDE w:val="0"/>
        <w:widowControl/>
        <w:spacing w:line="40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muôn ức Phật độ, nhưng tất cả đều ở trong chân 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của ta không rời gang tấc, nên nói không xa. </w:t>
      </w:r>
    </w:p>
    <w:p>
      <w:pPr>
        <w:autoSpaceDN w:val="0"/>
        <w:autoSpaceDE w:val="0"/>
        <w:widowControl/>
        <w:spacing w:line="444" w:lineRule="exact" w:before="140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2.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Lộ trình mười muôn ức tuy rằng diệu viên, </w:t>
      </w:r>
    </w:p>
    <w:p>
      <w:pPr>
        <w:autoSpaceDN w:val="0"/>
        <w:autoSpaceDE w:val="0"/>
        <w:widowControl/>
        <w:spacing w:line="410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nhưng nếu người tu tịnh nghiệp thành tựu, cùng với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định cảnh tương ưng, tất sẽ được thường thấy cõi liên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bang, khi lâm chung trong một niệm liền đi đến. </w:t>
      </w:r>
    </w:p>
    <w:p>
      <w:pPr>
        <w:autoSpaceDN w:val="0"/>
        <w:autoSpaceDE w:val="0"/>
        <w:widowControl/>
        <w:spacing w:line="444" w:lineRule="exact" w:before="13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3.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Hạng phàm phu tịnh nghiệp tuy chưa được thần </w:t>
      </w:r>
    </w:p>
    <w:p>
      <w:pPr>
        <w:autoSpaceDN w:val="0"/>
        <w:autoSpaceDE w:val="0"/>
        <w:widowControl/>
        <w:spacing w:line="418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thông, song nhờ sức Phật tiếp dẫn nên được vãng sanh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dễ dàng. Câu "nói rộng các thí dụ", chẳng phải ý nói cõi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Cực lạc không có, mà vì cảnh Tây phương vi diệu, 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phàm phu khó nổi ược lượng, nên đức Phật mới tạm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mượn một vài sự kiện ở cõi này để so sánh; chẳng hạn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đất ở Cực Lạc trong suốt như lưu ly, muốn tưởng đất 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 phải quán tưởng một vùng băng tuyết, rồi lần lần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từ phương tiện đi vào thật thật cảnh. </w:t>
      </w:r>
    </w:p>
    <w:p>
      <w:pPr>
        <w:autoSpaceDN w:val="0"/>
        <w:autoSpaceDE w:val="0"/>
        <w:widowControl/>
        <w:spacing w:line="354" w:lineRule="exact" w:before="19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Vì căn cơ của chúng sanh có định và tán, nếu chỉ </w:t>
      </w:r>
    </w:p>
    <w:p>
      <w:pPr>
        <w:autoSpaceDN w:val="0"/>
        <w:autoSpaceDE w:val="0"/>
        <w:widowControl/>
        <w:spacing w:line="424" w:lineRule="exact" w:before="0" w:after="0"/>
        <w:ind w:left="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nói về định môn tất không thể nhiếp độ hết quần sanh,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nên đoạn sau đức Phật lại mở ra tán môn, tức là dạy tu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ba thứ phước để được vãng sanh. </w:t>
      </w:r>
    </w:p>
    <w:p>
      <w:pPr>
        <w:autoSpaceDN w:val="0"/>
        <w:autoSpaceDE w:val="0"/>
        <w:widowControl/>
        <w:spacing w:line="352" w:lineRule="exact" w:before="19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Mười nghiệp lành là: không sát sanh, không trộm </w:t>
      </w:r>
    </w:p>
    <w:p>
      <w:pPr>
        <w:autoSpaceDN w:val="0"/>
        <w:autoSpaceDE w:val="0"/>
        <w:widowControl/>
        <w:spacing w:line="414" w:lineRule="exact" w:before="3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cướp, không tà dâm, không nói dối, không nói thêu dệt,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nói đôi chiều, không nói lời thô ác, không tham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lam, không giận hờn, không si mê tà kiến. Trong đây </w:t>
      </w:r>
    </w:p>
    <w:p>
      <w:pPr>
        <w:autoSpaceDN w:val="0"/>
        <w:autoSpaceDE w:val="0"/>
        <w:widowControl/>
        <w:spacing w:line="320" w:lineRule="exact" w:before="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37 </w:t>
      </w:r>
    </w:p>
    <w:p>
      <w:pPr>
        <w:sectPr>
          <w:pgSz w:w="8419" w:h="11906"/>
          <w:pgMar w:top="26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tóm lại có ba nghiệp lành của thân, bốn nghiệp lành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miệng, và ba ba nghiệp lành của ý. </w:t>
      </w:r>
    </w:p>
    <w:p>
      <w:pPr>
        <w:autoSpaceDN w:val="0"/>
        <w:autoSpaceDE w:val="0"/>
        <w:widowControl/>
        <w:spacing w:line="354" w:lineRule="exact" w:before="18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"Các giới" là chỉ cho Ngũ giới, Bát quan trai giới, </w:t>
      </w:r>
    </w:p>
    <w:p>
      <w:pPr>
        <w:autoSpaceDN w:val="0"/>
        <w:autoSpaceDE w:val="0"/>
        <w:widowControl/>
        <w:spacing w:line="424" w:lineRule="exact" w:before="0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Thập giới, Cụ túc giới, Bồ tát giới; nếu người đã thọ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giới nào, phải cố gắng giữ cho tròn các giới ấy. Sự thọ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trì mỗi loại giới đều có chia làm ba bậc: thiểu phần, đa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phần và toàn phần. Nếu Phật tử đã trì tam quy mà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giữ giới thì phước lực kém yếu, vì thế đức Như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Lai khuyên nên tùy phần mà lãnh thọ. "Đừng phạm oai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nghi" là nói người tu tịnh nghiệp trong khi đi, đứng,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nằm, ngồi, nói năng, động tĩnh phải giữ cho nghiêm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chỉnh đoan trang, nếu có phạm liền tự răn trách sám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626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26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hối. </w:t>
            </w:r>
          </w:p>
        </w:tc>
        <w:tc>
          <w:tcPr>
            <w:tcW w:type="dxa" w:w="28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7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Phát lòng Bồ Đề" là phát tâm cầu qủa Phật để độ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mình độ người. Rành rẽ lý cơ cảm thiện ác cho đến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niệm vi tế, gọi là "tin sâu nhân qủa". </w:t>
      </w:r>
    </w:p>
    <w:p>
      <w:pPr>
        <w:autoSpaceDN w:val="0"/>
        <w:autoSpaceDE w:val="0"/>
        <w:widowControl/>
        <w:spacing w:line="354" w:lineRule="exact" w:before="19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Phật lại bảo: "Vi đề Hy nên biết ba thứ </w:t>
      </w:r>
    </w:p>
    <w:p>
      <w:pPr>
        <w:autoSpaceDN w:val="0"/>
        <w:autoSpaceDE w:val="0"/>
        <w:widowControl/>
        <w:spacing w:line="422" w:lineRule="exact" w:before="0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phước này là chánh nhân tịnh nghiệp của chư Phật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trong ba đời: quá khứ, vị lai, và hiện tại". </w:t>
      </w:r>
    </w:p>
    <w:p>
      <w:pPr>
        <w:autoSpaceDN w:val="0"/>
        <w:autoSpaceDE w:val="0"/>
        <w:widowControl/>
        <w:spacing w:line="354" w:lineRule="exact" w:before="18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Qủa đức trong ba đời do đó mà thành nên gọi là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"chánh nhân". Đây là câu kết luận dẫn gương Phật,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Thánh để khuyến tấn phàm phu. Nói thời gian hiện tại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sau cùng là đức Thế Tôn muốn chỉ ngay cho bà Vi Đề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Hy biết một cách thiết thật: y chánh của chư Phật trong </w:t>
      </w:r>
    </w:p>
    <w:p>
      <w:pPr>
        <w:autoSpaceDN w:val="0"/>
        <w:autoSpaceDE w:val="0"/>
        <w:widowControl/>
        <w:spacing w:line="320" w:lineRule="exact" w:before="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38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mười phương hiện nay và của đức A Mi Đà đều do ba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thứ tịnh nghiệp trên mà thành tựu. </w:t>
      </w:r>
    </w:p>
    <w:p>
      <w:pPr>
        <w:autoSpaceDN w:val="0"/>
        <w:autoSpaceDE w:val="0"/>
        <w:widowControl/>
        <w:spacing w:line="352" w:lineRule="exact" w:before="196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Thế Tôn khen Vi Đề Hy và bảo A Nan: </w:t>
      </w:r>
    </w:p>
    <w:p>
      <w:pPr>
        <w:autoSpaceDN w:val="0"/>
        <w:autoSpaceDE w:val="0"/>
        <w:widowControl/>
        <w:spacing w:line="424" w:lineRule="exact" w:before="2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"Lành thay, Vi Đề Hy! Hôm nay người đã khéo hỏi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việc ấy! Hãy chú tâm lắng nghe và suy nghĩ kỹ. Như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Lai sẽ vì tất cả chúng sanh bị giặc phiền não bức hại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đời vị lai mà nói ra nghiệp thanh tịnh. </w:t>
      </w:r>
    </w:p>
    <w:p>
      <w:pPr>
        <w:autoSpaceDN w:val="0"/>
        <w:autoSpaceDE w:val="0"/>
        <w:widowControl/>
        <w:spacing w:line="354" w:lineRule="exact" w:before="18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Này A Nan! ông nên ghi nhớ và thọ trì pháp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này, rồi tuyên thuyết cho đại chúng cùng biết. Nay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ta sắp dạy Vi Đề Hy và chúng sanh đời sau phép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thế giới Cực Lạc ở phương Tây. Do nhờ sức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Phật, hành giả sẽ được thấy cõi nước thanh tịnh kia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người cầm gương sáng tự trong thấy mặt mình.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hành nhơn thấy sự vui rất mầu nhiệm ở cõi kia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rồi, sanh lòng vui mừng, liền được trụ vào sô sanh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pháp nhẫn". </w:t>
            </w:r>
          </w:p>
        </w:tc>
        <w:tc>
          <w:tcPr>
            <w:tcW w:type="dxa" w:w="900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8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Lời hỏi của bà Vi Đề Hy rất hợp với lòng từ bi lợi </w:t>
      </w:r>
    </w:p>
    <w:p>
      <w:pPr>
        <w:autoSpaceDN w:val="0"/>
        <w:autoSpaceDE w:val="0"/>
        <w:widowControl/>
        <w:spacing w:line="420" w:lineRule="exact" w:before="24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 của đấng Thiên Nhơn Sư, nên đức Phật mới khen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ngợi. Câu "Hãy chú tâm lắng nghe, và suy nghĩ kỹ",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chỉ cho hai phần văn và tư huệ. "Chúng sanh bị giặc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phiền não bức hại" là chỉ cho hàng phàm phu còn đủ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nghiệp hoặc thiêu đốt ràng buộc. "Nghiệp thanh tịnh"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tức chỉ cho mười sáu phép quán sau đây; vì khi hành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giả chuyên tâm quán tưởng, trong mỗi niệm tội chướng </w:t>
      </w:r>
    </w:p>
    <w:p>
      <w:pPr>
        <w:autoSpaceDN w:val="0"/>
        <w:autoSpaceDE w:val="0"/>
        <w:widowControl/>
        <w:spacing w:line="320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39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được tiêu trừ, tâm địa lần trở thành sáng sạch, nên gọi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thanh tịnh. </w:t>
      </w:r>
    </w:p>
    <w:p>
      <w:pPr>
        <w:autoSpaceDN w:val="0"/>
        <w:autoSpaceDE w:val="0"/>
        <w:widowControl/>
        <w:spacing w:line="426" w:lineRule="exact" w:before="13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Đức Phật thuyết pháp không phải lợi ích riêng cho </w:t>
      </w:r>
    </w:p>
    <w:p>
      <w:pPr>
        <w:autoSpaceDN w:val="0"/>
        <w:autoSpaceDE w:val="0"/>
        <w:widowControl/>
        <w:spacing w:line="424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bà Vi Đề Hy, mà chính muốn tất cả kẻ hữu duyên đồng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được tế độ, nên Thế Tôn mới bảo ngài A Nan thọ trì và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tuyên thuyết lại cho đại chúng nghe. "Do nhờ sức Phật"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ý nói tịnh cảnh tuy nhiệm mầu, nhưng nhờ sức Phật gia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bị nên khi tu quán môn này hành giả sẽ được thấy cõi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Cực Lạc. Vô sanh pháp nhẫn đây theo hai ngài Thiện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Đạo và Nguyên Chiếu, chỉ ước về địa vị sợ trụ. Đoạn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trên là đức Phật cứ theo định môn mà khai thị quán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duyên. </w:t>
      </w:r>
    </w:p>
    <w:p>
      <w:pPr>
        <w:autoSpaceDN w:val="0"/>
        <w:autoSpaceDE w:val="0"/>
        <w:widowControl/>
        <w:spacing w:line="354" w:lineRule="exact" w:before="174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 bảo Vi Đề Hy: "Ngươi là phàm phu, tâm </w:t>
      </w:r>
    </w:p>
    <w:p>
      <w:pPr>
        <w:autoSpaceDN w:val="0"/>
        <w:autoSpaceDE w:val="0"/>
        <w:widowControl/>
        <w:spacing w:line="422" w:lineRule="exact" w:before="4" w:after="0"/>
        <w:ind w:left="0" w:right="24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tưởng yếu kém, chưa được thiên nhãn, không thể ở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xa mà trông thấy cõi Cực Lạc. Chư Phật Như Lai có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phương lạ khiến cho ngươi được thấy cõi kia" </w:t>
      </w:r>
    </w:p>
    <w:p>
      <w:pPr>
        <w:autoSpaceDN w:val="0"/>
        <w:autoSpaceDE w:val="0"/>
        <w:widowControl/>
        <w:spacing w:line="354" w:lineRule="exact" w:before="192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Vi Đề Hy thưa: "Bạch đức Thế Tôn! Hôm nay </w:t>
      </w:r>
    </w:p>
    <w:p>
      <w:pPr>
        <w:autoSpaceDN w:val="0"/>
        <w:autoSpaceDE w:val="0"/>
        <w:widowControl/>
        <w:spacing w:line="428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con nhờ sức Phật được thấy quốc độ kia. Nếu sau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Thế Tôn tịch diệt, những chúng sanh trược ác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không lành, bị ngũ khổ bức não, phải làm thế nào để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được thấy Phật A Mi Đà và cõi Cực Lạc?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52" w:lineRule="exact" w:before="16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Bà Vi Đề Hy, trước nhờ Phật hiện đài quang minh </w:t>
      </w:r>
    </w:p>
    <w:p>
      <w:pPr>
        <w:autoSpaceDN w:val="0"/>
        <w:autoSpaceDE w:val="0"/>
        <w:widowControl/>
        <w:spacing w:line="422" w:lineRule="exact" w:before="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nên được thấy cõi Cực Lạc. Nhưng phu nhơn vì lòng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thương xót, muốn chúng sanh đời sau được sự lợi ích về </w:t>
      </w:r>
    </w:p>
    <w:p>
      <w:pPr>
        <w:autoSpaceDN w:val="0"/>
        <w:autoSpaceDE w:val="0"/>
        <w:widowControl/>
        <w:spacing w:line="320" w:lineRule="exact" w:before="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40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Tịnh Độ nên mới thưa hỏi phương pháp để được thấy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miền An Dưỡng và vị hóa chủ ở cõi ấy. Tấm lòng luôn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luôn nghĩ đến sự lợi ích cho chúng sanh này, cũng là bi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tâm của Bồ tát. </w:t>
      </w:r>
    </w:p>
    <w:p>
      <w:pPr>
        <w:autoSpaceDN w:val="0"/>
        <w:autoSpaceDE w:val="0"/>
        <w:widowControl/>
        <w:spacing w:line="352" w:lineRule="exact" w:before="19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"Ngũ khổ" có vị cho là năm món trước của bát </w:t>
      </w:r>
    </w:p>
    <w:p>
      <w:pPr>
        <w:autoSpaceDN w:val="0"/>
        <w:autoSpaceDE w:val="0"/>
        <w:widowControl/>
        <w:spacing w:line="420" w:lineRule="exact" w:before="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khổ. Nhưng thuyết này nếu căn cứ nơi đại bản Mi Đà,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thì dường như đúng hơn. Theo kinh Vô Lượng Thọ,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những chúng sanh thọ sự bức não của ngũ ác, ngũ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thống, ngũ thiêu gọi là ngũ khổ. Ngũ ác là phạm năm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điều lỗi của ngũ giới. Khi phạm năm điều này, đương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nhân phải chịu những kết qủa đau buồn do lầm lỗi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mình, gọi là ngũ thống. Và do những tội lỗi ấy, tương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lai sẽ bị đọa tam đồ gọi là ngũ thiêu. </w:t>
      </w:r>
    </w:p>
    <w:p>
      <w:pPr>
        <w:autoSpaceDN w:val="0"/>
        <w:autoSpaceDE w:val="0"/>
        <w:widowControl/>
        <w:spacing w:line="354" w:lineRule="exact" w:before="318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993300"/>
          <w:sz w:val="32"/>
        </w:rPr>
        <w:t xml:space="preserve">Mười Sáu Phép Quán </w:t>
      </w:r>
    </w:p>
    <w:p>
      <w:pPr>
        <w:autoSpaceDN w:val="0"/>
        <w:autoSpaceDE w:val="0"/>
        <w:widowControl/>
        <w:spacing w:line="446" w:lineRule="exact" w:before="76" w:after="0"/>
        <w:ind w:left="0" w:right="0" w:firstLine="0"/>
        <w:jc w:val="center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>1.</w:t>
      </w:r>
      <w:r>
        <w:rPr>
          <w:rFonts w:ascii="Arial BoldItalic" w:hAnsi="Arial BoldItalic" w:eastAsia="Arial BoldItalic"/>
          <w:b/>
          <w:i/>
          <w:color w:val="0000FF"/>
          <w:sz w:val="32"/>
        </w:rPr>
        <w:t xml:space="preserve"> </w:t>
      </w: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Quán Sát Mặt Trời Sắp Lặn (Nhật Quán) </w:t>
      </w:r>
    </w:p>
    <w:p>
      <w:pPr>
        <w:autoSpaceDN w:val="0"/>
        <w:autoSpaceDE w:val="0"/>
        <w:widowControl/>
        <w:spacing w:line="354" w:lineRule="exact" w:before="154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Phật bảo: "Vi Đề Hy! Ngươi và chúng </w:t>
      </w:r>
    </w:p>
    <w:p>
      <w:pPr>
        <w:autoSpaceDN w:val="0"/>
        <w:autoSpaceDE w:val="0"/>
        <w:widowControl/>
        <w:spacing w:line="436" w:lineRule="exact" w:before="0" w:after="0"/>
        <w:ind w:left="0" w:right="24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sanh nên chuyên tâm, buộc niệm một chỗ, để tưởng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cảnh giới Tây phương. Phương pháp này quán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tưởng ấy như thế nào? </w:t>
      </w:r>
    </w:p>
    <w:p>
      <w:pPr>
        <w:autoSpaceDN w:val="0"/>
        <w:autoSpaceDE w:val="0"/>
        <w:widowControl/>
        <w:spacing w:line="320" w:lineRule="exact" w:before="20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41 </w:t>
      </w:r>
    </w:p>
    <w:p>
      <w:pPr>
        <w:sectPr>
          <w:pgSz w:w="8419" w:h="11906"/>
          <w:pgMar w:top="288" w:right="656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40" w:lineRule="auto" w:before="284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4607560" cy="572367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57236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354" w:lineRule="exact" w:before="192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Phàm tất cả những người, nếu không phải bị </w:t>
      </w:r>
    </w:p>
    <w:p>
      <w:pPr>
        <w:autoSpaceDN w:val="0"/>
        <w:autoSpaceDE w:val="0"/>
        <w:widowControl/>
        <w:spacing w:line="420" w:lineRule="exact" w:before="24" w:after="0"/>
        <w:ind w:left="2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mù từ lúc sơ, sanh manh, đều thấy mặt trời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lặn. Vậy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ngươi nên ngồi ngay thẳng, hướng về phương Tây,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tâm chúng định một chỗ không được ái động, rồi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tưởng mặt trời sắp lặn hình như cái trống treo.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đã thấy hình tướng ấy, phải chú tưởng cho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thuần thục, làm sao lúc nhắm mắt mở mắt đều được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thấy rõ ràng. Môn nhật quán này là phương pháp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4"/>
        <w:gridCol w:w="3654"/>
      </w:tblGrid>
      <w:tr>
        <w:trPr>
          <w:trHeight w:hRule="exact" w:val="552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100" w:after="0"/>
              <w:ind w:left="2" w:right="2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quán tưởng thứ nhứt. </w:t>
            </w:r>
          </w:p>
        </w:tc>
        <w:tc>
          <w:tcPr>
            <w:tcW w:type="dxa" w:w="151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5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42 </w:t>
      </w:r>
    </w:p>
    <w:p>
      <w:pPr>
        <w:sectPr>
          <w:pgSz w:w="8419" w:h="11906"/>
          <w:pgMar w:top="282" w:right="350" w:bottom="204" w:left="76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8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Câu "Vi Đề Hi! ngươi và chúng sanh" là lời trân </w:t>
      </w:r>
    </w:p>
    <w:p>
      <w:pPr>
        <w:autoSpaceDN w:val="0"/>
        <w:autoSpaceDE w:val="0"/>
        <w:widowControl/>
        <w:spacing w:line="422" w:lineRule="exact" w:before="2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trọng khuyến nhủ của đức Phật, ý bảo: nếu Vi Đề Hy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phu nhơn cùng chúng sanh muốn lìa biển trần lao, lên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bờ giải thoát, phải chú tâm nghe, suy nghĩ, và tu tập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theo phương pháp sau đây: </w:t>
      </w:r>
    </w:p>
    <w:p>
      <w:pPr>
        <w:autoSpaceDN w:val="0"/>
        <w:autoSpaceDE w:val="0"/>
        <w:widowControl/>
        <w:spacing w:line="354" w:lineRule="exact" w:before="1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Môn quán thứ nhất "tưởng mặt trời sắp lặn" có ba </w:t>
      </w:r>
    </w:p>
    <w:p>
      <w:pPr>
        <w:autoSpaceDN w:val="0"/>
        <w:autoSpaceDE w:val="0"/>
        <w:widowControl/>
        <w:spacing w:line="426" w:lineRule="exact" w:before="18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thâm ý: </w:t>
      </w:r>
    </w:p>
    <w:p>
      <w:pPr>
        <w:autoSpaceDN w:val="0"/>
        <w:autoSpaceDE w:val="0"/>
        <w:widowControl/>
        <w:spacing w:line="444" w:lineRule="exact" w:before="118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1.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Tâm ý chúng sanh vẫn thường tán loạn, muốn </w:t>
      </w:r>
    </w:p>
    <w:p>
      <w:pPr>
        <w:autoSpaceDN w:val="0"/>
        <w:autoSpaceDE w:val="0"/>
        <w:widowControl/>
        <w:spacing w:line="40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thành tựu các phép quán vi diệu sau, trước phải tập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trung tư tưởng để lần lần đi sâu vào thâm định. </w:t>
      </w:r>
    </w:p>
    <w:p>
      <w:pPr>
        <w:autoSpaceDN w:val="0"/>
        <w:autoSpaceDE w:val="0"/>
        <w:widowControl/>
        <w:spacing w:line="444" w:lineRule="exact" w:before="13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2.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Cõi Cực Lạc ở phương tây, đức Phật muốn cho </w:t>
      </w:r>
    </w:p>
    <w:p>
      <w:pPr>
        <w:autoSpaceDN w:val="0"/>
        <w:autoSpaceDE w:val="0"/>
        <w:widowControl/>
        <w:spacing w:line="418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hành giả tâm niệm khuynh hướng về Tây phương, để sự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vãng sanh dễ được thành tựu. Theo Kinh Vô Lượng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Thọ thì nếu kẻ nào dùng tâm nghi ngờ tu công đức tịnh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độ, tất sẽ lạc vào biên địa cõi Tây phương và có thể bị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đọa trở lại kiếp thai sanh. Vì thế cổ đức cho đây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phương tiện phá nghi và kiên cố thêm niềm tin Cực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Lạc. </w:t>
      </w:r>
    </w:p>
    <w:p>
      <w:pPr>
        <w:autoSpaceDN w:val="0"/>
        <w:autoSpaceDE w:val="0"/>
        <w:widowControl/>
        <w:spacing w:line="446" w:lineRule="exact" w:before="138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3.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Để cho hành giả tự biết nghiệp chướng mình </w:t>
      </w:r>
    </w:p>
    <w:p>
      <w:pPr>
        <w:autoSpaceDN w:val="0"/>
        <w:autoSpaceDE w:val="0"/>
        <w:widowControl/>
        <w:spacing w:line="354" w:lineRule="exact" w:before="3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nhẹ hay nặng mà chuyên tâm sám hối. </w:t>
      </w:r>
    </w:p>
    <w:p>
      <w:pPr>
        <w:autoSpaceDN w:val="0"/>
        <w:autoSpaceDE w:val="0"/>
        <w:widowControl/>
        <w:spacing w:line="352" w:lineRule="exact" w:before="1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Theo Thiện Đạo đại sư, vị tổ thứ hai của Tịnh độ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tông, thì người muốn trụ tâm nơi nhật quán, trước phải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lựa chỗ thanh vắng ngồi kiết dà, tuần tự giữ đúng theo </w:t>
      </w:r>
    </w:p>
    <w:p>
      <w:pPr>
        <w:autoSpaceDN w:val="0"/>
        <w:autoSpaceDE w:val="0"/>
        <w:widowControl/>
        <w:spacing w:line="320" w:lineRule="exact" w:before="3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43 </w:t>
      </w:r>
    </w:p>
    <w:p>
      <w:pPr>
        <w:sectPr>
          <w:pgSz w:w="8419" w:h="11906"/>
          <w:pgMar w:top="288" w:right="660" w:bottom="204" w:left="45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382.0" w:type="dxa"/>
      </w:tblPr>
      <w:tblGrid>
        <w:gridCol w:w="3652"/>
        <w:gridCol w:w="3652"/>
      </w:tblGrid>
      <w:tr>
        <w:trPr>
          <w:trHeight w:hRule="exact" w:val="200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4" w:lineRule="exact" w:before="40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pháp điều thân và điều tức. Kế đó lại tưởng tứ đại nơi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thân mình, địa đại tan về phương Tây, thủy đại tan về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phương bắc, phong đại tan về phương đông, hỏa đại tan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về phương nam, cho đến không còn một mảy trần. Lại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tưởng không đại của thân dung hợp với hư không mười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phương, khắp các nơi toàn là hư không, chẳng còn một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điểm trần nào. Xong, lại tưởng năm đại của tự thân đều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không, duy còn có thức đại ngưng đọng lặng trong,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dường như mặt gương toàn sáng. Sau khi trải qua các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phương tiện trên, loạn tưởng được tiêu trừ, tâm lần lần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an định. Rồi mới từ từ xoay tâm hướng về phương Tây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quán kỹ tướng mặt trời sắp lặn. </w:t>
      </w:r>
    </w:p>
    <w:p>
      <w:pPr>
        <w:autoSpaceDN w:val="0"/>
        <w:autoSpaceDE w:val="0"/>
        <w:widowControl/>
        <w:spacing w:line="354" w:lineRule="exact" w:before="1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Nếu là bậc thượng căn, thì khi khởi quán, liền </w:t>
      </w:r>
    </w:p>
    <w:p>
      <w:pPr>
        <w:autoSpaceDN w:val="0"/>
        <w:autoSpaceDE w:val="0"/>
        <w:widowControl/>
        <w:spacing w:line="424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thấy tướng mặt trời lặn hiện ra, đang khi cảnh hiện,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hành giả hoặc thấy vầng nhật như đồng tiền lớn, hoặc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như mặt gương tròn to. Cứ nơi hiện tướng ấy mỗi người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tự thấy nghiệp chướng mình nặng hay nhẹ. Các tướng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nghiệp ấy như sau: 1. Hắc chướng, như mây đen che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mặt trời. 2. Hoàng chướng, như mây vàng che mặt trời.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3. Bạch chướng như mây trắng che mặt trời. Đại để như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khi mặt nhật bị các thứ mây khói che thì hình tướng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hiển lộ; khi tâm chúng sanh bị nghiệp che, tất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quán cảnh không đưọc sáng lặng rõ ràng. Nếu thấy biết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nghiệp tướng của mình, hành giả phải sửa sang đạo </w:t>
      </w:r>
    </w:p>
    <w:p>
      <w:pPr>
        <w:autoSpaceDN w:val="0"/>
        <w:autoSpaceDE w:val="0"/>
        <w:widowControl/>
        <w:spacing w:line="320" w:lineRule="exact" w:before="3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44 </w:t>
      </w:r>
    </w:p>
    <w:p>
      <w:pPr>
        <w:sectPr>
          <w:pgSz w:w="8419" w:h="11906"/>
          <w:pgMar w:top="288" w:right="352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tràng cho nghiêm sạch, rồi chí tâm sám hối, kỳ chừng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nào nghiệp tiêu hết mới thôi.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Lúc tâm được thanh tịnh, tướng mặt nhật hiện ra </w:t>
      </w:r>
    </w:p>
    <w:p>
      <w:pPr>
        <w:autoSpaceDN w:val="0"/>
        <w:autoSpaceDE w:val="0"/>
        <w:widowControl/>
        <w:spacing w:line="426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sáng suốt rõ ràng, hành giả cũng đừng sanh tâm chấp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trước. Nếu khởi lòng tham chấp, nhật tướng sẽ rung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động, hoặc mờ ám, hoặc biến đổi thành nhiều màu, tự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tâm mình cũng không yên. Phải dứt lòng tham trước,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nhiếp tâm vào định, các tướng ấy sẽ mất. Sự tà, chánh,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đắc, thất của các môn quán sau cũng đồng như đây. Đại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để như quán mặt trời thấy mặt trời, tâm cảnh sáng lặng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tương ưng, gọi là chánh quán. Nếu quán mặt trời thấy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các hình tướng tạp, tâm cảnh rối động không tương ưng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tà quán. </w:t>
      </w:r>
    </w:p>
    <w:p>
      <w:pPr>
        <w:autoSpaceDN w:val="0"/>
        <w:autoSpaceDE w:val="0"/>
        <w:widowControl/>
        <w:spacing w:line="414" w:lineRule="exact" w:before="152" w:after="0"/>
        <w:ind w:left="238" w:right="238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2. Quán Nước Ðóng Thành Băng (Thủy Quán) </w:t>
      </w:r>
    </w:p>
    <w:p>
      <w:pPr>
        <w:autoSpaceDN w:val="0"/>
        <w:autoSpaceDE w:val="0"/>
        <w:widowControl/>
        <w:spacing w:line="354" w:lineRule="exact" w:before="154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Kế lại quán tưởng nước, thấy một vùng nước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trong suốt đứng lặng; phải thấy cho rõ ràng, ý đừng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phân chia rối loạn. Khi thấy tướng ấy rồi nên tưởng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nước đóng thành băng. Đã thấy băng trong ngần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sáng ánh, lại tưởng đó là đất lưu ly. </w:t>
      </w:r>
    </w:p>
    <w:p>
      <w:pPr>
        <w:autoSpaceDN w:val="0"/>
        <w:autoSpaceDE w:val="0"/>
        <w:widowControl/>
        <w:spacing w:line="354" w:lineRule="exact" w:before="192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Đây là môn thủy tưởng, cũng là phép quán thứ </w:t>
      </w:r>
    </w:p>
    <w:p>
      <w:pPr>
        <w:autoSpaceDN w:val="0"/>
        <w:autoSpaceDE w:val="0"/>
        <w:widowControl/>
        <w:spacing w:line="442" w:lineRule="exact" w:before="20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hai. </w:t>
      </w:r>
    </w:p>
    <w:p>
      <w:pPr>
        <w:autoSpaceDN w:val="0"/>
        <w:autoSpaceDE w:val="0"/>
        <w:widowControl/>
        <w:spacing w:line="320" w:lineRule="exact" w:before="12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45 </w:t>
      </w:r>
    </w:p>
    <w:p>
      <w:pPr>
        <w:sectPr>
          <w:pgSz w:w="8419" w:h="11906"/>
          <w:pgMar w:top="288" w:right="660" w:bottom="204" w:left="45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380.0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40" w:lineRule="auto" w:before="466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488180" cy="298464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984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354" w:lineRule="exact" w:before="18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Môn quán này dẫn nhập có ba lớp chuyển biến; </w:t>
      </w:r>
    </w:p>
    <w:p>
      <w:pPr>
        <w:autoSpaceDN w:val="0"/>
        <w:autoSpaceDE w:val="0"/>
        <w:widowControl/>
        <w:spacing w:line="424" w:lineRule="exact" w:before="0" w:after="0"/>
        <w:ind w:left="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 tưởng nước, kế đó tưởng băng, sau lại tưởng lưu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ly. Vì đất lưu ly ở cõi này tuyệt không, mà nước đóng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thành băng loài người có thể thấy biết được, nên phải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mượn phương tiện trên. Lại đất ở cõi này có núi non gò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nỗng hầm hố cao thấp không đồng, nên Phật muốn đem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mặt nước để chỉ sự bằng phẳng của bảo địa nơi cõi kia. </w:t>
      </w:r>
    </w:p>
    <w:p>
      <w:pPr>
        <w:autoSpaceDN w:val="0"/>
        <w:autoSpaceDE w:val="0"/>
        <w:widowControl/>
        <w:spacing w:line="354" w:lineRule="exact" w:before="18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Theo cổ đức, người muốn tu phép quán này, về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oai nghi trụ thân cũng đồng như môn nhật quán. Hành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giả nên ở chỗ vắng lặng, nơi giữa đôi mày dán một </w:t>
      </w:r>
    </w:p>
    <w:p>
      <w:pPr>
        <w:autoSpaceDN w:val="0"/>
        <w:autoSpaceDE w:val="0"/>
        <w:widowControl/>
        <w:spacing w:line="30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46 </w:t>
      </w:r>
    </w:p>
    <w:p>
      <w:pPr>
        <w:sectPr>
          <w:pgSz w:w="8419" w:h="11906"/>
          <w:pgMar w:top="282" w:right="352" w:bottom="204" w:left="76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miếng giấy trắng tròn bằng hạt đậu, rồi ngồi đối trước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bồn nước, một lòng chăm chú nhìn vào điểm trắng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bóng mình in trong nước. Ví như người đứng gần ao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nước sóng gợn thì thấy bóng gương mặt mình in trong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nước thoạt dài thoạt ngắn, thoạt rộng thoạt hẹp, thoạt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thoạt không. Nếu người ấy đem hết tâm tư chăm chú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nhìn vào bóng gương mặt, thì giây lâu cảm thấy sóng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lần lần nhỏ, tướng gương mặt lần hiển lộ. Đó là do công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năng của định tâm. Phương tiện chăm chú nhìn điểm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trắng giữa đôi mày của bóng mình in trong nước để đi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đến định tâm cũng như thế. Nếu khi nhìn thấy điểm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trắng di động là tâm mình còn chưa lắng yên. Lúc thấy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điểm trắng không di động, phải thử xem định tâm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mình thuần nhất chưa; trước tiên lấy hạt gạo; kế đó lấy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hạt đậu, sau lại lấy hạt táo liệng vào bồn nước. Nếu cả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ba lần thử, vẫn thấy điểm trắng bất động, đó là tâm đã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an trụ. Phương tiện này khi tập thành, sự tưởng nước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đứng lặng, tưởng băng, tưởng đất lưu ly không khó. </w:t>
      </w:r>
    </w:p>
    <w:p>
      <w:pPr>
        <w:autoSpaceDN w:val="0"/>
        <w:autoSpaceDE w:val="0"/>
        <w:widowControl/>
        <w:spacing w:line="414" w:lineRule="exact" w:before="170" w:after="0"/>
        <w:ind w:left="20" w:right="20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3. Quán Cảnh Tướng Trên Dưới Ðất Lưu Ly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1"/>
        <w:gridCol w:w="3651"/>
      </w:tblGrid>
      <w:tr>
        <w:trPr>
          <w:trHeight w:hRule="exact" w:val="614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4" w:lineRule="exact" w:before="100" w:after="0"/>
              <w:ind w:left="0" w:right="0" w:firstLine="0"/>
              <w:jc w:val="left"/>
            </w:pPr>
            <w:r>
              <w:rPr>
                <w:rFonts w:ascii="Times New Roman BoldItalic" w:hAnsi="Times New Roman BoldItalic" w:eastAsia="Times New Roman BoldItalic"/>
                <w:b/>
                <w:i/>
                <w:color w:val="0000FF"/>
                <w:sz w:val="32"/>
              </w:rPr>
              <w:t xml:space="preserve">(Bảo Ðịa Quán) </w:t>
            </w:r>
          </w:p>
        </w:tc>
        <w:tc>
          <w:tcPr>
            <w:tcW w:type="dxa" w:w="1106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54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Môn tưởng này thành rồi, tiếp quán thấy đất </w:t>
      </w:r>
    </w:p>
    <w:p>
      <w:pPr>
        <w:autoSpaceDN w:val="0"/>
        <w:autoSpaceDE w:val="0"/>
        <w:widowControl/>
        <w:spacing w:line="436" w:lineRule="exact" w:before="0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lưu ly trong ngoài chói suốt. Dưới ấy có tràng kim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cương thất bảo vàng ánh đỡ đất lưu ly. Tràng này có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đủ tám góc theo tám phương, mỗi mỗi phương diện </w:t>
      </w:r>
    </w:p>
    <w:p>
      <w:pPr>
        <w:autoSpaceDN w:val="0"/>
        <w:autoSpaceDE w:val="0"/>
        <w:widowControl/>
        <w:spacing w:line="320" w:lineRule="exact" w:before="2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47 </w:t>
      </w:r>
    </w:p>
    <w:p>
      <w:pPr>
        <w:sectPr>
          <w:pgSz w:w="8419" w:h="11906"/>
          <w:pgMar w:top="288" w:right="662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20" w:after="0"/>
        <w:ind w:left="0" w:right="28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do trăm thứ báu hợp thành, mỗi mỗi bảo châu có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ngàn tia sáng, mỗi mỗi tia sáng có tám vạn bốn ngàn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màu, chói đất lưu ly như ngàn ức mặt trời, nhìn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không thể xiết! </w:t>
      </w:r>
    </w:p>
    <w:p>
      <w:pPr>
        <w:autoSpaceDN w:val="0"/>
        <w:autoSpaceDE w:val="0"/>
        <w:widowControl/>
        <w:spacing w:line="426" w:lineRule="exact" w:before="1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Đây là chuyển quán từ thể đất lưu ly trong suốt, </w:t>
      </w:r>
    </w:p>
    <w:p>
      <w:pPr>
        <w:autoSpaceDN w:val="0"/>
        <w:autoSpaceDE w:val="0"/>
        <w:widowControl/>
        <w:spacing w:line="418" w:lineRule="exact" w:before="4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hiện ra các tướng trang nghiêm. Trong Vãng Sanh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Luận, ngài Thiên Thân đã diễn tả: "Quán tướng thế giới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kia. Thắng diệu hơn ba cõi. Cứu cánh như hư không.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Rộng lớn không biên tế". Mấy câu này là thuyết minh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chung về phần lượng đất đai ở cõi Cực Lạc. </w:t>
      </w:r>
    </w:p>
    <w:p>
      <w:pPr>
        <w:autoSpaceDN w:val="0"/>
        <w:autoSpaceDE w:val="0"/>
        <w:widowControl/>
        <w:spacing w:line="354" w:lineRule="exact" w:before="18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Đoạn kinh văn trên đây đã chỉ rõ sự trang nghiêm </w:t>
      </w:r>
    </w:p>
    <w:p>
      <w:pPr>
        <w:autoSpaceDN w:val="0"/>
        <w:autoSpaceDE w:val="0"/>
        <w:widowControl/>
        <w:spacing w:line="426" w:lineRule="exact" w:before="18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dưới bảo địa. Trong ấy nếu tế phân ra, có 7 sự kiện. </w:t>
      </w:r>
    </w:p>
    <w:p>
      <w:pPr>
        <w:autoSpaceDN w:val="0"/>
        <w:autoSpaceDE w:val="0"/>
        <w:widowControl/>
        <w:spacing w:line="446" w:lineRule="exact" w:before="116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1.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Thuyết minh tràng thể là chất vô lậu kim </w:t>
      </w:r>
    </w:p>
    <w:p>
      <w:pPr>
        <w:autoSpaceDN w:val="0"/>
        <w:autoSpaceDE w:val="0"/>
        <w:widowControl/>
        <w:spacing w:line="354" w:lineRule="exact" w:before="3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cương. </w:t>
      </w:r>
    </w:p>
    <w:p>
      <w:pPr>
        <w:autoSpaceDN w:val="0"/>
        <w:autoSpaceDE w:val="0"/>
        <w:widowControl/>
        <w:spacing w:line="444" w:lineRule="exact" w:before="138" w:after="0"/>
        <w:ind w:left="720" w:right="72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2.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Bảo tràng đỡ đất sáng rỡ trang nghiêm. </w:t>
      </w:r>
    </w:p>
    <w:p>
      <w:pPr>
        <w:autoSpaceDN w:val="0"/>
        <w:autoSpaceDE w:val="0"/>
        <w:widowControl/>
        <w:spacing w:line="446" w:lineRule="exact" w:before="98" w:after="0"/>
        <w:ind w:left="720" w:right="72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3.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Bảo tràng có các góc theo tám phương. </w:t>
      </w:r>
    </w:p>
    <w:p>
      <w:pPr>
        <w:autoSpaceDN w:val="0"/>
        <w:autoSpaceDE w:val="0"/>
        <w:widowControl/>
        <w:spacing w:line="446" w:lineRule="exact" w:before="9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4.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Tràng ấy do trăm thứ báu hợp thành, số lượng </w:t>
      </w:r>
    </w:p>
    <w:p>
      <w:pPr>
        <w:autoSpaceDN w:val="0"/>
        <w:autoSpaceDE w:val="0"/>
        <w:widowControl/>
        <w:spacing w:line="354" w:lineRule="exact" w:before="28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như trần sa. </w:t>
      </w:r>
    </w:p>
    <w:p>
      <w:pPr>
        <w:autoSpaceDN w:val="0"/>
        <w:autoSpaceDE w:val="0"/>
        <w:widowControl/>
        <w:spacing w:line="446" w:lineRule="exact" w:before="138" w:after="0"/>
        <w:ind w:left="30" w:right="3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5.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Các báu phóng ra không lường tia sáng chiếu </w:t>
      </w:r>
    </w:p>
    <w:p>
      <w:pPr>
        <w:autoSpaceDN w:val="0"/>
        <w:autoSpaceDE w:val="0"/>
        <w:widowControl/>
        <w:spacing w:line="354" w:lineRule="exact" w:before="3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suốt đến vô biên tế. </w:t>
      </w:r>
    </w:p>
    <w:p>
      <w:pPr>
        <w:autoSpaceDN w:val="0"/>
        <w:autoSpaceDE w:val="0"/>
        <w:widowControl/>
        <w:spacing w:line="444" w:lineRule="exact" w:before="138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6.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Ánh sáng nhiều màu sắc lạ khác nhau, soi khắp </w:t>
      </w:r>
    </w:p>
    <w:p>
      <w:pPr>
        <w:autoSpaceDN w:val="0"/>
        <w:autoSpaceDE w:val="0"/>
        <w:widowControl/>
        <w:spacing w:line="40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các phương tùy cơ biến hiện. </w:t>
      </w:r>
    </w:p>
    <w:p>
      <w:pPr>
        <w:autoSpaceDN w:val="0"/>
        <w:autoSpaceDE w:val="0"/>
        <w:widowControl/>
        <w:spacing w:line="320" w:lineRule="exact" w:before="3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48 </w:t>
      </w:r>
    </w:p>
    <w:p>
      <w:pPr>
        <w:sectPr>
          <w:pgSz w:w="8419" w:h="11906"/>
          <w:pgMar w:top="292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44" w:lineRule="exact" w:before="262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7.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Những quang sắc ấy tỏa muôn phương sáng rỡ </w:t>
      </w:r>
    </w:p>
    <w:p>
      <w:pPr>
        <w:autoSpaceDN w:val="0"/>
        <w:autoSpaceDE w:val="0"/>
        <w:widowControl/>
        <w:spacing w:line="40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như ngàn ức mặt trời; người mới sanh về không thể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1"/>
        <w:gridCol w:w="3651"/>
      </w:tblGrid>
      <w:tr>
        <w:trPr>
          <w:trHeight w:hRule="exact" w:val="1098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nhìn khắp hết được. </w:t>
            </w:r>
          </w:p>
          <w:p>
            <w:pPr>
              <w:autoSpaceDN w:val="0"/>
              <w:autoSpaceDE w:val="0"/>
              <w:widowControl/>
              <w:spacing w:line="354" w:lineRule="exact" w:before="190" w:after="0"/>
              <w:ind w:left="614" w:right="614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Có lời khen rằng: </w:t>
            </w:r>
          </w:p>
        </w:tc>
        <w:tc>
          <w:tcPr>
            <w:tcW w:type="dxa" w:w="151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2" w:lineRule="exact" w:before="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Kim cương thất bảo tràng,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Rực rỡ sắc thần quang!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Tám mặt thành châu báu,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Muôn phương tỏa ánh vàng.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Nhiệm mầu trăm niệm dứt,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Trong sạch điểm trần tan.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Quán ngộ vô sanh nhẫn, </w:t>
      </w:r>
    </w:p>
    <w:p>
      <w:pPr>
        <w:autoSpaceDN w:val="0"/>
        <w:autoSpaceDE w:val="0"/>
        <w:widowControl/>
        <w:spacing w:line="390" w:lineRule="exact" w:before="17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Siêu vào Cực Lạc bang! </w:t>
      </w:r>
    </w:p>
    <w:p>
      <w:pPr>
        <w:autoSpaceDN w:val="0"/>
        <w:autoSpaceDE w:val="0"/>
        <w:widowControl/>
        <w:spacing w:line="352" w:lineRule="exact" w:before="180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Trên đất lưu ly có dây hoàng kim xen lẫn cùng </w:t>
      </w:r>
    </w:p>
    <w:p>
      <w:pPr>
        <w:autoSpaceDN w:val="0"/>
        <w:autoSpaceDE w:val="0"/>
        <w:widowControl/>
        <w:spacing w:line="424" w:lineRule="exact" w:before="2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thất bảo, phân chia các khu vực rành rẽ trang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nghiêm. Mỗi mỗi thứ báu có năm trăm sắc kỳ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quang. Các ánh sáng này hình như hoa, hoặc như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trăng, sao, chiếu lên hư không kết thành đài quang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minh lơ lửng. Ngàn muôn lầu các do trăm thứ báu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hợp thành, mỗi mỗi lâu đài, hai bên đều có trăm 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tràng hoa cùng vô lượng nhạc khí để trang nghiêm.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Tám thứ gió nhẹ mát từ những đài quang minh thổi </w:t>
      </w:r>
    </w:p>
    <w:p>
      <w:pPr>
        <w:autoSpaceDN w:val="0"/>
        <w:autoSpaceDE w:val="0"/>
        <w:widowControl/>
        <w:spacing w:line="320" w:lineRule="exact" w:before="5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49 </w:t>
      </w:r>
    </w:p>
    <w:p>
      <w:pPr>
        <w:sectPr>
          <w:pgSz w:w="8419" w:h="11906"/>
          <w:pgMar w:top="262" w:right="662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9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ra, cổ động các nhạc khí, diễn thành tiếng: khổ,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642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42" w:lineRule="exact" w:before="100" w:after="0"/>
              <w:ind w:left="0" w:right="0" w:firstLine="0"/>
              <w:jc w:val="center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không, vô thường, vô ngã. </w:t>
            </w:r>
          </w:p>
        </w:tc>
        <w:tc>
          <w:tcPr>
            <w:tcW w:type="dxa" w:w="1810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4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 đã nói sự trang nghiêm dưới đất lưu ly,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đoạn này lại trần thuật cảnh trang nghiêm nơi bảo địa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và hư không. Theo ngài Thiện Đạo, dây vàng chỉ cho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đường sá bằng vàng ròng phân chia các khu vực dường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như những sợi dây bằng vàng. Có chỗ nói là từng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khoảng cột trụ thấp treo dây liên tỏa bằng vàng. - Cực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Lạc, hoặc lấy tạp bảo làm đất, lưu ly làm đường; hoặc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lấy lưu ly làm đất, bạch ngọc làm đường, hoặc lấy tử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kim, bạch ngân làm đất, trăm báu làm đường; hoặc lấy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ngàn muôn thứ báu làm đất, hai, ba thứ trân bảo làm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đường; hoặc lấy bất khả thuyết thứ báu làm đất, bất khả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thuyết thứ báu làm đường. Như thế, đất đai và đường sá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do từ một cho đến vô lượng thứ báu thay đổi xen lẫn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hợp thành, mỗi mỗi hào quang, màu sắc đều không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đồng mà không tạp loạn. Hành giả chớ lầm tưởng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đường sá chỉ bằng vàng mà không có các thứ báu khác. </w:t>
      </w:r>
    </w:p>
    <w:p>
      <w:pPr>
        <w:autoSpaceDN w:val="0"/>
        <w:autoSpaceDE w:val="0"/>
        <w:widowControl/>
        <w:spacing w:line="352" w:lineRule="exact" w:before="19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Từ câu "mỗi mỗi thứ báu có năm trăm sắc kỳ </w:t>
      </w:r>
    </w:p>
    <w:p>
      <w:pPr>
        <w:autoSpaceDN w:val="0"/>
        <w:autoSpaceDE w:val="0"/>
        <w:widowControl/>
        <w:spacing w:line="428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quang" về sau, là nói sự trang nghiêm trên hư không.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ấy có sáu điểm: 1. châu báu phóng ra nhiều ánh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sáng; 2. Nói các thí dụ để hiển tướng của ánh sáng; 3.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Ánh sáng kết thành đài quang minh; 4. Ánh sáng biến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thành lâu các; 5. Ánh sáng biến thành tràng hoa và nhạc </w:t>
      </w:r>
    </w:p>
    <w:p>
      <w:pPr>
        <w:autoSpaceDN w:val="0"/>
        <w:autoSpaceDE w:val="0"/>
        <w:widowControl/>
        <w:spacing w:line="320" w:lineRule="exact" w:before="2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50 </w:t>
      </w:r>
    </w:p>
    <w:p>
      <w:pPr>
        <w:sectPr>
          <w:pgSz w:w="8419" w:h="11906"/>
          <w:pgMar w:top="292" w:right="350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0"/>
        <w:gridCol w:w="3650"/>
      </w:tblGrid>
      <w:tr>
        <w:trPr>
          <w:trHeight w:hRule="exact" w:val="200"/>
        </w:trPr>
        <w:tc>
          <w:tcPr>
            <w:tcW w:type="dxa" w:w="3650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0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4" w:lineRule="exact" w:before="40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khí; 6. Từ quang đài phát ra gió nhẹ cổ động nhạc khí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thành tiếng pháp. Gió sanh từ tám phương nên nói tám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thứ, vì cõi kia không thời tiết, đức Phật muốn tỷ đối cõi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này nên gọi là "tám". Có lời khen rằng: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Đất báu trang nghiêm khó sánh lường,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Nhiệm mầu quang sắc chiếu mười phương,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Lầu châu các ngọc hòa thanh nhạc,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Lá bích hoa quỳnh lẫn diệu hương. </w:t>
      </w:r>
    </w:p>
    <w:p>
      <w:pPr>
        <w:autoSpaceDN w:val="0"/>
        <w:autoSpaceDE w:val="0"/>
        <w:widowControl/>
        <w:spacing w:line="390" w:lineRule="exact" w:before="17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Bảo đài lấp lánh vẻ kim ngân, </w:t>
      </w:r>
    </w:p>
    <w:p>
      <w:pPr>
        <w:autoSpaceDN w:val="0"/>
        <w:autoSpaceDE w:val="0"/>
        <w:widowControl/>
        <w:spacing w:line="354" w:lineRule="exact" w:before="174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Bảo cái quang huy tự chuyển vần,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Phi phất bảo tràng theo gió thoảng,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Hư không nghìn sắc bảo hương vân.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Tùy tâm nhạc báu lững lờ xoáy,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Buông tiếng viên âm, ánh sáng dài.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Trần niệm ngàn muôn đều tuyệt tích.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Không gian thánh chúng nhẹ nhàng bay. </w:t>
      </w:r>
    </w:p>
    <w:p>
      <w:pPr>
        <w:autoSpaceDN w:val="0"/>
        <w:autoSpaceDE w:val="0"/>
        <w:widowControl/>
        <w:spacing w:line="442" w:lineRule="exact" w:before="150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môn tưởng này đã thành, phải quán mỗi </w:t>
      </w:r>
    </w:p>
    <w:p>
      <w:pPr>
        <w:autoSpaceDN w:val="0"/>
        <w:autoSpaceDE w:val="0"/>
        <w:widowControl/>
        <w:spacing w:line="41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mỗi chi tiết cho cực rõ ràng, nhắm mắt mở đều có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thể thấy, không để tan mất duy trừ giờ ăn ngủ,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ngoài tất cả thời đều ghi nhớ việc ấy. Tưởng được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thế gọi là thấy cõi Cực Lạc về phần thô. Nếu </w:t>
      </w:r>
    </w:p>
    <w:p>
      <w:pPr>
        <w:autoSpaceDN w:val="0"/>
        <w:autoSpaceDE w:val="0"/>
        <w:widowControl/>
        <w:spacing w:line="320" w:lineRule="exact" w:before="2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51 </w:t>
      </w:r>
    </w:p>
    <w:p>
      <w:pPr>
        <w:sectPr>
          <w:pgSz w:w="8419" w:h="11906"/>
          <w:pgMar w:top="288" w:right="664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2" w:lineRule="exact" w:before="222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được tam muội, hành giả sẽ thấy rõ ràng cảnh tướng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của đất nước kia, không thể kể xiết. </w:t>
      </w:r>
    </w:p>
    <w:p>
      <w:pPr>
        <w:autoSpaceDN w:val="0"/>
        <w:autoSpaceDE w:val="0"/>
        <w:widowControl/>
        <w:spacing w:line="352" w:lineRule="exact" w:before="190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Đây là môn địa tưởng, thuộc về phép quán thứ </w:t>
      </w:r>
    </w:p>
    <w:p>
      <w:pPr>
        <w:autoSpaceDN w:val="0"/>
        <w:autoSpaceDE w:val="0"/>
        <w:widowControl/>
        <w:spacing w:line="442" w:lineRule="exact" w:before="24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ba. </w:t>
      </w:r>
    </w:p>
    <w:p>
      <w:pPr>
        <w:autoSpaceDN w:val="0"/>
        <w:autoSpaceDE w:val="0"/>
        <w:widowControl/>
        <w:spacing w:line="354" w:lineRule="exact" w:before="14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Phật bảo ngài A Nan: "Ông nên ghi nhớ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dạy của ta, để vì tất cả chúng sanh muốn thoát khổ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đời sau truyền thuyết môn địa quán này. Nếu thành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tựu phép tưởng đây, sẽ trừ được trong tám mươi 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kiếp sanh tử. Khi xả báo thân, kẻ ấy quyết định sanh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về tịnh quốc, nơi lòng không còn nghi ngại".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như thế, gọi là chánh quán. Nếu tưởng </w:t>
      </w:r>
    </w:p>
    <w:p>
      <w:pPr>
        <w:autoSpaceDN w:val="0"/>
        <w:autoSpaceDE w:val="0"/>
        <w:widowControl/>
        <w:spacing w:line="442" w:lineRule="exact" w:before="20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sai khác, là tà quán. </w:t>
      </w:r>
    </w:p>
    <w:p>
      <w:pPr>
        <w:autoSpaceDN w:val="0"/>
        <w:autoSpaceDE w:val="0"/>
        <w:widowControl/>
        <w:spacing w:line="354" w:lineRule="exact" w:before="1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Cảnh Cực Lạc tuy nhiệm mầu, nhưng người tu </w:t>
      </w:r>
    </w:p>
    <w:p>
      <w:pPr>
        <w:autoSpaceDN w:val="0"/>
        <w:autoSpaceDE w:val="0"/>
        <w:widowControl/>
        <w:spacing w:line="424" w:lineRule="exact" w:before="0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nếu dùng lòng tín thành chuyên chú, y theo lời dạy mà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hành trì, nhờ sức Phật gia bị, sẽ tự được thấy. Môn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tưởng này có hai phần: nếu thấy phần thô thuộc về tiệm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tưởng quán, thấy phần tế diệu gọi là thật quán. </w:t>
      </w:r>
    </w:p>
    <w:p>
      <w:pPr>
        <w:autoSpaceDN w:val="0"/>
        <w:autoSpaceDE w:val="0"/>
        <w:widowControl/>
        <w:spacing w:line="426" w:lineRule="exact" w:before="1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Chúng sanh từ vô lượng kiếp đến nay hằng đọa </w:t>
      </w:r>
    </w:p>
    <w:p>
      <w:pPr>
        <w:autoSpaceDN w:val="0"/>
        <w:autoSpaceDE w:val="0"/>
        <w:widowControl/>
        <w:spacing w:line="420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tam đồ chịu nhiều nỗi khổ, dù được hưởng phước nhơn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thiên cũng mong manh như bọt nước, sương mai.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Người nào truyền pháp Tịnh độ để cho loài hữu tình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được giải thoát, tức là làm thỏa mãn bi tâm của Phật và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bản hoài xuất thế của Như Lai. Cho nên đấng Điều Ngự </w:t>
      </w:r>
    </w:p>
    <w:p>
      <w:pPr>
        <w:autoSpaceDN w:val="0"/>
        <w:autoSpaceDE w:val="0"/>
        <w:widowControl/>
        <w:spacing w:line="320" w:lineRule="exact" w:before="3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52 </w:t>
      </w:r>
    </w:p>
    <w:p>
      <w:pPr>
        <w:sectPr>
          <w:pgSz w:w="8419" w:h="11906"/>
          <w:pgMar w:top="292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mới ân cần bảo ngài A Nan tuyên hoá. Kinh Thanh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Tịnh Giác nói: "Nếu người nào đối với môn Tịnh Độ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nghe như không nghe, biết như không biết, tất kẻ 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vừa ở tam ác đạo ra hoặc còn nhiều tội chướng, nên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sanh được lòng tin tưởng. Như Lai nói kẻ ấy kém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phúc duyên trên đường giải thoát. Lại Kinh nói: "Nếu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người nào nghe pháp Tịnh Độ liền thương mừng rơi lệ,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cảm động đến các chân lông nơi thân đều rợn đứng, nên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biết kẻ ấy đời trước đã từng nghe, tin và tu tập môn này.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Như kẻ ấy chánh niệm tu hành, tất sẽ được vãng sanh". </w:t>
      </w:r>
    </w:p>
    <w:p>
      <w:pPr>
        <w:autoSpaceDN w:val="0"/>
        <w:autoSpaceDE w:val="0"/>
        <w:widowControl/>
        <w:spacing w:line="354" w:lineRule="exact" w:before="18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Tóm lại, môn địa quán nếu tu thành, tất diệt được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vô biên tội chướng. Đời nhà Đường bên Trung Hoa,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Đại Hạnh pháp sư cất am ở Thới Sơn tu tịnh nghiệp.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Qua hai mươi mốt ngày chuyên tưởng, tâm nhãn pháp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sư thông suốt, thấy rõ đất lưu ly. Đến sau trong lúc đau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bịnh, tướng ấy lại hiện, ngài bảo đồ chúng: "Ta không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quán tưởng mà đất báu hiện ra, đây tất là duyên lành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sanh An dưỡng vậy". </w:t>
            </w:r>
          </w:p>
        </w:tc>
        <w:tc>
          <w:tcPr>
            <w:tcW w:type="dxa" w:w="139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2" w:lineRule="exact" w:before="90" w:after="0"/>
        <w:ind w:left="720" w:right="7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Công đức địa quán quả thật không lường! </w:t>
      </w:r>
    </w:p>
    <w:p>
      <w:pPr>
        <w:autoSpaceDN w:val="0"/>
        <w:autoSpaceDE w:val="0"/>
        <w:widowControl/>
        <w:spacing w:line="414" w:lineRule="exact" w:before="174" w:after="0"/>
        <w:ind w:left="720" w:right="720" w:firstLine="0"/>
        <w:jc w:val="lef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4. Quán Tưởng Cây Báu (Bảo Thọ Quán) </w:t>
      </w:r>
    </w:p>
    <w:p>
      <w:pPr>
        <w:autoSpaceDN w:val="0"/>
        <w:autoSpaceDE w:val="0"/>
        <w:widowControl/>
        <w:spacing w:line="354" w:lineRule="exact" w:before="154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Phật bảo A Nan và Vi Đề Hy: "Môn địa </w:t>
      </w:r>
    </w:p>
    <w:p>
      <w:pPr>
        <w:autoSpaceDN w:val="0"/>
        <w:autoSpaceDE w:val="0"/>
        <w:widowControl/>
        <w:spacing w:line="424" w:lineRule="exact" w:before="0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tưởng đã thành, kế tiếp quán cây báu. Muốn tu phép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quán này, phải tưởng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rành rẽ bảy lớp hàng cây, mỗi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cây cao tám ngàn do tuần, đầy đủ hoa lá thất bảo. </w:t>
      </w:r>
    </w:p>
    <w:p>
      <w:pPr>
        <w:autoSpaceDN w:val="0"/>
        <w:autoSpaceDE w:val="0"/>
        <w:widowControl/>
        <w:spacing w:line="320" w:lineRule="exact" w:before="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53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2" w:lineRule="exact" w:before="222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Mỗi mỗi hoa lá hiển phát những quang sắc báu lạ.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Trong sắc lưu ly chiếu ánh sáng vàng, trong sắc pha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lê chiếu ánh sáng đỏ, trong sắc mã não chiếu ánh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sáng xa cừ, trong sắc xa cừ chiếu ánh sáng lục chân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châu. Đại khái các cây, hoa, lá đều bằng san hô, hổ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phách, hoặc tất cả thứ dị bảo, trang nghiêm rực rỡ. </w:t>
      </w:r>
    </w:p>
    <w:p>
      <w:pPr>
        <w:autoSpaceDN w:val="0"/>
        <w:autoSpaceDE w:val="0"/>
        <w:widowControl/>
        <w:spacing w:line="442" w:lineRule="exact" w:before="142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Trên mỗi mỗi cây có bảy lớp lưới diệu chân </w:t>
      </w:r>
    </w:p>
    <w:p>
      <w:pPr>
        <w:autoSpaceDN w:val="0"/>
        <w:autoSpaceDE w:val="0"/>
        <w:widowControl/>
        <w:spacing w:line="418" w:lineRule="exact" w:before="0" w:after="0"/>
        <w:ind w:left="0" w:right="24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châu che phủ; giữa mỗi tầng lưới có năm trăm 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cung điện diệu hoa, nghiêm đẹp như cung Phạm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vương. Trong đó có các thiên đồng, mỗi vị trang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nghiêm bằng các chuỗi ngọc gồm năm trăm ức hạt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Thích Ca Tỳ Lăng Già Ma Ni. Ánh sáng của những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hạt ngọc này chiếu xa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đến một trăm do tuần, vô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cùng rực rỡ như quang minh của trăm ức vầng nhật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nguyệt hòa hợp. Ngoài những hạt ngọc nghiêm sức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còn xen lẫn các châu báu khác, màu sắc đều là bậc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thượng. </w:t>
            </w:r>
          </w:p>
        </w:tc>
        <w:tc>
          <w:tcPr>
            <w:tcW w:type="dxa" w:w="57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8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Cõi Cực Lạc rộng rãi vô biên, mỗi khu vực đều có </w:t>
      </w:r>
    </w:p>
    <w:p>
      <w:pPr>
        <w:autoSpaceDN w:val="0"/>
        <w:autoSpaceDE w:val="0"/>
        <w:widowControl/>
        <w:spacing w:line="422" w:lineRule="exact" w:before="0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bảy lớp hàng cây, đây là chỉ diển tả một phương xứ. Do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tuần cũng gọi du thiện na, là khoảng cách giữa hai dịch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đình (trạm) bên Thiên Trúc; theo nhiều nhà chú giải,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lấy bốn mươi dặm làm chuẩn định. </w:t>
      </w:r>
    </w:p>
    <w:p>
      <w:pPr>
        <w:autoSpaceDN w:val="0"/>
        <w:autoSpaceDE w:val="0"/>
        <w:widowControl/>
        <w:spacing w:line="320" w:lineRule="exact" w:before="11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54 </w:t>
      </w:r>
    </w:p>
    <w:p>
      <w:pPr>
        <w:sectPr>
          <w:pgSz w:w="8419" w:h="11906"/>
          <w:pgMar w:top="292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40" w:lineRule="auto" w:before="284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465320" cy="605841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60584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354" w:lineRule="exact" w:before="18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Các cây thất bảo, có cây thuần là một thứ báu, có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cây do hai, ba, bốn, cho đến nhiều thứ báu tạo thành.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Chẳng hạn như thân cây bằng tử kim, cành bằng bạch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ngân, lá bằng san hô, hoa bằng bạch ngọc, trái bằng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chân châu. Những chất báu, có thứ màu nào chiếu ánh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>sáng nấy, có thứ lại phóng ra ánh sáng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khác. Đây đều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do tịnh tâm vô lậu và công đức vi diệu của Phật A Mi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642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42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>Đà lưu xuất.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 </w:t>
            </w:r>
          </w:p>
        </w:tc>
        <w:tc>
          <w:tcPr>
            <w:tcW w:type="dxa" w:w="83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2" w:lineRule="exact" w:before="5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Các bảo thọ, mỗi cây có bảy tầng cao, trên mỗi </w:t>
      </w:r>
    </w:p>
    <w:p>
      <w:pPr>
        <w:autoSpaceDN w:val="0"/>
        <w:autoSpaceDE w:val="0"/>
        <w:widowControl/>
        <w:spacing w:line="352" w:lineRule="exact" w:before="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tầng có lưới châu bao phủ, giữa mỗi tầng lưới có cung </w:t>
      </w:r>
    </w:p>
    <w:p>
      <w:pPr>
        <w:autoSpaceDN w:val="0"/>
        <w:autoSpaceDE w:val="0"/>
        <w:widowControl/>
        <w:spacing w:line="316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55 </w:t>
      </w:r>
    </w:p>
    <w:p>
      <w:pPr>
        <w:sectPr>
          <w:pgSz w:w="8419" w:h="11906"/>
          <w:pgMar w:top="28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2" w:lineRule="exact" w:before="216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điện diệu hoa, trong cung điện có các thiên đồng, và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mỗi thiên đồng hình mạo nghiêm đẹp, trang sức bằng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chuỗi ngọc cùng các thứ dị thảo, Thích Ca Tỳ Lăng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Già, Trung hoa dịch là Năng Thánh; Ma Ni, dịch là Vô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Cấu, hoặc Như ý châu. Có lời khen rằng: </w:t>
      </w:r>
    </w:p>
    <w:p>
      <w:pPr>
        <w:autoSpaceDN w:val="0"/>
        <w:autoSpaceDE w:val="0"/>
        <w:widowControl/>
        <w:spacing w:line="354" w:lineRule="exact" w:before="190" w:after="0"/>
        <w:ind w:left="1040" w:right="1040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Tịnh tâm, công đức nhiệm mầu sanh, </w:t>
      </w:r>
    </w:p>
    <w:p>
      <w:pPr>
        <w:autoSpaceDN w:val="0"/>
        <w:autoSpaceDE w:val="0"/>
        <w:widowControl/>
        <w:spacing w:line="354" w:lineRule="exact" w:before="190" w:after="0"/>
        <w:ind w:left="0" w:right="0" w:firstLine="0"/>
        <w:jc w:val="center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Bảy lớp hàng cây diệu quả thành, </w:t>
      </w:r>
    </w:p>
    <w:p>
      <w:pPr>
        <w:autoSpaceDN w:val="0"/>
        <w:autoSpaceDE w:val="0"/>
        <w:widowControl/>
        <w:spacing w:line="352" w:lineRule="exact" w:before="190" w:after="0"/>
        <w:ind w:left="1440" w:right="144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Ngọc vàng lá lá </w:t>
      </w:r>
    </w:p>
    <w:p>
      <w:pPr>
        <w:autoSpaceDN w:val="0"/>
        <w:autoSpaceDE w:val="0"/>
        <w:widowControl/>
        <w:spacing w:line="390" w:lineRule="exact" w:before="170" w:after="0"/>
        <w:ind w:left="1440" w:right="144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Châu báu cành cành </w:t>
      </w:r>
    </w:p>
    <w:p>
      <w:pPr>
        <w:autoSpaceDN w:val="0"/>
        <w:autoSpaceDE w:val="0"/>
        <w:widowControl/>
        <w:spacing w:line="390" w:lineRule="exact" w:before="156" w:after="0"/>
        <w:ind w:left="1440" w:right="144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Rực rỡ ma ni sắc diệu thanh. </w:t>
      </w:r>
    </w:p>
    <w:p>
      <w:pPr>
        <w:autoSpaceDN w:val="0"/>
        <w:autoSpaceDE w:val="0"/>
        <w:widowControl/>
        <w:spacing w:line="354" w:lineRule="exact" w:before="170" w:after="0"/>
        <w:ind w:left="1440" w:right="144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Từ bi đạo chánh </w:t>
      </w:r>
    </w:p>
    <w:p>
      <w:pPr>
        <w:autoSpaceDN w:val="0"/>
        <w:autoSpaceDE w:val="0"/>
        <w:widowControl/>
        <w:spacing w:line="354" w:lineRule="exact" w:before="190" w:after="0"/>
        <w:ind w:left="1440" w:right="144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Xuất thế căn lành </w:t>
      </w:r>
    </w:p>
    <w:p>
      <w:pPr>
        <w:autoSpaceDN w:val="0"/>
        <w:autoSpaceDE w:val="0"/>
        <w:widowControl/>
        <w:spacing w:line="354" w:lineRule="exact" w:before="188" w:after="0"/>
        <w:ind w:left="1092" w:right="1092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Lưới báu tầng tầng phủ khắp quanh. </w:t>
      </w:r>
    </w:p>
    <w:p>
      <w:pPr>
        <w:autoSpaceDN w:val="0"/>
        <w:autoSpaceDE w:val="0"/>
        <w:widowControl/>
        <w:spacing w:line="354" w:lineRule="exact" w:before="190" w:after="0"/>
        <w:ind w:left="1440" w:right="144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Cung điện diệu hoa bày lộng lẫy, </w:t>
      </w:r>
    </w:p>
    <w:p>
      <w:pPr>
        <w:autoSpaceDN w:val="0"/>
        <w:autoSpaceDE w:val="0"/>
        <w:widowControl/>
        <w:spacing w:line="352" w:lineRule="exact" w:before="190" w:after="0"/>
        <w:ind w:left="1102" w:right="1102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Nghiêm đẹp thiên đồng trình mỗi vẻ, </w:t>
      </w:r>
    </w:p>
    <w:p>
      <w:pPr>
        <w:autoSpaceDN w:val="0"/>
        <w:autoSpaceDE w:val="0"/>
        <w:widowControl/>
        <w:spacing w:line="354" w:lineRule="exact" w:before="190" w:after="0"/>
        <w:ind w:left="1440" w:right="144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Ngàn muôn khôn tả nét tinh anh! </w:t>
      </w:r>
    </w:p>
    <w:p>
      <w:pPr>
        <w:autoSpaceDN w:val="0"/>
        <w:autoSpaceDE w:val="0"/>
        <w:widowControl/>
        <w:spacing w:line="354" w:lineRule="exact" w:before="198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Những cây báu ấy hàng hàng đối nhau, lá lá </w:t>
      </w:r>
    </w:p>
    <w:p>
      <w:pPr>
        <w:autoSpaceDN w:val="0"/>
        <w:autoSpaceDE w:val="0"/>
        <w:widowControl/>
        <w:spacing w:line="410" w:lineRule="exact" w:before="52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thuận nhau, giữa khoảng các lá sanh hoa đẹp mầu,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trên hoa tự nhiên có trái thất bảo. Mỗi mỗi lá cây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rộng hai mươi lăm do tuần, có ngàn màu sắc, và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trăm thứ đường gân hình như chuỗi anh lạc của chư </w:t>
      </w:r>
    </w:p>
    <w:p>
      <w:pPr>
        <w:autoSpaceDN w:val="0"/>
        <w:autoSpaceDE w:val="0"/>
        <w:widowControl/>
        <w:spacing w:line="320" w:lineRule="exact" w:before="3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56 </w:t>
      </w:r>
    </w:p>
    <w:p>
      <w:pPr>
        <w:sectPr>
          <w:pgSz w:w="8419" w:h="11906"/>
          <w:pgMar w:top="288" w:right="356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30" w:lineRule="exact" w:before="214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Thiên. Các hoa chói lộ sắc vàng diêm phù đàn, rực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rỡ như những vòng lửa, uyển chuyển giữa lá. Từ hoa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lạ nổi sanh trái quí hình như bình báu của trời của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trời Đế Thích. Và từ trái mầu chiếu ánh sáng rực rỡ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hóa thành tràng phan cùng vô lượng bảo cái. Trong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bảo cái ảnh hiện tất cả Phật sự của ba ngàn thế giới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và y chánh mười phương cõi Phật. </w:t>
      </w:r>
    </w:p>
    <w:p>
      <w:pPr>
        <w:autoSpaceDN w:val="0"/>
        <w:autoSpaceDE w:val="0"/>
        <w:widowControl/>
        <w:spacing w:line="354" w:lineRule="exact" w:before="150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thấy bảo thọ rồi, nên theo thứ lớp quán </w:t>
      </w:r>
    </w:p>
    <w:p>
      <w:pPr>
        <w:autoSpaceDN w:val="0"/>
        <w:autoSpaceDE w:val="0"/>
        <w:widowControl/>
        <w:spacing w:line="426" w:lineRule="exact" w:before="3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thân cây, cành, lá, hoa, quả, mỗi mỗi đều cho rõ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ràng. Đây là môn thọ tưởng, thuộc về phép quán thứ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tư. </w:t>
            </w:r>
          </w:p>
        </w:tc>
        <w:tc>
          <w:tcPr>
            <w:tcW w:type="dxa" w:w="22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2" w:lineRule="exact" w:before="8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Tất cả cây báu ở cõi Cực Lạc đều do công đức vi </w:t>
      </w:r>
    </w:p>
    <w:p>
      <w:pPr>
        <w:autoSpaceDN w:val="0"/>
        <w:autoSpaceDE w:val="0"/>
        <w:widowControl/>
        <w:spacing w:line="422" w:lineRule="exact" w:before="2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diệu của Phật A Mi Đà hóa hiện, nên khác với cây nơi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nõi Ta Bà. Những cây ấy đều cao lớn bằng nhau, không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có cây nào mới sanh hoặc cỗi chết, cũng không có từ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thấp nhỏ rồi lần lần lớn lên. Đoạn trên là thuyết minh sự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trang nghiêm sai biệt của cành, lá, hoa, quả các bảo thọ.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sự là những tướng: thị sanh, xuất gia, thành đạo,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thuyết pháp, nhập nê hoàn. Chánh báo chỉ cho người, 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báo chỉ cho cảnh. Các bảo thọ, từ thân cây, cành, lá,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hoa, quả, mỗi loại đều do từ một cho đến nhiều thứ báu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hợp thành; cây cao tàng rộng, hoa quả lại nhiều, sự thần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biến cũng vô lượng. Một cây đã vậy thì các cây khắp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nước cũng thế, duy trừ bồ đề thọ của Phật. Trong </w:t>
      </w:r>
    </w:p>
    <w:p>
      <w:pPr>
        <w:autoSpaceDN w:val="0"/>
        <w:autoSpaceDE w:val="0"/>
        <w:widowControl/>
        <w:spacing w:line="320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57 </w:t>
      </w:r>
    </w:p>
    <w:p>
      <w:pPr>
        <w:sectPr>
          <w:pgSz w:w="8419" w:h="11906"/>
          <w:pgMar w:top="29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câu kết, vì sợ tâm ý hành giả tạp loạn, nên đức Phật dạy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phải tuần tự quán mỗi chi tiết từ thân cây, lưới báu,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cung điện, thiên đồng cho đến trái mầu hiện ra tràng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phan, bảo cái. Khi sức quán tưởng đã thành thục rồi,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các cảnh ấy đồng thời hiện ra trước mắt. Có lời khen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rằng: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Trang nghiêm đâu chỉ một,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Mầu nhiệm có muôn ngàn!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Khắp xứ kỳ trân bảo,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Đầy trời vô cấu quang. </w:t>
      </w:r>
    </w:p>
    <w:p>
      <w:pPr>
        <w:autoSpaceDN w:val="0"/>
        <w:autoSpaceDE w:val="0"/>
        <w:widowControl/>
        <w:spacing w:line="390" w:lineRule="exact" w:before="17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Cây hòa lưới báu trùm không điện, </w:t>
      </w:r>
    </w:p>
    <w:p>
      <w:pPr>
        <w:autoSpaceDN w:val="0"/>
        <w:autoSpaceDE w:val="0"/>
        <w:widowControl/>
        <w:spacing w:line="352" w:lineRule="exact" w:before="172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Trái hiện mười phương cõi thế gian. </w:t>
      </w:r>
    </w:p>
    <w:p>
      <w:pPr>
        <w:autoSpaceDN w:val="0"/>
        <w:autoSpaceDE w:val="0"/>
        <w:widowControl/>
        <w:spacing w:line="414" w:lineRule="exact" w:before="716" w:after="0"/>
        <w:ind w:left="20" w:right="20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5. Quán Ao Nước Bát Công Ðức  (Bảo Trì </w:t>
      </w:r>
    </w:p>
    <w:p>
      <w:pPr>
        <w:autoSpaceDN w:val="0"/>
        <w:autoSpaceDE w:val="0"/>
        <w:widowControl/>
        <w:spacing w:line="414" w:lineRule="exact" w:before="8" w:after="0"/>
        <w:ind w:left="0" w:right="0" w:firstLine="0"/>
        <w:jc w:val="lef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Quán) </w:t>
      </w:r>
    </w:p>
    <w:p>
      <w:pPr>
        <w:autoSpaceDN w:val="0"/>
        <w:autoSpaceDE w:val="0"/>
        <w:widowControl/>
        <w:spacing w:line="354" w:lineRule="exact" w:before="154" w:after="0"/>
        <w:ind w:left="720" w:right="72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Kế lại quán tưởng nước các bảo trì. </w:t>
      </w:r>
    </w:p>
    <w:p>
      <w:pPr>
        <w:autoSpaceDN w:val="0"/>
        <w:autoSpaceDE w:val="0"/>
        <w:widowControl/>
        <w:spacing w:line="320" w:lineRule="exact" w:before="28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58 </w:t>
      </w:r>
    </w:p>
    <w:p>
      <w:pPr>
        <w:sectPr>
          <w:pgSz w:w="8419" w:h="11906"/>
          <w:pgMar w:top="288" w:right="352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40" w:lineRule="auto" w:before="284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429760" cy="595598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59559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442" w:lineRule="exact" w:before="142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- Cõi Cực Lạc có ao nước bát công đức, mỗi ao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do bảy báu hợp thành. Những thứ báu công đức,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mỗi ao do bảy báu hợp thành. Những thứ báu này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tánh chất nhu nhuyễn, từ như ý châu vương sanh ra.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Nước ao phân thành mười bốn chi nhánh, mỗi dòng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chiếu lộ sắc mầu bảy báu. Thành ao bằng vàng ròng,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đáy ao trải cát kim cương tạp sắc. Mỗi ao nước có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sáu mươi ức hoa sen thất bảo, và mỗi hoa sen tròn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1"/>
        <w:gridCol w:w="3651"/>
      </w:tblGrid>
      <w:tr>
        <w:trPr>
          <w:trHeight w:hRule="exact" w:val="554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rộng mười hai do tuần. </w:t>
            </w:r>
          </w:p>
        </w:tc>
        <w:tc>
          <w:tcPr>
            <w:tcW w:type="dxa" w:w="161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1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59 </w:t>
      </w:r>
    </w:p>
    <w:p>
      <w:pPr>
        <w:sectPr>
          <w:pgSz w:w="8419" w:h="11906"/>
          <w:pgMar w:top="282" w:right="662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6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- Cõi Cực Lạc có rất nhiều ao báu, trong đây nói </w:t>
      </w:r>
    </w:p>
    <w:p>
      <w:pPr>
        <w:autoSpaceDN w:val="0"/>
        <w:autoSpaceDE w:val="0"/>
        <w:widowControl/>
        <w:spacing w:line="422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tám ao là chỉ kể một khu phận và để cho vừa với cảnh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của quán trí. Theo lời giải của cổ đức, tám bảo trì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những lạch thông nhau, chia thành mười bốn dòng nước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chảy qua lại các ao. Từ thành bực, các lót, cho đến nước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ao đều là bảy báu do Như ý châu vương sanh ra.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đây nói thành ao bằng vàng ròng, đáy ao trải cát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kim cương tạp sắc, cho đến nói bảy báu, cũng là chỉ kể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một phương diện. Thật ra các bảo trì hoặc thuần một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chất báu, hoặc do hai, ba, bốn cho đến vô lượng chất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báu xen lẫn tạo thành. </w:t>
      </w:r>
    </w:p>
    <w:p>
      <w:pPr>
        <w:autoSpaceDN w:val="0"/>
        <w:autoSpaceDE w:val="0"/>
        <w:widowControl/>
        <w:spacing w:line="352" w:lineRule="exact" w:before="19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Nước ao đã từ Như ý châu vương sanh, tức là </w:t>
      </w:r>
    </w:p>
    <w:p>
      <w:pPr>
        <w:autoSpaceDN w:val="0"/>
        <w:autoSpaceDE w:val="0"/>
        <w:widowControl/>
        <w:spacing w:line="354" w:lineRule="exact" w:before="7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thuộc về như ý thủy. Nước này có tám công đức: </w:t>
      </w:r>
    </w:p>
    <w:p>
      <w:pPr>
        <w:autoSpaceDN w:val="0"/>
        <w:autoSpaceDE w:val="0"/>
        <w:widowControl/>
        <w:spacing w:line="354" w:lineRule="exact" w:before="1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1. Trong sạch, trơn nhuần, nhiếp về sắc nhập. </w:t>
      </w:r>
    </w:p>
    <w:p>
      <w:pPr>
        <w:autoSpaceDN w:val="0"/>
        <w:autoSpaceDE w:val="0"/>
        <w:widowControl/>
        <w:spacing w:line="352" w:lineRule="exact" w:before="190" w:after="0"/>
        <w:ind w:left="44" w:right="4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2. Thơm tho không mùi hôi, nhiếp về hương nhập.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3. Nhẹ nhàng.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4. Mát mẻ. </w:t>
      </w:r>
    </w:p>
    <w:p>
      <w:pPr>
        <w:autoSpaceDN w:val="0"/>
        <w:autoSpaceDE w:val="0"/>
        <w:widowControl/>
        <w:spacing w:line="354" w:lineRule="exact" w:before="188" w:after="0"/>
        <w:ind w:left="476" w:right="47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5. Nhu nhuyễn; ba điều này nhiếp về xúc nhập.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6. Ngon ngọt, nhiếp về vị nhập.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7. Uống vào điều hòa, thích ý. </w:t>
      </w:r>
    </w:p>
    <w:p>
      <w:pPr>
        <w:autoSpaceDN w:val="0"/>
        <w:autoSpaceDE w:val="0"/>
        <w:widowControl/>
        <w:spacing w:line="352" w:lineRule="exact" w:before="19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8. Uống xong, tăng ích thân căn, tiêu trừ các bệnh; </w:t>
      </w:r>
    </w:p>
    <w:p>
      <w:pPr>
        <w:autoSpaceDN w:val="0"/>
        <w:autoSpaceDE w:val="0"/>
        <w:widowControl/>
        <w:spacing w:line="352" w:lineRule="exact" w:before="7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hai điều nhiếp về pháp nhập. </w:t>
      </w:r>
    </w:p>
    <w:p>
      <w:pPr>
        <w:autoSpaceDN w:val="0"/>
        <w:autoSpaceDE w:val="0"/>
        <w:widowControl/>
        <w:spacing w:line="320" w:lineRule="exact" w:before="2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60 </w:t>
      </w:r>
    </w:p>
    <w:p>
      <w:pPr>
        <w:sectPr>
          <w:pgSz w:w="8419" w:h="11906"/>
          <w:pgMar w:top="262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90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Nước ma ni trong ao chảy lên xuống theo cọng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sen và luồn vào các cánh hoa, phát ra tiếng nhiệm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mầu. Âm thanh này tuyên diễn những pháp khổ,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không, vô thường, vô ngã, các môn Ba La Mật, hoặc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khen ngợi tướng tốt của chư Phật. Từ như ý châu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vương lại tuôn ra ánh sánh vàng mầu nhiệm, hóa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thành các sắc chim bá bảo. Tiếng chim thanh diệu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hòa nhã cùng trổi giọng khen ngợi niệm Phật, niệm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Pháp, niệm Tăng. </w:t>
      </w:r>
    </w:p>
    <w:p>
      <w:pPr>
        <w:autoSpaceDN w:val="0"/>
        <w:autoSpaceDE w:val="0"/>
        <w:widowControl/>
        <w:spacing w:line="354" w:lineRule="exact" w:before="192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Đây là môn tưởng ao nước bát công đức, thuộc </w:t>
      </w:r>
    </w:p>
    <w:p>
      <w:pPr>
        <w:autoSpaceDN w:val="0"/>
        <w:autoSpaceDE w:val="0"/>
        <w:widowControl/>
        <w:spacing w:line="354" w:lineRule="exact" w:before="68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về phép quán thứ năm. </w:t>
      </w:r>
    </w:p>
    <w:p>
      <w:pPr>
        <w:autoSpaceDN w:val="0"/>
        <w:autoSpaceDE w:val="0"/>
        <w:widowControl/>
        <w:spacing w:line="352" w:lineRule="exact" w:before="18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Đoạn nước ma ni chảy lên xuống, theo trong </w:t>
      </w:r>
    </w:p>
    <w:p>
      <w:pPr>
        <w:autoSpaceDN w:val="0"/>
        <w:autoSpaceDE w:val="0"/>
        <w:widowControl/>
        <w:spacing w:line="422" w:lineRule="exact" w:before="2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chánh văn có mấy chữ "tầm thọ thượng hạ". Ngài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Nguyên Chiếu giải chữ "thọ" là cọng sen, ý nói nước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ma ni chảy lên cọng sen luồn vào các cánh hoa phát ra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tiếng pháp, rồi theo cọng sen chảy xuống ao. Ngài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Thiện Đạo lại giải rộng hơn, là chẳng những nước chảy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lên cọng sen mà còn lên bờ chảy lên xuống theo các cây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báu quanh ao, vì đây thuộc về như ý thủy. Nước báu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phát ra diệu âm không những chỉ nói bao nhiêu pháp,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mà còn thuyết minh niệm mê vọng của chúng sanh, 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bi trí của Bồ tát hoặc nói pháp nhơn thiên, pháp nhị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thừa, pháp đại thừa về hàng địa tiền, địa thượng, hoặc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nói tam thân của Phật; trong chánh văn duy dẫn phần </w:t>
      </w:r>
    </w:p>
    <w:p>
      <w:pPr>
        <w:autoSpaceDN w:val="0"/>
        <w:autoSpaceDE w:val="0"/>
        <w:widowControl/>
        <w:spacing w:line="320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61 </w:t>
      </w:r>
    </w:p>
    <w:p>
      <w:pPr>
        <w:sectPr>
          <w:pgSz w:w="8419" w:h="11906"/>
          <w:pgMar w:top="29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2" w:lineRule="exact" w:before="21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đại lược. "Các sắc chim bá bảo", ý nói chẳng phải một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loài chim mà có nhiều thứ, như trong tiểu bản nói các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hóa cầm: bạch hạc, khổng tước, anh võ, xá lợi, ca lăng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tần già, và những giống: phù, nhạn, oan ương theo kinh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văn sau đây. </w:t>
      </w:r>
    </w:p>
    <w:p>
      <w:pPr>
        <w:autoSpaceDN w:val="0"/>
        <w:autoSpaceDE w:val="0"/>
        <w:widowControl/>
        <w:spacing w:line="354" w:lineRule="exact" w:before="19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"Phật" là đấng Thầy Vô Thượng phá tà chấp, </w:t>
      </w:r>
    </w:p>
    <w:p>
      <w:pPr>
        <w:autoSpaceDN w:val="0"/>
        <w:autoSpaceDE w:val="0"/>
        <w:widowControl/>
        <w:spacing w:line="422" w:lineRule="exact" w:before="2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khuyên hướng thượng của chúng sanh. "Pháp" là thuốc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mầu trừ bịnh độc phiền não, hồi phục pháp thân thanh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tịnh cho loài hữu tình. "Tăng" là ruộng phước của quần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sanh, nếu kẻ nào dùng lòng tín hướng cúng dường sẽ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được quả phước nhơn thiên và gieo nhân giải thoát. </w:t>
      </w:r>
    </w:p>
    <w:p>
      <w:pPr>
        <w:autoSpaceDN w:val="0"/>
        <w:autoSpaceDE w:val="0"/>
        <w:widowControl/>
        <w:spacing w:line="352" w:lineRule="exact" w:before="1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Ma ni châu đã sanh nước bát đức, lại phóng sắc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kim quang, hiển rõ chẳng những có công năng phá trừ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tối tăm, mà còn hay thi tác Phật sự.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Có lời khen rằng: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Trang nghiêm sáng sạch trời Thanh Thái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Ao báu mênh mang dường đại hải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Chim hót thanh âm giục tỉnh mơ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Nước diệu trong ngần trôi lững lờ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Ánh sáng thành ao buông rực rỡ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Nhiều sắc hoa sen đua hớn hở.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Bồ tát nhẹ đi tỏa bảo hương </w:t>
      </w:r>
    </w:p>
    <w:p>
      <w:pPr>
        <w:autoSpaceDN w:val="0"/>
        <w:autoSpaceDE w:val="0"/>
        <w:widowControl/>
        <w:spacing w:line="320" w:lineRule="exact" w:before="1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62 </w:t>
      </w:r>
    </w:p>
    <w:p>
      <w:pPr>
        <w:sectPr>
          <w:pgSz w:w="8419" w:h="11906"/>
          <w:pgMar w:top="288" w:right="352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86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Bảo hương tụ thành mây bảo quang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Bảo quang vân hiện nghìn bảo cái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Bảo cái hư không che bảo tràng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Bảo tràng phi phất vây kim điện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Kim điện lưới châu thần diệu biến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Diệu biến vô cùng bảo ngọc linh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Bảo linh bảo nhạc ngàn trùng chuyển.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Kim điện Phật tuyên pháp diệu thường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Hằng sa thánh chúng lắng tư lương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Hữu duyên mong kẻ đồng tâm nguyện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Xả thọ đồng sanh tịnh pháp đường. </w:t>
      </w:r>
    </w:p>
    <w:p>
      <w:pPr>
        <w:autoSpaceDN w:val="0"/>
        <w:autoSpaceDE w:val="0"/>
        <w:widowControl/>
        <w:spacing w:line="354" w:lineRule="exact" w:before="196" w:after="0"/>
        <w:ind w:left="22" w:right="22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6. Quán Chung Về Ðất Cây, Ao, Lầu Báu (Tổng </w:t>
      </w:r>
    </w:p>
    <w:p>
      <w:pPr>
        <w:autoSpaceDN w:val="0"/>
        <w:autoSpaceDE w:val="0"/>
        <w:widowControl/>
        <w:spacing w:line="414" w:lineRule="exact" w:before="44" w:after="0"/>
        <w:ind w:left="0" w:right="0" w:firstLine="0"/>
        <w:jc w:val="lef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Tướng Quán) </w:t>
      </w:r>
    </w:p>
    <w:p>
      <w:pPr>
        <w:autoSpaceDN w:val="0"/>
        <w:autoSpaceDE w:val="0"/>
        <w:widowControl/>
        <w:spacing w:line="354" w:lineRule="exact" w:before="156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Nơi cõi báu Cực Lạc mỗi khu vực có năm trăm </w:t>
      </w:r>
    </w:p>
    <w:p>
      <w:pPr>
        <w:autoSpaceDN w:val="0"/>
        <w:autoSpaceDE w:val="0"/>
        <w:widowControl/>
        <w:spacing w:line="416" w:lineRule="exact" w:before="46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ức bảo lâu. Trong những lâu các ấy có vô lượng chư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thiên thường trổi thiên nhạc. Lại có vô lượng nhạc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khí lơ lửng giữa hư không như bảo tràng ở cõi trời,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không ai trổi tự nhiên phát thành tiếng. Những tiếng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này đều din nói môn niệm Phật, niệm Pháp, niệm Tỳ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Khưu Tăng. </w:t>
      </w:r>
    </w:p>
    <w:p>
      <w:pPr>
        <w:autoSpaceDN w:val="0"/>
        <w:autoSpaceDE w:val="0"/>
        <w:widowControl/>
        <w:spacing w:line="320" w:lineRule="exact" w:before="7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63 </w:t>
      </w:r>
    </w:p>
    <w:p>
      <w:pPr>
        <w:sectPr>
          <w:pgSz w:w="8419" w:h="11906"/>
          <w:pgMar w:top="288" w:right="664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90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tưởng chung các tướng trên gồm bảo địa, </w:t>
      </w:r>
    </w:p>
    <w:p>
      <w:pPr>
        <w:autoSpaceDN w:val="0"/>
        <w:autoSpaceDE w:val="0"/>
        <w:widowControl/>
        <w:spacing w:line="422" w:lineRule="exact" w:before="0" w:after="0"/>
        <w:ind w:left="2" w:right="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bảo thọ, bảo trì, bảo lâu được thành rồi, gọi là thấy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thế giới Cực lạc về phần thô. </w:t>
      </w:r>
    </w:p>
    <w:p>
      <w:pPr>
        <w:autoSpaceDN w:val="0"/>
        <w:autoSpaceDE w:val="0"/>
        <w:widowControl/>
        <w:spacing w:line="354" w:lineRule="exact" w:before="192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Đây là môn tổng tưởng, thuộc về phép quán </w:t>
      </w:r>
    </w:p>
    <w:p>
      <w:pPr>
        <w:autoSpaceDN w:val="0"/>
        <w:autoSpaceDE w:val="0"/>
        <w:widowControl/>
        <w:spacing w:line="436" w:lineRule="exact" w:before="0" w:after="0"/>
        <w:ind w:left="2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thứ sáu. Nếu thấy tướng này, sẽ trừ được nghiệp ác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rất nặng trong vô lượng ức kiếp. Khi mạng chung,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kẻ ấy quyết định được sanh về cõi cực Lạc. </w:t>
      </w:r>
    </w:p>
    <w:p>
      <w:pPr>
        <w:autoSpaceDN w:val="0"/>
        <w:autoSpaceDE w:val="0"/>
        <w:widowControl/>
        <w:spacing w:line="354" w:lineRule="exact" w:before="150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như thế, gọi là chánh quán. Nếu tướng </w:t>
      </w:r>
    </w:p>
    <w:p>
      <w:pPr>
        <w:autoSpaceDN w:val="0"/>
        <w:autoSpaceDE w:val="0"/>
        <w:widowControl/>
        <w:spacing w:line="442" w:lineRule="exact" w:before="20" w:after="0"/>
        <w:ind w:left="2" w:right="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sai khác, là tà quán. </w:t>
      </w:r>
    </w:p>
    <w:p>
      <w:pPr>
        <w:autoSpaceDN w:val="0"/>
        <w:autoSpaceDE w:val="0"/>
        <w:widowControl/>
        <w:spacing w:line="240" w:lineRule="auto" w:before="136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258310" cy="628810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62881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354" w:lineRule="exact" w:before="182" w:after="34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Nếu hành giả duy tưởng đất cây, ao, mà chưa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4"/>
        <w:gridCol w:w="3654"/>
      </w:tblGrid>
      <w:tr>
        <w:trPr>
          <w:trHeight w:hRule="exact" w:val="426"/>
        </w:trPr>
        <w:tc>
          <w:tcPr>
            <w:tcW w:type="dxa" w:w="730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3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quán lầu các, thì sự thấy cõi Cực Lạc chưa được tinh, </w:t>
            </w:r>
          </w:p>
        </w:tc>
      </w:tr>
      <w:tr>
        <w:trPr>
          <w:trHeight w:hRule="exact" w:val="486"/>
        </w:trPr>
        <w:tc>
          <w:tcPr>
            <w:tcW w:type="dxa" w:w="3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34" w:after="0"/>
              <w:ind w:left="2" w:right="2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mà </w:t>
            </w:r>
          </w:p>
        </w:tc>
        <w:tc>
          <w:tcPr>
            <w:tcW w:type="dxa" w:w="37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34" w:after="0"/>
              <w:ind w:left="10" w:right="1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cảnh </w:t>
            </w:r>
          </w:p>
        </w:tc>
      </w:tr>
    </w:tbl>
    <w:p>
      <w:pPr>
        <w:autoSpaceDN w:val="0"/>
        <w:autoSpaceDE w:val="0"/>
        <w:widowControl/>
        <w:spacing w:line="320" w:lineRule="exact" w:before="1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64 </w:t>
      </w:r>
    </w:p>
    <w:p>
      <w:pPr>
        <w:sectPr>
          <w:pgSz w:w="8419" w:h="11906"/>
          <w:pgMar w:top="292" w:right="350" w:bottom="204" w:left="760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1"/>
        <w:gridCol w:w="3651"/>
      </w:tblGrid>
      <w:tr>
        <w:trPr>
          <w:trHeight w:hRule="exact" w:val="200"/>
        </w:trPr>
        <w:tc>
          <w:tcPr>
            <w:tcW w:type="dxa" w:w="3650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1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40" w:lineRule="auto" w:before="466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533900" cy="295837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58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533900" cy="313972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397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424" w:lineRule="exact" w:before="11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Tịnh độ cũng chưa gọi là trang nghiêm. Thế giới Cực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Lạc rất rộng lớn gồm nhiều khu vực, mỗi khu vực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năm trăm ức bảo lâu. "Chư thiên thường trổi thiên </w:t>
      </w:r>
    </w:p>
    <w:p>
      <w:pPr>
        <w:autoSpaceDN w:val="0"/>
        <w:autoSpaceDE w:val="0"/>
        <w:widowControl/>
        <w:spacing w:line="320" w:lineRule="exact" w:before="2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65 </w:t>
      </w:r>
    </w:p>
    <w:p>
      <w:pPr>
        <w:sectPr>
          <w:pgSz w:w="8419" w:h="11906"/>
          <w:pgMar w:top="282" w:right="662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32" w:lineRule="exact" w:before="206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nhạc" là lược thuật sự trang nghiêm bên trong lầu các;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"nhạc khí lơ lửng giữa hư không" là nói sự trang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nghiêm bên ngoài. </w:t>
      </w:r>
    </w:p>
    <w:p>
      <w:pPr>
        <w:autoSpaceDN w:val="0"/>
        <w:autoSpaceDE w:val="0"/>
        <w:widowControl/>
        <w:spacing w:line="354" w:lineRule="exact" w:before="17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Đoạn chánh văn trên, trước tiên đức Phật dạy </w:t>
      </w:r>
    </w:p>
    <w:p>
      <w:pPr>
        <w:autoSpaceDN w:val="0"/>
        <w:autoSpaceDE w:val="0"/>
        <w:widowControl/>
        <w:spacing w:line="422" w:lineRule="exact" w:before="0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tưởng riêng về lầu các, sau bảo quán chung cả đất, cây,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ao, lầu báu. Cho nên môn thứ sáu này có hai phương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diện: phần riêng là bảo lâu quán, phần chung là tổng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tưởng quán nay chỉ lấy tổng quán làm điểm chánh. </w:t>
      </w:r>
    </w:p>
    <w:p>
      <w:pPr>
        <w:autoSpaceDN w:val="0"/>
        <w:autoSpaceDE w:val="0"/>
        <w:widowControl/>
        <w:spacing w:line="442" w:lineRule="exact" w:before="148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Phật bảo A Nan và Vi Đề Hy: "Hãy để </w:t>
      </w:r>
    </w:p>
    <w:p>
      <w:pPr>
        <w:autoSpaceDN w:val="0"/>
        <w:autoSpaceDE w:val="0"/>
        <w:widowControl/>
        <w:spacing w:line="414" w:lineRule="exact" w:before="0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tâm lắng nghe và khéo suy nghĩ! Ta sẽ vì các ngươi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mà giảng thuyết phân biệt pháp trừ khổ não. Các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ngươi nên ghi nhớ rồi giải nói rành rẽ lại cho khắp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trong đại chúng nghe". </w:t>
      </w:r>
    </w:p>
    <w:p>
      <w:pPr>
        <w:autoSpaceDN w:val="0"/>
        <w:autoSpaceDE w:val="0"/>
        <w:widowControl/>
        <w:spacing w:line="354" w:lineRule="exact" w:before="192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đức Thế Tôn vừa nói lời ấy xong, thì Phật </w:t>
      </w:r>
    </w:p>
    <w:p>
      <w:pPr>
        <w:autoSpaceDN w:val="0"/>
        <w:autoSpaceDE w:val="0"/>
        <w:widowControl/>
        <w:spacing w:line="416" w:lineRule="exact" w:before="46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Vô Lượng Thọ đã hiện thân trụ lập giữa hư không,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hai vị đại sĩ Quán Thế Âm, Đại Thế Chí đứng đầu tả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hữu. Ánh quang minh từ thân của Tây phương tam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thánh tỏa ra rực rỡ, nhìn không thể xiết, dù cho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trăm ngàn sắc vàng diêm phù đàn cũng không thể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sánh ví được. </w:t>
      </w:r>
    </w:p>
    <w:p>
      <w:pPr>
        <w:autoSpaceDN w:val="0"/>
        <w:autoSpaceDE w:val="0"/>
        <w:widowControl/>
        <w:spacing w:line="442" w:lineRule="exact" w:before="140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Vi Đề Hy phu nhơn được thấy Vô Lượng Thọ </w:t>
      </w:r>
    </w:p>
    <w:p>
      <w:pPr>
        <w:autoSpaceDN w:val="0"/>
        <w:autoSpaceDE w:val="0"/>
        <w:widowControl/>
        <w:spacing w:line="404" w:lineRule="exact" w:before="18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Lai, liền cúi đầu đảnh lạy Phật và thưa rằng: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"Bạch đức Thế Tôn! nay con nhờ từ lực được thấy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 A Mi Đà và hai vị Bồ Tát. Chúng sinh đời sau </w:t>
      </w:r>
    </w:p>
    <w:p>
      <w:pPr>
        <w:autoSpaceDN w:val="0"/>
        <w:autoSpaceDE w:val="0"/>
        <w:widowControl/>
        <w:spacing w:line="320" w:lineRule="exact" w:before="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66 </w:t>
      </w:r>
    </w:p>
    <w:p>
      <w:pPr>
        <w:sectPr>
          <w:pgSz w:w="8419" w:h="11906"/>
          <w:pgMar w:top="288" w:right="352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62" w:lineRule="exact" w:before="182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phải làm thế nào để quán tưởng Tây phương tam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thánh?" </w:t>
      </w:r>
    </w:p>
    <w:p>
      <w:pPr>
        <w:autoSpaceDN w:val="0"/>
        <w:autoSpaceDE w:val="0"/>
        <w:widowControl/>
        <w:spacing w:line="354" w:lineRule="exact" w:before="14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Đức Thế Tôn vì thương xót chúng sanh bị lửa tam </w:t>
      </w:r>
    </w:p>
    <w:p>
      <w:pPr>
        <w:autoSpaceDN w:val="0"/>
        <w:autoSpaceDE w:val="0"/>
        <w:widowControl/>
        <w:spacing w:line="424" w:lineRule="exact" w:before="0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độc thiêu đốt, mãi trôi nổi trong biển luân hồi, nên mới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bảo ngài A Nan và Vi Đề Hy phu nhơn thọ trì quán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pháp sau đây rồi tuyên thuyết lại cho đại chúng cùng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nghe. Bởi đấng Hóa Chủ cõi Ta Bà vì lợi sanh mà trụ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tưởng nơi tây phương, nên bậc Từ tôn miền An Lạc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cảm thông mới hiện thân ở trời đông độ. Đây là đạo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giáo hóa của hai bậc chí thánh tương ưng để mở đầu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cho sự khai giảng pháp Quán Phật tam muội. Và cũng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bởi thánh chúng trong pháp hội, phần nhiều căn cơ còn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kém nên Tây phương tam thánh mới giúp duyên bằng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cách trình tượng giữa hư không. </w:t>
      </w:r>
    </w:p>
    <w:p>
      <w:pPr>
        <w:autoSpaceDN w:val="0"/>
        <w:autoSpaceDE w:val="0"/>
        <w:widowControl/>
        <w:spacing w:line="352" w:lineRule="exact" w:before="19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  <w:u w:val="single"/>
        </w:rPr>
        <w:t>Hỏi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: Đức của Phật A Mi Đà rất tôn cao, ngài đã vì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bản nguyện mà đến Ta Bà, sao không thị hiện ngồi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đoan chính trên hoa sen, lại hiện thân đứng? </w:t>
      </w:r>
    </w:p>
    <w:p>
      <w:pPr>
        <w:autoSpaceDN w:val="0"/>
        <w:autoSpaceDE w:val="0"/>
        <w:widowControl/>
        <w:spacing w:line="354" w:lineRule="exact" w:before="18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  <w:u w:val="single"/>
        </w:rPr>
        <w:t>Đáp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: Đó là vì chúng sanh ở cõi này bị nhiều sự </w:t>
      </w:r>
    </w:p>
    <w:p>
      <w:pPr>
        <w:autoSpaceDN w:val="0"/>
        <w:autoSpaceDE w:val="0"/>
        <w:widowControl/>
        <w:spacing w:line="424" w:lineRule="exact" w:before="0" w:after="0"/>
        <w:ind w:left="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khổn ác vây quanh, kiếp sống lại vô thường ngắn ngủi,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cần được mau vớt khỏi dòng mê, nên đức Vô Lượng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Thọ Như Lai mới hiện tướng đại bi cấp cứu. </w:t>
      </w:r>
    </w:p>
    <w:p>
      <w:pPr>
        <w:autoSpaceDN w:val="0"/>
        <w:autoSpaceDE w:val="0"/>
        <w:widowControl/>
        <w:spacing w:line="426" w:lineRule="exact" w:before="13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  <w:u w:val="single"/>
        </w:rPr>
        <w:t>Hỏi: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Y chánh cõi Tây phương quá nhiệm mầu, mà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chúng sanh miền ngũ trược loạn tưởng phân vân, màn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vô minh dày đặc, làm sao tác quán được tường tất? </w:t>
      </w:r>
    </w:p>
    <w:p>
      <w:pPr>
        <w:autoSpaceDN w:val="0"/>
        <w:autoSpaceDE w:val="0"/>
        <w:widowControl/>
        <w:spacing w:line="320" w:lineRule="exact" w:before="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67 </w:t>
      </w:r>
    </w:p>
    <w:p>
      <w:pPr>
        <w:sectPr>
          <w:pgSz w:w="8419" w:h="11906"/>
          <w:pgMar w:top="29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8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  <w:u w:val="single"/>
        </w:rPr>
        <w:t>Đáp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: Nếu duy cứ theo vọng nghiệp của chúng </w:t>
      </w:r>
    </w:p>
    <w:p>
      <w:pPr>
        <w:autoSpaceDN w:val="0"/>
        <w:autoSpaceDE w:val="0"/>
        <w:widowControl/>
        <w:spacing w:line="424" w:lineRule="exact" w:before="0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 thì chỉ luống công mệt sức. Như hành giả biết chí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tâm nương cầu sức Phật gia bị, tất tùy theo chỗ quán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đều sẽ được thấy. Muốn như thế, hành giả nên trang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nghiêm đạo tràng, quì trước tượng Phật hết lòng hổ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thẹn, bi thương rơi lệ, sám hối tội chướng của mình.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Lúc ấy nên khải thỉnh đức Thích Ca Mâu Ni và mười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phương hằng sa chư Phật, lại niệm bản nguyện của Mi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Đà Thế Tôn, tâm nghĩ miệng nói: "Đệ tử pháp danh....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kẻ phàm phu, tội chướng sâu nặng. Nguyện Phật xót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thương hộ niệm, khiến cho con được khai ngộ và thành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tựu cảnh sở quán. Nay con nguyện xả thân mạng,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nương về đức A Mi Đà Thế Tôn, như được thấy cùng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đều nhờ ân lực của Phật". Kế đó tiếp tục chí 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lạysám, rồi dẹp hết muôn duyên y theo phương pháp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bền chí một lòng tu tập. Hành trì như thế lâu ngày tự sẽ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được thấy, bằng chẳng vậy dù tiêu hao nhiều năm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tháng, quán hạnh cũng khó thành. Khi quán cảnh hiện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ra có hai thứ: </w:t>
      </w:r>
    </w:p>
    <w:p>
      <w:pPr>
        <w:autoSpaceDN w:val="0"/>
        <w:autoSpaceDE w:val="0"/>
        <w:widowControl/>
        <w:spacing w:line="424" w:lineRule="exact" w:before="1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1. Do tưởng mà thấy, vì còn có tri giác, nên tuy </w:t>
      </w:r>
    </w:p>
    <w:p>
      <w:pPr>
        <w:autoSpaceDN w:val="0"/>
        <w:autoSpaceDE w:val="0"/>
        <w:widowControl/>
        <w:spacing w:line="352" w:lineRule="exact" w:before="5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cảnh hiện sự thấy chưa được rõ ràng. </w:t>
      </w:r>
    </w:p>
    <w:p>
      <w:pPr>
        <w:autoSpaceDN w:val="0"/>
        <w:autoSpaceDE w:val="0"/>
        <w:widowControl/>
        <w:spacing w:line="352" w:lineRule="exact" w:before="19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2. Do định mà thấy, bởi tri giác trong ngoài đã </w:t>
      </w:r>
    </w:p>
    <w:p>
      <w:pPr>
        <w:autoSpaceDN w:val="0"/>
        <w:autoSpaceDE w:val="0"/>
        <w:widowControl/>
        <w:spacing w:line="422" w:lineRule="exact" w:before="4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diệt, nên tịnh cảnh hiện ra nhiệm mầu không thể so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sánh nghĩ bàn được. </w:t>
      </w:r>
    </w:p>
    <w:p>
      <w:pPr>
        <w:autoSpaceDN w:val="0"/>
        <w:autoSpaceDE w:val="0"/>
        <w:widowControl/>
        <w:spacing w:line="320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68 </w:t>
      </w:r>
    </w:p>
    <w:p>
      <w:pPr>
        <w:sectPr>
          <w:pgSz w:w="8419" w:h="11906"/>
          <w:pgMar w:top="288" w:right="352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14" w:lineRule="exact" w:before="278" w:after="0"/>
        <w:ind w:left="720" w:right="720" w:firstLine="0"/>
        <w:jc w:val="lef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7. Quán Tưởng Tòa Sen (Hoa Tòa Quán) </w:t>
      </w:r>
    </w:p>
    <w:p>
      <w:pPr>
        <w:autoSpaceDN w:val="0"/>
        <w:autoSpaceDE w:val="0"/>
        <w:widowControl/>
        <w:spacing w:line="354" w:lineRule="exact" w:before="154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Phật bảo Vi Đề Hy: Muốn quán đức Phật </w:t>
      </w:r>
    </w:p>
    <w:p>
      <w:pPr>
        <w:autoSpaceDN w:val="0"/>
        <w:autoSpaceDE w:val="0"/>
        <w:widowControl/>
        <w:spacing w:line="414" w:lineRule="exact" w:before="48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kia, trước tiên phải khởi tưởng trên đất thất bảo có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hoa sen. Mỗi cánh sen này ửng sắc bá bảo, có tám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muôn bốn ngàn đường gân dường như bức vẽ thiên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nhiên. Mỗi đường gân có tám muôn bốn ngàn tia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sáng, chiếu suốt rõ ràng. Các chi tiết trên đây, phải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0"/>
        <w:gridCol w:w="3650"/>
      </w:tblGrid>
      <w:tr>
        <w:trPr>
          <w:trHeight w:hRule="exact" w:val="554"/>
        </w:trPr>
        <w:tc>
          <w:tcPr>
            <w:tcW w:type="dxa" w:w="36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quán thấy cho rành rẽ. </w:t>
            </w:r>
          </w:p>
        </w:tc>
        <w:tc>
          <w:tcPr>
            <w:tcW w:type="dxa" w:w="1600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40" w:lineRule="auto" w:before="72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535170" cy="3139733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31397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354" w:lineRule="exact" w:before="192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Toàn hoa sen có đủ tám muôn bốn ngàn cánh,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cánh nhỏ nhứt cũng rộng hai trăm năm mươi do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tuần. Trong mỗi cánh có trăm ức hạt Ma Ni Châu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Vương trang nghiêm sáng chói. Mỗi hạt châu ma ni </w:t>
      </w:r>
    </w:p>
    <w:p>
      <w:pPr>
        <w:autoSpaceDN w:val="0"/>
        <w:autoSpaceDE w:val="0"/>
        <w:widowControl/>
        <w:spacing w:line="320" w:lineRule="exact" w:before="3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69 </w:t>
      </w:r>
    </w:p>
    <w:p>
      <w:pPr>
        <w:sectPr>
          <w:pgSz w:w="8419" w:h="11906"/>
          <w:pgMar w:top="278" w:right="664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9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phóng ra ngàn sắc quang minh như lọng thất bảo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2"/>
        <w:gridCol w:w="3652"/>
      </w:tblGrid>
      <w:tr>
        <w:trPr>
          <w:trHeight w:hRule="exact" w:val="642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42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che khắp trên mặt đất. </w:t>
            </w:r>
          </w:p>
        </w:tc>
        <w:tc>
          <w:tcPr>
            <w:tcW w:type="dxa" w:w="1590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42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Muốn tưởng đức Phật, trước phải quán tòa sen của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ngài thường ngự, ví như bề tôi cung kính chiêm bái vua,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 tiên từ dưới thềm nhìn lên. Đường gân như bức vẽ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thiên nhiên, là chỉ cho sự khéo đẹp. Hoa sen có tám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muôn bốn ngàn cánh, tiêu biểu cho đức Vô Lượng Thọ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Như Lai đã trừ diệt 84.000 trần lao, thành tựu 84.000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diệu hạnh. Cánh sen nhỏ nhứt rộng 250 do tuần, hiển thị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tòa sen này to lớn vô cùng, tất nhiên thân tướng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cũng cao lớn vô tỷ. Mỗi cánh sen trang nghiêm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bằng trăm ức hạt ma ni châu vương, mỗi hạt châu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phóng lên hư không ngàn tia sáng tụ lại hình như tàng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lọng thất bảo che khắp trên mặt đất; một hạt châu đã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thế, trăm ức hạt châu cũng như vậy, mỗi cánh sen đã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thế, 84.000 cánh cũng như vậy, chỉ rõ sự trang nghiêm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kỳ lạ của hoa tòa thật vô cùng! </w:t>
      </w:r>
    </w:p>
    <w:p>
      <w:pPr>
        <w:autoSpaceDN w:val="0"/>
        <w:autoSpaceDE w:val="0"/>
        <w:widowControl/>
        <w:spacing w:line="354" w:lineRule="exact" w:before="196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Đài sen được tạo thành bằng chất báu chính là </w:t>
      </w:r>
    </w:p>
    <w:p>
      <w:pPr>
        <w:autoSpaceDN w:val="0"/>
        <w:autoSpaceDE w:val="0"/>
        <w:widowControl/>
        <w:spacing w:line="424" w:lineRule="exact" w:before="0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Thích Ca Tỳ Lăng Già. Ngoài ra, còn có tám vạn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ngọc báu kim cương, chân thúc ca, phạm ma ni và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lưới diệu chân châu trang sức. Trên đài sen tự nhiên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có bốn trụ Bảo Tràng; mỗi trụ cao lớn như trăm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ngàn muôn ức núi Tu Di. Trên Bảo Trụ có mành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báu và năm trăm ức vi diệu bảo châu che phủ, hình </w:t>
      </w:r>
    </w:p>
    <w:p>
      <w:pPr>
        <w:autoSpaceDN w:val="0"/>
        <w:autoSpaceDE w:val="0"/>
        <w:widowControl/>
        <w:spacing w:line="320" w:lineRule="exact" w:before="2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70 </w:t>
      </w:r>
    </w:p>
    <w:p>
      <w:pPr>
        <w:sectPr>
          <w:pgSz w:w="8419" w:h="11906"/>
          <w:pgMar w:top="292" w:right="352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20" w:after="0"/>
        <w:ind w:left="0" w:right="24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cung trời Dạ Ma trang nghiêm rực rỡ. Mỗi hạt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bảo châu có tám muôn bốn ngàn ánh sáng, mỗi ánh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sáng phát ra tám muôn bốn ngàn kim sắc khác lạ soi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khắp cõi báu, tùy mỗi nơi hiện mỗi mỗi tướng kim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sắc khác nhau. Các tướng ấy như đài kim cương,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hoặc lưới chơn châu hay mây tạp hoa... ở khắp mười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phương, tùy ý biến hiện làm những Phật sự.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Đây là môn hoa tòa tưởng, thuộc về phép quán </w:t>
      </w:r>
    </w:p>
    <w:p>
      <w:pPr>
        <w:autoSpaceDN w:val="0"/>
        <w:autoSpaceDE w:val="0"/>
        <w:widowControl/>
        <w:spacing w:line="354" w:lineRule="exact" w:before="68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thứ bảy. </w:t>
      </w:r>
    </w:p>
    <w:p>
      <w:pPr>
        <w:autoSpaceDN w:val="0"/>
        <w:autoSpaceDE w:val="0"/>
        <w:widowControl/>
        <w:spacing w:line="426" w:lineRule="exact" w:before="13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Châu thúc ca, Trung Hoa dịch là xích sắc bảo, </w:t>
      </w:r>
    </w:p>
    <w:p>
      <w:pPr>
        <w:autoSpaceDN w:val="0"/>
        <w:autoSpaceDE w:val="0"/>
        <w:widowControl/>
        <w:spacing w:line="420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một loại báu sắc đỏ. Phạm ma ni là thứ ngọc như 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ngần sáng sạch vô cùng. Dạ Ma Trung Hoa dịch: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Thời Phận, thuộc về cõi trời Không cư, ở tầng thứ ba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của Dục giới. Cõi trời này hoa quang cực trang nghiêm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sáng suốt, nên trong kinh đem ra để thí dụ. Nói "tùy ý",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chỉ rõ còn nhiều biến tướng khác lạ nữa. </w:t>
      </w:r>
    </w:p>
    <w:p>
      <w:pPr>
        <w:autoSpaceDN w:val="0"/>
        <w:autoSpaceDE w:val="0"/>
        <w:widowControl/>
        <w:spacing w:line="354" w:lineRule="exact" w:before="1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Đại khái đoạn kinh này din tả trên đài sen (tức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gương sen) có bốn trụ bảo tàng trên trụ có mành báu và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diệu châu, các châu báu phóng vô lượng quang sắc khác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nhau soi khắp mười phương, tùy ý hiện ra vô số tướng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lạ để làm những Phật sự. </w:t>
      </w:r>
    </w:p>
    <w:p>
      <w:pPr>
        <w:autoSpaceDN w:val="0"/>
        <w:autoSpaceDE w:val="0"/>
        <w:widowControl/>
        <w:spacing w:line="354" w:lineRule="exact" w:before="196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Thế Tôn bảo A Nan: Hoa sen mầu nhiệm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ấy do nguyên lực của Tỳ Khưu Pháp Tạng thành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tựu. Muốn quán đức Phật Kia, trước phải tưởng hoa </w:t>
      </w:r>
    </w:p>
    <w:p>
      <w:pPr>
        <w:autoSpaceDN w:val="0"/>
        <w:autoSpaceDE w:val="0"/>
        <w:widowControl/>
        <w:spacing w:line="320" w:lineRule="exact" w:before="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71 </w:t>
      </w:r>
    </w:p>
    <w:p>
      <w:pPr>
        <w:sectPr>
          <w:pgSz w:w="8419" w:h="11906"/>
          <w:pgMar w:top="292" w:right="660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20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tòa này. Khi tu môn tưởng đây, không được quán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tạp, phải quán từ đài sen đến mỗi mỗi cánh, hạt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châu, ánh sáng, trụ bảo tràng, đều cho rõ ràng, như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người soi gương tự thấy mặt mình. Phép tưởng này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nếu thành, sẽ diệt trừ tội chướng trong năm muôn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ức kiếp sanh tử, quyết định được sanh về thế giới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Cực Lạc. </w:t>
      </w:r>
    </w:p>
    <w:p>
      <w:pPr>
        <w:autoSpaceDN w:val="0"/>
        <w:autoSpaceDE w:val="0"/>
        <w:widowControl/>
        <w:spacing w:line="442" w:lineRule="exact" w:before="140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như thế, gọi là chánh quán. Nếu tưởng </w:t>
      </w:r>
    </w:p>
    <w:p>
      <w:pPr>
        <w:autoSpaceDN w:val="0"/>
        <w:autoSpaceDE w:val="0"/>
        <w:widowControl/>
        <w:spacing w:line="422" w:lineRule="exact" w:before="0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sai khác, là tà quán. </w:t>
      </w:r>
    </w:p>
    <w:p>
      <w:pPr>
        <w:autoSpaceDN w:val="0"/>
        <w:autoSpaceDE w:val="0"/>
        <w:widowControl/>
        <w:spacing w:line="354" w:lineRule="exact" w:before="14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Đức Phật A Mi Đà trong nhiều kiếp lâu xa về </w:t>
      </w:r>
    </w:p>
    <w:p>
      <w:pPr>
        <w:autoSpaceDN w:val="0"/>
        <w:autoSpaceDE w:val="0"/>
        <w:widowControl/>
        <w:spacing w:line="424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trước, tiền thân là một vị quốc vương, được gặp Thế Tự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Tại Vương Như Lai, bỏ nước xuất gia, hiệu là Pháp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Tạng. Vị Tỳ kheo này phát bốn mươi tám điều đại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nguyện để tạo thành cõi Tịnh độ. Thế thì quả tướng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trang nghiêm ở Cực Lạc đều do nguyện lực mà thành,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đâu phải chỉ riêng tòa sen? Chẳng qua điểm này được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nêu lên, chính để hiển thị miền An Dưỡng tức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nguyện thể của Phật, và nguyện do tâm mà phát nên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cũng là tâm thể của Phật, và nguyện do tâm mà phát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nên cũng là tâm thể của Như Lai. Thế thì biết nguyện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lực không thể nghĩ bàn vậy. Có lời khen rằng: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Sen mầu lạ, </w:t>
      </w:r>
    </w:p>
    <w:p>
      <w:pPr>
        <w:autoSpaceDN w:val="0"/>
        <w:autoSpaceDE w:val="0"/>
        <w:widowControl/>
        <w:spacing w:line="354" w:lineRule="exact" w:before="192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Muôn cánh chói kỳ trân. </w:t>
      </w:r>
    </w:p>
    <w:p>
      <w:pPr>
        <w:autoSpaceDN w:val="0"/>
        <w:autoSpaceDE w:val="0"/>
        <w:widowControl/>
        <w:spacing w:line="320" w:lineRule="exact" w:before="4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72 </w:t>
      </w:r>
    </w:p>
    <w:p>
      <w:pPr>
        <w:sectPr>
          <w:pgSz w:w="8419" w:h="11906"/>
          <w:pgMar w:top="292" w:right="352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474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Đài ánh bảo tràng trùm lưới báu.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Quang thi Phật sự biến hoa thần.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Nghìn xứ nổi hương vân! </w:t>
      </w:r>
    </w:p>
    <w:p>
      <w:pPr>
        <w:autoSpaceDN w:val="0"/>
        <w:autoSpaceDE w:val="0"/>
        <w:widowControl/>
        <w:spacing w:line="414" w:lineRule="exact" w:before="172" w:after="0"/>
        <w:ind w:left="384" w:right="384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8. Quán Tưởng Phật và Bồ Tát (Tưởng Quán) </w:t>
      </w:r>
    </w:p>
    <w:p>
      <w:pPr>
        <w:autoSpaceDN w:val="0"/>
        <w:autoSpaceDE w:val="0"/>
        <w:widowControl/>
        <w:spacing w:line="354" w:lineRule="exact" w:before="154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Này A Nan, Vi Đề Hy! Khi thấy tướng hoa tòa </w:t>
      </w:r>
    </w:p>
    <w:p>
      <w:pPr>
        <w:autoSpaceDN w:val="0"/>
        <w:autoSpaceDE w:val="0"/>
        <w:widowControl/>
        <w:spacing w:line="424" w:lineRule="exact" w:before="0" w:after="0"/>
        <w:ind w:left="0" w:right="28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rồi, kế tiếp nên quán hình tượng Phật. Việc ấy như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thế nào? Chư Phật Như Lai là thân pháp giới vào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trong tất cả tâm tưởng của chúng sanh. Cho nên khi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tâm các ngươi tưởng Phật, tâm ấy chính là ba mươi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hai tướng, tám mươi vẻ đẹp tùy hình; tâm ấy làm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Phật, tâm ấy là Phật. Biển chánh biến tri của Phật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từ nơi tâm tưởng mà sanh. Vì thế các ngươi nên một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lòng hệ niệm quán kỹ đức Đa Đà A Dà Độ, A La Ha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Tam Miệu Tam Phật Đà kia. </w:t>
      </w:r>
    </w:p>
    <w:p>
      <w:pPr>
        <w:autoSpaceDN w:val="0"/>
        <w:autoSpaceDE w:val="0"/>
        <w:widowControl/>
        <w:spacing w:line="352" w:lineRule="exact" w:before="18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Chúng sanh từ vô lượng kiếp đến nay, phần nhiều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chưa thấy chân thân của Phật, chỉ thấy hình tượng, nên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 tiên đức Thế Tôn dạy về môn tượng quán. Câu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"việc ấy như thế nào" có những ý nghĩa; Việc quán Phật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như thế nào? Tại sao phải tu môn Phật tưởng? Đoạn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 bà Vi Đề Hy chỉ hỏi đức A Mi Đà, nay Như Lai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lại nói chúng chư Phật là muốn hiển thị chư Phật đồng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một pháp thân. Danh từ "pháp giới" đây, hàm ba 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nghĩa: tâm cùng khắp, thân cùng khắp, và không </w:t>
      </w:r>
    </w:p>
    <w:p>
      <w:pPr>
        <w:autoSpaceDN w:val="0"/>
        <w:autoSpaceDE w:val="0"/>
        <w:widowControl/>
        <w:spacing w:line="320" w:lineRule="exact" w:before="3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73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382.0" w:type="dxa"/>
      </w:tblPr>
      <w:tblGrid>
        <w:gridCol w:w="3652"/>
        <w:gridCol w:w="3652"/>
      </w:tblGrid>
      <w:tr>
        <w:trPr>
          <w:trHeight w:hRule="exact" w:val="200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2" w:lineRule="exact" w:before="42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chướng ngại. Pháp thân vẫn tự tại khắp nơi nên khi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chúng sanh dùng tịnh tâm tưởng Phật, thì Phật thân tùy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ứng. Trạng thái này như gương trăng tròn sáng trên nền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trời cao, vẫn không có ý tư riêng, nếu nước lặng trong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thì muôn dòng đều hiện bóng. "Tâm ấy" chỉ cho 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quán Phật của hành giả, vì do quán tưởng Phật nên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tướng hiện trong tâm, tức nơi tâm đủ tướng hảo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Phật. Chúng sanh y theo lời dạy, tâm này, nên gọi "tâm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này làm Phật". Vì e hành giả tưởng lầm môn Phật quán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khi thành do từ bên ngoài mà được, nên lại nói "tâm 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Phật". Trí huệ của Như Lai đầy khắp pháp giới bao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la, sáng suốt không chướng ngại, biết các Pháp một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cách chính xác gọi là "biến chánh biến tri". Đức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vô biên, nay chỉ lược cử một chánh biến tri để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nhiếp tất cả các thứ khác. Và vì muôn đức của Như Lai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sở dĩ được thành tựu, khởi thỉ đều do sự phát tâm tu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hành, nên gọi "từ nơi tâm tưởng mà sanh". </w:t>
      </w:r>
    </w:p>
    <w:p>
      <w:pPr>
        <w:autoSpaceDN w:val="0"/>
        <w:autoSpaceDE w:val="0"/>
        <w:widowControl/>
        <w:spacing w:line="354" w:lineRule="exact" w:before="18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Buộc tâm chuyên chú một cảnh gọi là hệ niệm. Đa </w:t>
      </w:r>
    </w:p>
    <w:p>
      <w:pPr>
        <w:autoSpaceDN w:val="0"/>
        <w:autoSpaceDE w:val="0"/>
        <w:widowControl/>
        <w:spacing w:line="424" w:lineRule="exact" w:before="0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đà a dà độ, Trung Hoa dịch là Như Lai, A la Ha là Ứng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cúng, Tam miệu tam Phật đà là Chánh biến tri. Đây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lược cử 3 đức hiệu trong mười hiệu của Phật. </w:t>
      </w:r>
    </w:p>
    <w:p>
      <w:pPr>
        <w:autoSpaceDN w:val="0"/>
        <w:autoSpaceDE w:val="0"/>
        <w:widowControl/>
        <w:spacing w:line="354" w:lineRule="exact" w:before="196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Muốn quán Phật Vô Lượng Thọ trước phải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tưởng hình tượng làm sao cho khi nhắm mắt mở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mắt đều thấy một bảo tượng như sắc vàng diêm phù </w:t>
      </w:r>
    </w:p>
    <w:p>
      <w:pPr>
        <w:autoSpaceDN w:val="0"/>
        <w:autoSpaceDE w:val="0"/>
        <w:widowControl/>
        <w:spacing w:line="320" w:lineRule="exact" w:before="2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74 </w:t>
      </w:r>
    </w:p>
    <w:p>
      <w:pPr>
        <w:sectPr>
          <w:pgSz w:w="8419" w:h="11906"/>
          <w:pgMar w:top="262" w:right="352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2" w:lineRule="exact" w:before="414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đàn, ngồi trên tòa sen kia. Lúc thấy Phật tượng rồi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tâm nhãn tự được mở mang rõ ràng sáng suốt. Bấy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giờ hành giả thấy cõi Cực Lạc bảy báu trang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nghiêm, như: Bảo địa, bảo trì, hàng bảo thọ, trên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cây có mành báu chư thiên che phủ, các lưới báu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giăng khắp giữa hư không. </w:t>
      </w:r>
    </w:p>
    <w:p>
      <w:pPr>
        <w:autoSpaceDN w:val="0"/>
        <w:autoSpaceDE w:val="0"/>
        <w:widowControl/>
        <w:spacing w:line="354" w:lineRule="exact" w:before="192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thấy cảnh tướng rất rõ ràng như nhìn vào </w:t>
      </w:r>
    </w:p>
    <w:p>
      <w:pPr>
        <w:autoSpaceDN w:val="0"/>
        <w:autoSpaceDE w:val="0"/>
        <w:widowControl/>
        <w:spacing w:line="422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bàn tay rồi lại tưởng hai hoa sen lớn, một ở bên tả,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một ở bên hữu của Phật, cả hai đều giống như tòa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sen trước. Xong lại tưởng hình tượng Quán Thế Âm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Bồ Tát ngồi tòa sen bên trái, tượng Đại Thế Chí Bồ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Tát ngồi tòa sen bên mặt, thân tướng đều rực rỡ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sắc vàng diêm phù đàn. </w:t>
      </w:r>
    </w:p>
    <w:p>
      <w:pPr>
        <w:autoSpaceDN w:val="0"/>
        <w:autoSpaceDE w:val="0"/>
        <w:widowControl/>
        <w:spacing w:line="354" w:lineRule="exact" w:before="18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Tướng hảo của Tây phương tam thánh rất nhiệm </w:t>
      </w:r>
    </w:p>
    <w:p>
      <w:pPr>
        <w:autoSpaceDN w:val="0"/>
        <w:autoSpaceDE w:val="0"/>
        <w:widowControl/>
        <w:spacing w:line="426" w:lineRule="exact" w:before="0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mầu, hàng phàm phu thô tâm không thể thấy hết được,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nên phải mượn hình tượng tiêu biểu cho chơn thân,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dùng phương tiện từ d đi vào khó. Câu "ngồi trên tòa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sen" tức chỉ cho hoa đã din tả ở đoạn trước. Câu "bấy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giờ hành giả..." đến "giữa hư không", ý bảo dù đã thấy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tượng Phật, cũng nên chú tâm đến y báo ở Tây phương,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đừng cho quên mất. Theo ngài Nguyên Chiếu, tòa sen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của hai vị Bồ tát tuy giống như hoa tòa của Phật, nhưng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cứ nơi thân lượng, phải hơi nhỏ hơn; kinh văn trên đây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chỉ nói đại lược song học giả phải hiểu phần thâm ý. </w:t>
      </w:r>
    </w:p>
    <w:p>
      <w:pPr>
        <w:autoSpaceDN w:val="0"/>
        <w:autoSpaceDE w:val="0"/>
        <w:widowControl/>
        <w:spacing w:line="320" w:lineRule="exact" w:before="2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75 </w:t>
      </w:r>
    </w:p>
    <w:p>
      <w:pPr>
        <w:sectPr>
          <w:pgSz w:w="8419" w:h="11906"/>
          <w:pgMar w:top="29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90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Phép quán này thành rồi, lại tưởng thân tướng </w:t>
      </w:r>
    </w:p>
    <w:p>
      <w:pPr>
        <w:autoSpaceDN w:val="0"/>
        <w:autoSpaceDE w:val="0"/>
        <w:widowControl/>
        <w:spacing w:line="424" w:lineRule="exact" w:before="0" w:after="0"/>
        <w:ind w:left="0" w:right="24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của Phật và Bồ Tát đều phóng ánh sáng vàng, chiếu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các cây báu. Nơi mỗi gốc cây đều có tượng Phật và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hai vị Bồ tát ngồi trên tòa sen, như thế cho khắp cả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bảo độ. </w:t>
      </w:r>
    </w:p>
    <w:p>
      <w:pPr>
        <w:autoSpaceDN w:val="0"/>
        <w:autoSpaceDE w:val="0"/>
        <w:widowControl/>
        <w:spacing w:line="442" w:lineRule="exact" w:before="140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như thế xong, hành giả lại tưởng tiếng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nước chảy, ánh sáng, các cây báu, những loài chim: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phù, nhạn, oan ương nói pháp mầu, cho đến khi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xuất định, nhập định hằng được nghe thấy. Pháp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mầu nầy dù cho khi xuất định, hành giả phải ghi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nhớ đừng quên, và cần phải hợp với Tu đa la. Nếu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pháp không hợp với khế kinh, gọi là vọng tưởng;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hợp, gọi là tưởng thấy thế giới Cực Lạc về phần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thô. </w:t>
      </w:r>
    </w:p>
    <w:p>
      <w:pPr>
        <w:autoSpaceDN w:val="0"/>
        <w:autoSpaceDE w:val="0"/>
        <w:widowControl/>
        <w:spacing w:line="354" w:lineRule="exact" w:before="148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Đây là môn tưởng thứ tám. Phép quán này tu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thành, trừ diệt tội trong vô lượng ức kiếp sanh tử,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ngay hiện đời hành giả tất chứng được Niệm Phật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tam muội. </w:t>
      </w:r>
    </w:p>
    <w:p>
      <w:pPr>
        <w:autoSpaceDN w:val="0"/>
        <w:autoSpaceDE w:val="0"/>
        <w:widowControl/>
        <w:spacing w:line="354" w:lineRule="exact" w:before="18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Tưởng mỗi gốc cây đều có tượng Phật, Bồ tát, gọi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Đa thân quán, tiêu biểu cho sự thần thông ứng hiện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của Tam Thánh ở Tây Phương. Tu đa la, Trung Hoa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dịch là khế kinh. Môn tượng quán nếu thành, tất sẽ thấy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chơn thân, nên nói "hiện đời chứng được Niệm Phật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tam muội". </w:t>
      </w:r>
    </w:p>
    <w:p>
      <w:pPr>
        <w:autoSpaceDN w:val="0"/>
        <w:autoSpaceDE w:val="0"/>
        <w:widowControl/>
        <w:spacing w:line="320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76 </w:t>
      </w:r>
    </w:p>
    <w:p>
      <w:pPr>
        <w:sectPr>
          <w:pgSz w:w="8419" w:h="11906"/>
          <w:pgMar w:top="292" w:right="354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14" w:lineRule="exact" w:before="278" w:after="0"/>
        <w:ind w:left="24" w:right="24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9. Quán Chân Thân Phật Vô Lượng Thọ (Phật </w:t>
      </w:r>
    </w:p>
    <w:p>
      <w:pPr>
        <w:autoSpaceDN w:val="0"/>
        <w:autoSpaceDE w:val="0"/>
        <w:widowControl/>
        <w:spacing w:line="414" w:lineRule="exact" w:before="8" w:after="0"/>
        <w:ind w:left="0" w:right="0" w:firstLine="0"/>
        <w:jc w:val="lef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Thân Quán) </w:t>
      </w:r>
    </w:p>
    <w:p>
      <w:pPr>
        <w:autoSpaceDN w:val="0"/>
        <w:autoSpaceDE w:val="0"/>
        <w:widowControl/>
        <w:spacing w:line="352" w:lineRule="exact" w:before="156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Phật bảo A Nan và Vi Đề Hy: Môn tưởng </w:t>
      </w:r>
    </w:p>
    <w:p>
      <w:pPr>
        <w:autoSpaceDN w:val="0"/>
        <w:autoSpaceDE w:val="0"/>
        <w:widowControl/>
        <w:spacing w:line="422" w:lineRule="exact" w:before="4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này đã thành tựu, kế lại quán thân tướng quang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minh của Phật Vô Lượng Thọ. Này A Nan! Ông nên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biết thân Phật A Mi Đà rực rỡ như sắc vàng diêm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phù đàn của trăm ngàn muôn ức cung trời Dạ ma.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 thân cao sáu mươi sáu vạn ức na do tha hằng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hà sa do tuần. </w:t>
      </w:r>
    </w:p>
    <w:p>
      <w:pPr>
        <w:autoSpaceDN w:val="0"/>
        <w:autoSpaceDE w:val="0"/>
        <w:widowControl/>
        <w:spacing w:line="240" w:lineRule="auto" w:before="174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532630" cy="3196377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31963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320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77 </w:t>
      </w:r>
    </w:p>
    <w:p>
      <w:pPr>
        <w:sectPr>
          <w:pgSz w:w="8419" w:h="11906"/>
          <w:pgMar w:top="278" w:right="660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90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Tướng bạch hào giữa đôi mày uyển chuyển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xoay về bên hữu như năm núi Tu di. Mắt Phật xanh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trắng phân minh, rộng như nước bốn biển lớn. Các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chơn lông nơi thân tuôn ra ánh sáng như Diệu cao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sơn. Viên quang của Phật to rộng như trăm ức tam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thiên đại thiên thế giới. Trong ấy có trăm muôn 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na do tha hằng hà sa Hóa Phật, mỗi vị đều có vô số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1"/>
        <w:gridCol w:w="3651"/>
      </w:tblGrid>
      <w:tr>
        <w:trPr>
          <w:trHeight w:hRule="exact" w:val="554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Hóa bồ tát làm thị giả. </w:t>
            </w:r>
          </w:p>
        </w:tc>
        <w:tc>
          <w:tcPr>
            <w:tcW w:type="dxa" w:w="156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88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Vô Lượng Thọ Như Lai có tám muôn bốn ngàn </w:t>
      </w:r>
    </w:p>
    <w:p>
      <w:pPr>
        <w:autoSpaceDN w:val="0"/>
        <w:autoSpaceDE w:val="0"/>
        <w:widowControl/>
        <w:spacing w:line="422" w:lineRule="exact" w:before="4" w:after="0"/>
        <w:ind w:left="0" w:right="24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tướng, mỗi tướng có tám muôn bốn ngàn vẻ đẹp tùy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hình, và mỗi vẻ đẹp lại có tám muôn bốn ngàn tia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sáng. Những tia sáng ấy soi khắp các cõi ở mười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phương, thâu nhiếp tất cả chúng sanh niệm Phật. </w:t>
      </w:r>
    </w:p>
    <w:p>
      <w:pPr>
        <w:autoSpaceDN w:val="0"/>
        <w:autoSpaceDE w:val="0"/>
        <w:widowControl/>
        <w:spacing w:line="354" w:lineRule="exact" w:before="1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"Rực rỡ như sắc vàng diêm phù đàn" là nói về thể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sắc; "trăm ngàn muôn ức cung trời Dạ Ma", nói về thân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lượng to rộng. Na do tha cũng gọi Na du đa, Trung Hoa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dịch là Ức. Số ức có ba hạng: mười muôn, trăm muôn,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ngàn muôn, nên các cổ đức định về số này không đồng.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Thân Phật tuy cao sáu mươi sáu vạn ức na do tha hằng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hà sa do tuần, nhưng khi quán tùy theo căn cơ, 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lượng, mỗi chúng sanh đều thấy khác nhau. Theo ngài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Thiện Đạo, nếu kẻ nào tâm lực kém yếu, chỉ nên thành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kính chú tưởng một trong ba tướng: nhục kế, bạch hào, </w:t>
      </w:r>
    </w:p>
    <w:p>
      <w:pPr>
        <w:autoSpaceDN w:val="0"/>
        <w:autoSpaceDE w:val="0"/>
        <w:widowControl/>
        <w:spacing w:line="320" w:lineRule="exact" w:before="6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78 </w:t>
      </w:r>
    </w:p>
    <w:p>
      <w:pPr>
        <w:sectPr>
          <w:pgSz w:w="8419" w:h="11906"/>
          <w:pgMar w:top="292" w:right="354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hay thiên bức luân nơi chơn, sẽ lần lần được thấy các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tướng hảo khác. </w:t>
      </w:r>
    </w:p>
    <w:p>
      <w:pPr>
        <w:autoSpaceDN w:val="0"/>
        <w:autoSpaceDE w:val="0"/>
        <w:widowControl/>
        <w:spacing w:line="426" w:lineRule="exact" w:before="136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Hỏi: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Nếu tu các hạnh lành hồi hướng về Tây </w:t>
      </w:r>
    </w:p>
    <w:p>
      <w:pPr>
        <w:autoSpaceDN w:val="0"/>
        <w:autoSpaceDE w:val="0"/>
        <w:widowControl/>
        <w:spacing w:line="416" w:lineRule="exact" w:before="0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phương, đều có thể vãng sanh. Tại sao ánh sáng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soi khắp mười phương, lại chỉ thâu nhiếp chúng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 niệm Phật? </w:t>
      </w:r>
    </w:p>
    <w:p>
      <w:pPr>
        <w:autoSpaceDN w:val="0"/>
        <w:autoSpaceDE w:val="0"/>
        <w:widowControl/>
        <w:spacing w:line="426" w:lineRule="exact" w:before="138" w:after="0"/>
        <w:ind w:left="720" w:right="72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Đáp: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Trong ấy có ba nghĩa. </w:t>
      </w:r>
    </w:p>
    <w:p>
      <w:pPr>
        <w:autoSpaceDN w:val="0"/>
        <w:autoSpaceDE w:val="0"/>
        <w:widowControl/>
        <w:spacing w:line="444" w:lineRule="exact" w:before="118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1.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Thuyết minh về thân duyên: Chúng sanh khi </w:t>
      </w:r>
    </w:p>
    <w:p>
      <w:pPr>
        <w:autoSpaceDN w:val="0"/>
        <w:autoSpaceDE w:val="0"/>
        <w:widowControl/>
        <w:spacing w:line="416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khởi hạnh, thân lạy Phật, Phật liền thấy; miệng niệm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Phật, Phật liền nghe; ý tưởng Phật, Phật liền biết.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Chúng sanh nhớ tưởng Phật, Phật cũng ức niệm chúng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sanh, kia và đây tương quan nhau, nên gọi là "thâu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nhiếp". </w:t>
      </w:r>
    </w:p>
    <w:p>
      <w:pPr>
        <w:autoSpaceDN w:val="0"/>
        <w:autoSpaceDE w:val="0"/>
        <w:widowControl/>
        <w:spacing w:line="444" w:lineRule="exact" w:before="140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2.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Thuyết minh về cận duyên: Chúng sanh nguyện </w:t>
      </w:r>
    </w:p>
    <w:p>
      <w:pPr>
        <w:autoSpaceDN w:val="0"/>
        <w:autoSpaceDE w:val="0"/>
        <w:widowControl/>
        <w:spacing w:line="40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thấy Phật, Phật liền tùy niệm hiện thân, có cảm tất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ứng, gọi là "thâu nhiếp". </w:t>
      </w:r>
    </w:p>
    <w:p>
      <w:pPr>
        <w:autoSpaceDN w:val="0"/>
        <w:autoSpaceDE w:val="0"/>
        <w:widowControl/>
        <w:spacing w:line="446" w:lineRule="exact" w:before="138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3.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Thuyết minh về tăng thượng duyên: Chúng </w:t>
      </w:r>
    </w:p>
    <w:p>
      <w:pPr>
        <w:autoSpaceDN w:val="0"/>
        <w:autoSpaceDE w:val="0"/>
        <w:widowControl/>
        <w:spacing w:line="416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 niệm hồng danh được tiêu tội trong nhiều kiếp, khi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lâm chung Phật cùng thánh chúng đến tiếp nghinh, các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tà nghiệp không thể làm chướng ngại. Có tiếng tất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vang, đây gọi là "thâu nhiếp". Tóm lại, vì lý cơ cảm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tương quan, nên ánh sáng của Phật mới thâu nhiếp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chúng sanh niệm Phật. Cho nên các hạnh khác dù gọi là </w:t>
      </w:r>
    </w:p>
    <w:p>
      <w:pPr>
        <w:autoSpaceDN w:val="0"/>
        <w:autoSpaceDE w:val="0"/>
        <w:widowControl/>
        <w:spacing w:line="320" w:lineRule="exact" w:before="3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79 </w:t>
      </w:r>
    </w:p>
    <w:p>
      <w:pPr>
        <w:sectPr>
          <w:pgSz w:w="8419" w:h="11906"/>
          <w:pgMar w:top="288" w:right="662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04" w:lineRule="exact" w:before="28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lành, so với công đức niệm Phật vẫn kém phần trực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thiệp. </w:t>
      </w:r>
    </w:p>
    <w:p>
      <w:pPr>
        <w:autoSpaceDN w:val="0"/>
        <w:autoSpaceDE w:val="0"/>
        <w:widowControl/>
        <w:spacing w:line="426" w:lineRule="exact" w:before="136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Hỏi: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Người không niệm Phật, quang minh của </w:t>
      </w:r>
    </w:p>
    <w:p>
      <w:pPr>
        <w:autoSpaceDN w:val="0"/>
        <w:autoSpaceDE w:val="0"/>
        <w:widowControl/>
        <w:spacing w:line="354" w:lineRule="exact" w:before="5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có thâu nhiếp chăng? </w:t>
      </w:r>
    </w:p>
    <w:p>
      <w:pPr>
        <w:autoSpaceDN w:val="0"/>
        <w:autoSpaceDE w:val="0"/>
        <w:widowControl/>
        <w:spacing w:line="352" w:lineRule="exact" w:before="190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Đáp: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Nghĩa thâu nhiếp trên đây là luận về sự cơ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cảm giữa chúng sanh và Phật mà thôi. Thật ra, Phật 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Mi Đà trải lòng từ bi bình đẳng, phóng quang soi khắp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mười phương, những chúng sanh niệm Phật cùng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không, đều ở trong vùng nhiếp thủ của Phật. Vậy sự đắc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ích hay vãng sanh được cùng không là do chúng sanh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chớ không thể nói quang minh của Phật thâu nhiếp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riêng tư. Như mặt trời buông ánh sáng soi khắp mọi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nơi, nhưng kẻ mù lòa không thấy là do họ tối mắt chớ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phải tại vầng nhật. Vì thế Kinh Lăng Nghiêm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nói: "Chư Phật mẫn niệm chúng sanh như mẹ trông nhớ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con, nếu con cứ bỏ đi, thì mẹ dù nhớ cũng không biết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làm sao được!" </w:t>
      </w:r>
    </w:p>
    <w:p>
      <w:pPr>
        <w:autoSpaceDN w:val="0"/>
        <w:autoSpaceDE w:val="0"/>
        <w:widowControl/>
        <w:spacing w:line="354" w:lineRule="exact" w:before="196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Những tướng hảo, quang minh cùng hóa Phật </w:t>
      </w:r>
    </w:p>
    <w:p>
      <w:pPr>
        <w:autoSpaceDN w:val="0"/>
        <w:autoSpaceDE w:val="0"/>
        <w:widowControl/>
        <w:spacing w:line="424" w:lineRule="exact" w:before="0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đó vô cùng, nói không thể xiết! Hành giả chỉ nên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thành kính nhớ tưởng, khiến cho tâm nhãn được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thấy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>.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Thấy được tướng này, tất thấy tất cả chư Phật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mười phương. Vì thấy chư Phật, nên gọi là niệm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 tam muội. </w:t>
      </w:r>
    </w:p>
    <w:p>
      <w:pPr>
        <w:autoSpaceDN w:val="0"/>
        <w:autoSpaceDE w:val="0"/>
        <w:widowControl/>
        <w:spacing w:line="320" w:lineRule="exact" w:before="5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80 </w:t>
      </w:r>
    </w:p>
    <w:p>
      <w:pPr>
        <w:sectPr>
          <w:pgSz w:w="8419" w:h="11906"/>
          <w:pgMar w:top="262" w:right="350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482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Tu phép quán này gọi là quán thân tất cả chư </w:t>
      </w:r>
    </w:p>
    <w:p>
      <w:pPr>
        <w:autoSpaceDN w:val="0"/>
        <w:autoSpaceDE w:val="0"/>
        <w:widowControl/>
        <w:spacing w:line="424" w:lineRule="exact" w:before="0" w:after="0"/>
        <w:ind w:left="0" w:right="28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phật. Và vì quán thân Phật nên cũng thấy tâm Phật.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Tâm Phật là tâm Đại từ bi, dùng vô duyên từ nhiếp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tất cả chúng sanh niệm Phật. </w:t>
      </w:r>
    </w:p>
    <w:p>
      <w:pPr>
        <w:autoSpaceDN w:val="0"/>
        <w:autoSpaceDE w:val="0"/>
        <w:widowControl/>
        <w:spacing w:line="354" w:lineRule="exact" w:before="18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như thế, khi xả báo thân sẽ vãng sanh về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trước chư Phật, được vô sanh nhẫn. Cho nên người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trí phải hệ niệm quán kỹ Phật Vô Lượng Thọ.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Muốn quán Phật Vô Lượng Thọ, phải từ một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tướng hảo mà đi vào. Trước tiên phải quán tướng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lông trắng giữa đôi mày cho cực rõ ràng. Khi thấy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được tướng bạch hào, tự nhiên tám muôn bốn ngàn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tướng tốt sẽ hiện. Và thấy được Phật A Mi Đà, tức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thấy vô lượng chư Phật ở mười phương. Vì thấy vô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lượng chư Phật, nên được chư Phật hiện tiền thọ ký.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Đây là môn tưởng tất cả tướng nơi sắc thân,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thuộc về phép quán thứ chín. Quán như thế gọi là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chánh quán. Nếu tưởng sai khác, là tà quán. </w:t>
      </w:r>
    </w:p>
    <w:p>
      <w:pPr>
        <w:autoSpaceDN w:val="0"/>
        <w:autoSpaceDE w:val="0"/>
        <w:widowControl/>
        <w:spacing w:line="354" w:lineRule="exact" w:before="18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"Tâm nhãn" ở đây là chỉ cho dùng ý mà duyên </w:t>
      </w:r>
    </w:p>
    <w:p>
      <w:pPr>
        <w:autoSpaceDN w:val="0"/>
        <w:autoSpaceDE w:val="0"/>
        <w:widowControl/>
        <w:spacing w:line="424" w:lineRule="exact" w:before="0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tưởng. Vì chư Phật đồng một pháp thân, các tướng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ngoài bản thể mà có, nên nói "thấy được tướng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này, tức thấy tất cả chư Phật mười phương". Các pháp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đều duy tâm, thân là tướng của tâm, nên nói: "vì quán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thân Phật, nên cũng thấy tâm Phật". Bởi Phật tướng đã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không, tất cả đều duy tâm, chỉ là một thể đại từ bi, nên </w:t>
      </w:r>
    </w:p>
    <w:p>
      <w:pPr>
        <w:autoSpaceDN w:val="0"/>
        <w:autoSpaceDE w:val="0"/>
        <w:widowControl/>
        <w:spacing w:line="320" w:lineRule="exact" w:before="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81 </w:t>
      </w:r>
    </w:p>
    <w:p>
      <w:pPr>
        <w:sectPr>
          <w:pgSz w:w="8419" w:h="11906"/>
          <w:pgMar w:top="29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gọi: "tâm Phật là tâm đại từ bi". Vô duyên từ là đức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dùng tâm từ bi bình đẳng soi khắp pháp giới,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duyên trụ nơi các tướng có, không, cùng thời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gian, không gian, mà phổ nhiếp tất cả chúng sanh.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Trạng thái này, ví như mặt trăng trong tuy in bóng khắp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muôn dòng nước lặng, song thỉ chung trăng vẫn vô tâm.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Quán lý trên đây, duy bậc trí huệ mới có thể thâm nhập,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nên nói: "người trí phải hệ niệm quán kỹ Phật Vô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Lượng Thọ". </w:t>
      </w:r>
    </w:p>
    <w:p>
      <w:pPr>
        <w:autoSpaceDN w:val="0"/>
        <w:autoSpaceDE w:val="0"/>
        <w:widowControl/>
        <w:spacing w:line="354" w:lineRule="exact" w:before="19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Tướng bạch hào gồm nhiếp các tướng, nên khi </w:t>
      </w:r>
    </w:p>
    <w:p>
      <w:pPr>
        <w:autoSpaceDN w:val="0"/>
        <w:autoSpaceDE w:val="0"/>
        <w:widowControl/>
        <w:spacing w:line="424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quán tướng này thì các tướng khác đều hiện. Cứ theo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chánh văn, thì đây là quán tướng bạch hào lớn như năm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núi Tu Di, chớ không phải hào tướng của kim thân một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trượng sáu, nên mới nói: "tự nhiên tám muôn bốn ngàn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tướng tốt sẽ hiện". "Thọ ký" là trao lời ghi nhận cho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đương nhơn sẽ chứng các đạo quả, hoặc thành Phật. </w:t>
      </w:r>
    </w:p>
    <w:p>
      <w:pPr>
        <w:autoSpaceDN w:val="0"/>
        <w:autoSpaceDE w:val="0"/>
        <w:widowControl/>
        <w:spacing w:line="414" w:lineRule="exact" w:before="172" w:after="0"/>
        <w:ind w:left="26" w:right="26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10. Quán Thân Tướng Ðức Quán Thế Âm </w:t>
      </w:r>
    </w:p>
    <w:p>
      <w:pPr>
        <w:autoSpaceDN w:val="0"/>
        <w:autoSpaceDE w:val="0"/>
        <w:widowControl/>
        <w:spacing w:line="414" w:lineRule="exact" w:before="8" w:after="0"/>
        <w:ind w:left="0" w:right="0" w:firstLine="0"/>
        <w:jc w:val="lef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(Quán Thế Âm Quán) </w:t>
      </w:r>
    </w:p>
    <w:p>
      <w:pPr>
        <w:autoSpaceDN w:val="0"/>
        <w:autoSpaceDE w:val="0"/>
        <w:widowControl/>
        <w:spacing w:line="352" w:lineRule="exact" w:before="156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Này A Nan, Vi Đề Hy! Khi đã thấy Phật Vô </w:t>
      </w:r>
    </w:p>
    <w:p>
      <w:pPr>
        <w:autoSpaceDN w:val="0"/>
        <w:autoSpaceDE w:val="0"/>
        <w:widowControl/>
        <w:spacing w:line="414" w:lineRule="exact" w:before="52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Lượng Thọ rõ ràng rồi, lại nên quán tưởng Bồ tát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Thế Âm. Vị Đại sĩ này thân cao tám mươi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muôn ức na do tha do tuần, sắc tử kim, đảnh có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nhục kế. Viên quang nơi đầu của Bồ Tát, mỗi phía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đều rộng trăm ngàn do tuần. Trong viên quang có </w:t>
      </w:r>
    </w:p>
    <w:p>
      <w:pPr>
        <w:autoSpaceDN w:val="0"/>
        <w:autoSpaceDE w:val="0"/>
        <w:widowControl/>
        <w:spacing w:line="320" w:lineRule="exact" w:before="1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82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34" w:lineRule="exact" w:before="210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năm trăm Hóa Phật như Thích Ca Mâu Ni Như Lai.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Mỗi vị hóa Phật đều có năm trăm Hóa Bồ Tát và vô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lượng chư thiên làm thị giả. Trong thân quang của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Bồ Tát hiện tất cả sắc tướng của ngũ đạo chúng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sanh. </w:t>
      </w:r>
    </w:p>
    <w:p>
      <w:pPr>
        <w:autoSpaceDN w:val="0"/>
        <w:autoSpaceDE w:val="0"/>
        <w:widowControl/>
        <w:spacing w:line="354" w:lineRule="exact" w:before="14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Bồ Tát đầu đội thiên quang bằng chất báu Tỳ </w:t>
      </w:r>
    </w:p>
    <w:p>
      <w:pPr>
        <w:autoSpaceDN w:val="0"/>
        <w:autoSpaceDE w:val="0"/>
        <w:widowControl/>
        <w:spacing w:line="422" w:lineRule="exact" w:before="4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Lăng già Ma ni. Nơi thiên quang có một vị Hóa Phật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đứng, cao hai mươi lăm do tuần. Quán Thế Âm Đại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sĩ mặt như sắc vàng diêm phù đàn, tướng bạch hào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giữa đôi mi có đủ sắc thất bảo, chiếu ra tám muôn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bốn ngàn thứ quang minh. Mỗi ánh quang minh có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vô lượng vô số trăm ngàn Hóa Phật. Mỗi vị Hóa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 lại có vô số Hóa Bồ tát làm thị giả. Các Hóa Bồ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tát này biến hiện tự tại đầy khắp mười phương thế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giới.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Cánh tay của Bồ tát như sắc hoa sen hồng, có </w:t>
      </w:r>
    </w:p>
    <w:p>
      <w:pPr>
        <w:autoSpaceDN w:val="0"/>
        <w:autoSpaceDE w:val="0"/>
        <w:widowControl/>
        <w:spacing w:line="436" w:lineRule="exact" w:before="0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tám mươi ức tia sáng nhiệm mầu dường như chuỗi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anh lạc, trong ấy hiện ra tất cả việc trang nghiêm.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Bàn tay </w:t>
      </w:r>
    </w:p>
    <w:p>
      <w:pPr>
        <w:autoSpaceDN w:val="0"/>
        <w:autoSpaceDE w:val="0"/>
        <w:widowControl/>
        <w:spacing w:line="320" w:lineRule="exact" w:before="2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83 </w:t>
      </w:r>
    </w:p>
    <w:p>
      <w:pPr>
        <w:sectPr>
          <w:pgSz w:w="8419" w:h="11906"/>
          <w:pgMar w:top="292" w:right="660" w:bottom="204" w:left="45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382.0" w:type="dxa"/>
      </w:tblPr>
      <w:tblGrid>
        <w:gridCol w:w="3652"/>
        <w:gridCol w:w="3652"/>
      </w:tblGrid>
      <w:tr>
        <w:trPr>
          <w:trHeight w:hRule="exact" w:val="200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40" w:lineRule="auto" w:before="47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4058919" cy="809733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8919" cy="80973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354" w:lineRule="exact" w:before="190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Bồ tát như năm trăm ức sắc tạp liên hoa, nơi </w:t>
      </w:r>
    </w:p>
    <w:p>
      <w:pPr>
        <w:autoSpaceDN w:val="0"/>
        <w:autoSpaceDE w:val="0"/>
        <w:widowControl/>
        <w:spacing w:line="354" w:lineRule="exact" w:before="6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đầu mỗi ngón tay có tám muôn bốn ngàn làn chỉ đẹp </w:t>
      </w:r>
    </w:p>
    <w:p>
      <w:pPr>
        <w:autoSpaceDN w:val="0"/>
        <w:autoSpaceDE w:val="0"/>
        <w:widowControl/>
        <w:spacing w:line="32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84 </w:t>
      </w:r>
    </w:p>
    <w:p>
      <w:pPr>
        <w:sectPr>
          <w:pgSz w:w="8419" w:h="11906"/>
          <w:pgMar w:top="284" w:right="352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34" w:lineRule="exact" w:before="21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dường như nét vẽ của chiếc ấn. Mỗi làn chỉ đều có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tám muôn bốn ngàn sắc, mỗi sắc lại có tám muôn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bốn ngàn tia sáng nhu nhuyn soi khắp các nơi. Bồ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tát thường dùng tay báu này tiếp dẫn chúng sanh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các cõi. </w:t>
      </w:r>
    </w:p>
    <w:p>
      <w:pPr>
        <w:autoSpaceDN w:val="0"/>
        <w:autoSpaceDE w:val="0"/>
        <w:widowControl/>
        <w:spacing w:line="354" w:lineRule="exact" w:before="14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Nơi lòng bàn chân của Quán Thế Âm Đại sĩ có </w:t>
      </w:r>
    </w:p>
    <w:p>
      <w:pPr>
        <w:autoSpaceDN w:val="0"/>
        <w:autoSpaceDE w:val="0"/>
        <w:widowControl/>
        <w:spacing w:line="422" w:lineRule="exact" w:before="4" w:after="0"/>
        <w:ind w:left="0" w:right="28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tướng Thiên bức luân. Khi Bồ Tát dở chân lên, từ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nơi luân tướng ấy hóa hiện ra năm trăm ức đài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quang minh. Lúc để chân xuống tự nhiên có vô số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hoa kim cương ma ni tuôn rải tản mác khắp mọi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nơi. </w:t>
      </w:r>
    </w:p>
    <w:p>
      <w:pPr>
        <w:autoSpaceDN w:val="0"/>
        <w:autoSpaceDE w:val="0"/>
        <w:widowControl/>
        <w:spacing w:line="442" w:lineRule="exact" w:before="140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Ngoài ra, các tướng khác nơi thân bồ Tát đều </w:t>
      </w:r>
    </w:p>
    <w:p>
      <w:pPr>
        <w:autoSpaceDN w:val="0"/>
        <w:autoSpaceDE w:val="0"/>
        <w:widowControl/>
        <w:spacing w:line="410" w:lineRule="exact" w:before="0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đầy đủ và xinh đẹp như đức Vô Lượng Thọ Thế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Tôn; duy trừ nhục kế và tướng vô kiến đảnh là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không bằng Phật.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Đây là môn tưởng sắc thân chân thật của Bồ </w:t>
      </w:r>
    </w:p>
    <w:p>
      <w:pPr>
        <w:autoSpaceDN w:val="0"/>
        <w:autoSpaceDE w:val="0"/>
        <w:widowControl/>
        <w:spacing w:line="354" w:lineRule="exact" w:before="72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Tát Quán Thế Âm, thuộc về phép quán thứ mười. </w:t>
      </w:r>
    </w:p>
    <w:p>
      <w:pPr>
        <w:autoSpaceDN w:val="0"/>
        <w:autoSpaceDE w:val="0"/>
        <w:widowControl/>
        <w:spacing w:line="426" w:lineRule="exact" w:before="13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Đoạn chánh văn trên đây đã din tả chơn thân của </w:t>
      </w:r>
    </w:p>
    <w:p>
      <w:pPr>
        <w:autoSpaceDN w:val="0"/>
        <w:autoSpaceDE w:val="0"/>
        <w:widowControl/>
        <w:spacing w:line="420" w:lineRule="exact" w:before="0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Quán Thế Âm Bồ Tát. Câu "năm trăm Hóa Phật như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Thích Ca Mâu Ni Như Lai" là chỉ cho chư Hóa Phật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đều cao một trượng sáu và có đủ ba mươi hai tướng như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thân tướng của đức Thích Ca Mâu Ni. Những tướng lạ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nơi tay của Bồ Tát, tiêu biểu cho năng dụng từ bi, sự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hóa hiện nơi chân hiển thị về quả pháp công đức. </w:t>
      </w:r>
    </w:p>
    <w:p>
      <w:pPr>
        <w:autoSpaceDN w:val="0"/>
        <w:autoSpaceDE w:val="0"/>
        <w:widowControl/>
        <w:spacing w:line="320" w:lineRule="exact" w:before="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85 </w:t>
      </w:r>
    </w:p>
    <w:p>
      <w:pPr>
        <w:sectPr>
          <w:pgSz w:w="8419" w:h="11906"/>
          <w:pgMar w:top="29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30" w:lineRule="exact" w:before="210" w:after="0"/>
        <w:ind w:left="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"Thiên bức luân" là hình tướng bánh xe có ngàn cây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căm. Câu"duy trừ nhục kế và tướng vô kiến đảnh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bằng Phật" hiển minh phần quả nguyện của Bồ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Tát chưa bằng Phật, nên hai tướng ấy phải kém hơn. </w:t>
      </w:r>
    </w:p>
    <w:p>
      <w:pPr>
        <w:autoSpaceDN w:val="0"/>
        <w:autoSpaceDE w:val="0"/>
        <w:widowControl/>
        <w:spacing w:line="354" w:lineRule="exact" w:before="176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A Nan! Nếu chúng sanh nào muốn quán thân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tướng của Bồ Tát Quán Thế Âm, phải nên quán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tưởng đúng như vậy. Kẻ tu thành môn quán nầy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không còn gặp các tai họa, trừ sạch nghiệp chướng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và tội lỗi trong vô số kiếp sanh tử. Chúng sanh chỉ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nghe danh hiệu vị Bồ Tát ấy còn được vô lượng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phước, huống nữa là quán kỹ sắc thân? Kẻ nào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muốn quán tưởng Bồ Tát Quán Thế Âm, trước nên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nhục kế trên đảnh, tiếp quán đến thiên quan,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bao nhiêu tướng khác cũng lần lượt quán cho rõ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ràng, như; thấy các làn chỉ trong bàn tay.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như thế, gọi là chánh quán. Nếu tưởng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64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4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sai khác, là tà quán. </w:t>
            </w:r>
          </w:p>
        </w:tc>
        <w:tc>
          <w:tcPr>
            <w:tcW w:type="dxa" w:w="1400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4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Đoạn văn trên, đức Phật đã nhấn rõ lại nghi thức </w:t>
      </w:r>
    </w:p>
    <w:p>
      <w:pPr>
        <w:autoSpaceDN w:val="0"/>
        <w:autoSpaceDE w:val="0"/>
        <w:widowControl/>
        <w:spacing w:line="424" w:lineRule="exact" w:before="0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tu quán. Quán Thế Âm Bồ tát có bản nguyện tìm tiếng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cứu khổ, chúng sanh nào chỉ thường xưng niệm danh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hiệu cũng được trừ tội, sanh phước, khỏi các tai nạn,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huống chi là quán đến sắc thân? Cho nên kẻ nào tu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thành môn quán này, không những hiện đời được lợi </w:t>
      </w:r>
    </w:p>
    <w:p>
      <w:pPr>
        <w:autoSpaceDN w:val="0"/>
        <w:autoSpaceDE w:val="0"/>
        <w:widowControl/>
        <w:spacing w:line="320" w:lineRule="exact" w:before="5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86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ích, mà khi lâm chung cũng chắc chắn sẽ được sanh về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Tây phương vậy. </w:t>
      </w:r>
    </w:p>
    <w:p>
      <w:pPr>
        <w:autoSpaceDN w:val="0"/>
        <w:autoSpaceDE w:val="0"/>
        <w:widowControl/>
        <w:spacing w:line="414" w:lineRule="exact" w:before="170" w:after="0"/>
        <w:ind w:left="24" w:right="24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11. Quán Thân Tướng Ðức Ðại Thế Chí (Ðại </w:t>
      </w:r>
    </w:p>
    <w:p>
      <w:pPr>
        <w:autoSpaceDN w:val="0"/>
        <w:autoSpaceDE w:val="0"/>
        <w:widowControl/>
        <w:spacing w:line="414" w:lineRule="exact" w:before="10" w:after="0"/>
        <w:ind w:left="0" w:right="0" w:firstLine="0"/>
        <w:jc w:val="lef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Thế Chí Quán) </w:t>
      </w:r>
    </w:p>
    <w:p>
      <w:pPr>
        <w:autoSpaceDN w:val="0"/>
        <w:autoSpaceDE w:val="0"/>
        <w:widowControl/>
        <w:spacing w:line="354" w:lineRule="exact" w:before="154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Kế đến Bồ Tát Đại Thế Chí. Thân lượng của vị </w:t>
      </w:r>
    </w:p>
    <w:p>
      <w:pPr>
        <w:autoSpaceDN w:val="0"/>
        <w:autoSpaceDE w:val="0"/>
        <w:widowControl/>
        <w:spacing w:line="432" w:lineRule="exact" w:before="0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đại sĩ nầy cũng tương đương với Bồ Tát Quán Thế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Âm. Viên quang nơi đảnh của Đại Thế Chí Bồ Tát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mỗi phía đều rộng một trăm hai mươi lăm do tuần;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từ quang thể nầy ánh sáng lại chiếu xa thêm hai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trăm năm mươi do tuần nữa. </w:t>
      </w:r>
    </w:p>
    <w:p>
      <w:pPr>
        <w:autoSpaceDN w:val="0"/>
        <w:autoSpaceDE w:val="0"/>
        <w:widowControl/>
        <w:spacing w:line="354" w:lineRule="exact" w:before="14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Quang minh toàn thân của Bồ Tát ánh ra mầu </w:t>
      </w:r>
    </w:p>
    <w:p>
      <w:pPr>
        <w:autoSpaceDN w:val="0"/>
        <w:autoSpaceDE w:val="0"/>
        <w:widowControl/>
        <w:spacing w:line="426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sắc từ kim, chiếu khắp các cõi ở mười phương,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những chúng sanh hữu duyên đều được trông thấy.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Chúng sanh nào chỉ thấy ánh sáng nơi một lỗ chân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lông của vị bồ Tát nầy, tức thấy quang minh trong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sạch nhiệm mầu của mười phương vô lượng chư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Phật. Vì thế, vị đại sĩ này được gọi là Vô Biên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Quang. Và bởi Bồ Tát dùng ánh sáng trí huệ soi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khắp tất cả chúng sanh, khiến cho xa lìa tam đồ,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được sức vô thượng, nên lại có tên là Đại Thế Chí.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Thiên quang của Đại Thế Chí Bồ Tát có năm trăm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bảo hoa, mỗi bảo hoa có năm trăm bảo đài. </w:t>
      </w:r>
    </w:p>
    <w:p>
      <w:pPr>
        <w:autoSpaceDN w:val="0"/>
        <w:autoSpaceDE w:val="0"/>
        <w:widowControl/>
        <w:spacing w:line="320" w:lineRule="exact" w:before="9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87 </w:t>
      </w:r>
    </w:p>
    <w:p>
      <w:pPr>
        <w:sectPr>
          <w:pgSz w:w="8419" w:h="11906"/>
          <w:pgMar w:top="288" w:right="660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8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5875"/>
      </w:tblGrid>
      <w:tr>
        <w:trPr>
          <w:trHeight w:hRule="exact" w:val="10046"/>
        </w:trPr>
        <w:tc>
          <w:tcPr>
            <w:tcW w:type="dxa" w:w="58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0" w:after="0"/>
              <w:ind w:left="0" w:right="0" w:firstLine="0"/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3705860" cy="6966308"/>
                  <wp:docPr id="12" name="Picture 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860" cy="696630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N w:val="0"/>
        <w:autoSpaceDE w:val="0"/>
        <w:widowControl/>
        <w:spacing w:line="320" w:lineRule="exact" w:before="5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88 </w:t>
      </w:r>
    </w:p>
    <w:p>
      <w:pPr>
        <w:sectPr>
          <w:pgSz w:w="8419" w:h="11906"/>
          <w:pgMar w:top="282" w:right="1106" w:bottom="204" w:left="1438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90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Trong mỗi bảo đài hiện rõ tướng quốc độ tịnh </w:t>
      </w:r>
    </w:p>
    <w:p>
      <w:pPr>
        <w:autoSpaceDN w:val="0"/>
        <w:autoSpaceDE w:val="0"/>
        <w:widowControl/>
        <w:spacing w:line="422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diệu rộng rãi của mười phương chư Phật. Nhục kế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nơi đảnh của Bồ Tát hình như hoa bát đầu ma. Trên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nhục kế có một bảo bình đựng các thứ quang minh,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hiện Phật sự khắp mọi nơi. Ngoài ra, các tướng khác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nơi thân, cũng đồng như Quán Thế Âm Bồ Tát. </w:t>
      </w:r>
    </w:p>
    <w:p>
      <w:pPr>
        <w:autoSpaceDN w:val="0"/>
        <w:autoSpaceDE w:val="0"/>
        <w:widowControl/>
        <w:spacing w:line="354" w:lineRule="exact" w:before="192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vị đại sĩ này cất chân bước đi, mười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phương thế giới thảy đều chấn động. Ngay chỗ Bồ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Tát bước tự nhiên hóa hiện năm trăm ức bảo hoa,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mỗi bảo hoa trang nghiêm cao sáng như diệu tướng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ở cõi Cực Lạc. Lúc Bồ Tát ngồi xuống, cả cõi thất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bảo đồng thời rung chuyển. Giữa khoảng từ cõi Phật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Kim Quang ở phương dưới cho đến cõi Phật Quang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Minh Vương ở phương trên, có vô lượng trần số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những phân thân của Phật Vô Lượng Thọ, Quán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Thế Âm và Đại Thế Chí, đều vân tập đầy dẫy nơi 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không cõi Cực Lạc. Tất cả phân thân của Tam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thánh đều ngồi trên hoa sen diễn nói pháp mầu, độ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chúng sanh mê khổ. </w:t>
            </w:r>
          </w:p>
        </w:tc>
        <w:tc>
          <w:tcPr>
            <w:tcW w:type="dxa" w:w="1400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92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Đây là môn tưởng thân tướng của Đại Thế Chí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Bồ Tát, thuộc về phép quán thứ mười một. Tu môn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này sẽ trừ được a tăng kỳ sanh tử trong vô số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kiếp, không còn ở bào thai, thường dạo chơi nơi các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quốc độ tịnh diệu của chư Phật. </w:t>
      </w:r>
    </w:p>
    <w:p>
      <w:pPr>
        <w:autoSpaceDN w:val="0"/>
        <w:autoSpaceDE w:val="0"/>
        <w:widowControl/>
        <w:spacing w:line="320" w:lineRule="exact" w:before="2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89 </w:t>
      </w:r>
    </w:p>
    <w:p>
      <w:pPr>
        <w:sectPr>
          <w:pgSz w:w="8419" w:h="11906"/>
          <w:pgMar w:top="29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90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Môn tưởng này thành, gọi là đã quán thấy đầy </w:t>
      </w:r>
    </w:p>
    <w:p>
      <w:pPr>
        <w:autoSpaceDN w:val="0"/>
        <w:autoSpaceDE w:val="0"/>
        <w:widowControl/>
        <w:spacing w:line="442" w:lineRule="exact" w:before="0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đủ sắc thân của Bồ Tát Quán Thế Âm và Đại Thế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Chí. </w:t>
      </w:r>
    </w:p>
    <w:p>
      <w:pPr>
        <w:autoSpaceDN w:val="0"/>
        <w:autoSpaceDE w:val="0"/>
        <w:widowControl/>
        <w:spacing w:line="442" w:lineRule="exact" w:before="104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như thế, gọi là chánh quán. Nếu tưởng </w:t>
      </w:r>
    </w:p>
    <w:p>
      <w:pPr>
        <w:autoSpaceDN w:val="0"/>
        <w:autoSpaceDE w:val="0"/>
        <w:widowControl/>
        <w:spacing w:line="422" w:lineRule="exact" w:before="0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sai khác là tà quán. </w:t>
      </w:r>
    </w:p>
    <w:p>
      <w:pPr>
        <w:autoSpaceDN w:val="0"/>
        <w:autoSpaceDE w:val="0"/>
        <w:widowControl/>
        <w:spacing w:line="354" w:lineRule="exact" w:before="142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Quang minh của Đại Thế Chí Bồ Tát thuộc ánh </w:t>
      </w:r>
    </w:p>
    <w:p>
      <w:pPr>
        <w:autoSpaceDN w:val="0"/>
        <w:autoSpaceDE w:val="0"/>
        <w:widowControl/>
        <w:spacing w:line="424" w:lineRule="exact" w:before="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sáng trí huệ vô lậu, vì thể vô lậu vẫn đồng nhau, nên nói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"chỉ thấy ánh sáng nơi một lỗ chân lông của vị Bồ Tát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này, tức thấy quang minh trong sạch nhiệm mầu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mười phương vô lượng chư Phật". "Sức vô thượng" tức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thập lực của Phật. "Bát đầu ma" chính là hoa sen đỏ.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Khi Đại Thế Chí Bồ Tát bước đi, tự nhiên hóa hiện ra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nhiều bảo hoa, vì thứ hoa báu ấy có nhiều kỳ trần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nghiêm sức rực rỡ, nên mới ví như tướng trang nghiêm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ở cõi Cực Lạc. </w:t>
      </w:r>
    </w:p>
    <w:p>
      <w:pPr>
        <w:autoSpaceDN w:val="0"/>
        <w:autoSpaceDE w:val="0"/>
        <w:widowControl/>
        <w:spacing w:line="426" w:lineRule="exact" w:before="138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Hỏi: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- Kinh Mi Đà nói: "Chúng sanh ở cõi kia </w:t>
      </w:r>
    </w:p>
    <w:p>
      <w:pPr>
        <w:autoSpaceDN w:val="0"/>
        <w:autoSpaceDE w:val="0"/>
        <w:widowControl/>
        <w:spacing w:line="416" w:lineRule="exact" w:before="0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có các sự khổ, chỉ hưởng những điều vui." Như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thế, tại sao trong chánh văn đây lại nói các phân thân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tham thánh thuyết pháp độ chúng sanh mê khổ? </w:t>
      </w:r>
    </w:p>
    <w:p>
      <w:pPr>
        <w:autoSpaceDN w:val="0"/>
        <w:autoSpaceDE w:val="0"/>
        <w:widowControl/>
        <w:spacing w:line="424" w:lineRule="exact" w:before="140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Đáp: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- Hai chữ mê khổ trong đây, ý nói: cảnh giới </w:t>
      </w:r>
    </w:p>
    <w:p>
      <w:pPr>
        <w:autoSpaceDN w:val="0"/>
        <w:autoSpaceDE w:val="0"/>
        <w:widowControl/>
        <w:spacing w:line="418" w:lineRule="exact" w:before="0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của bậc địa tiền không bằng bậc địa thượng, trí chứng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bậc sơ địa không bằng bậc nhị địa, chẳng phải chỉ cho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sự khổ vui như tam giới ở cõi Ta Bà. Tam thánh thuyết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pháp để đưa chư thượng thiện nhơn từ quả vị thấp lên </w:t>
      </w:r>
    </w:p>
    <w:p>
      <w:pPr>
        <w:autoSpaceDN w:val="0"/>
        <w:autoSpaceDE w:val="0"/>
        <w:widowControl/>
        <w:spacing w:line="320" w:lineRule="exact" w:before="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90 </w:t>
      </w:r>
    </w:p>
    <w:p>
      <w:pPr>
        <w:sectPr>
          <w:pgSz w:w="8419" w:h="11906"/>
          <w:pgMar w:top="292" w:right="352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2" w:lineRule="exact" w:before="216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quả vị cao, khiến cho vô minh phần diệt, chơn trí tăng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sanh, nên mới gọi là "độ mê khổ." Bởi thánh chúng ở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Cực Lạc đều lấy vô lậu làm thể, đại bi làm dụng, tâm an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trụ nơi lý chân thường, lìa sự sanh diệt của phân đoạn,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có tướng trạng gì gọi là khổ ư? </w:t>
      </w:r>
    </w:p>
    <w:p>
      <w:pPr>
        <w:autoSpaceDN w:val="0"/>
        <w:autoSpaceDE w:val="0"/>
        <w:widowControl/>
        <w:spacing w:line="354" w:lineRule="exact" w:before="19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A tăng kỳ, Trung Hoa dịch là Vô số, hoặc Vô </w:t>
      </w:r>
    </w:p>
    <w:p>
      <w:pPr>
        <w:autoSpaceDN w:val="0"/>
        <w:autoSpaceDE w:val="0"/>
        <w:widowControl/>
        <w:spacing w:line="422" w:lineRule="exact" w:before="2" w:after="0"/>
        <w:ind w:left="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ương số. Không còn ở bào thai, là không còn bị đọa vào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bào thai, thường được hóa sanh về các tịnh độ của mười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phương chư Phật. </w:t>
      </w:r>
    </w:p>
    <w:p>
      <w:pPr>
        <w:autoSpaceDN w:val="0"/>
        <w:autoSpaceDE w:val="0"/>
        <w:widowControl/>
        <w:spacing w:line="414" w:lineRule="exact" w:before="172" w:after="0"/>
        <w:ind w:left="640" w:right="640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12. Quán Thấy Mình (Tự Vãng Sanh Quán) </w:t>
      </w:r>
    </w:p>
    <w:p>
      <w:pPr>
        <w:autoSpaceDN w:val="0"/>
        <w:autoSpaceDE w:val="0"/>
        <w:widowControl/>
        <w:spacing w:line="354" w:lineRule="exact" w:before="154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đã thấy việc ấy, hành giả nên từ nơi chân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tâm, khởi tưởng mình sanh về thế giới Cực Lạc ở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phương tây, ngồi kiết dà trong hoa sen. Kế tưởng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hoa sen khép lại, rồi tưởng hoa sen nở ra. Khi hoa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sen nở, tưởng có năm trăm sắc quang minh soi chiếu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đến thân mình. Lại tưởng mình mở mắt ra, thấy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 và Bồ Tát đầy giữa hư không, những âm thanh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phát ra từ các Hóa Phật cho đến chim, nước, rừng,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cây, đều diễn nói pháp mầu, hợp với mười hai bộ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kinh. Khi xuất định, vẫn phải ghi nhớ đừng để quên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mất.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Thấy được tướng này, gọi là thấy Phật Vô </w:t>
      </w:r>
    </w:p>
    <w:p>
      <w:pPr>
        <w:autoSpaceDN w:val="0"/>
        <w:autoSpaceDE w:val="0"/>
        <w:widowControl/>
        <w:spacing w:line="384" w:lineRule="exact" w:before="8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Lượng Thọ và thế giới Cực Lạc. Hành giả sẽ được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vô số hóa thân của Phật Vô Lượng Thọ cùng Quán </w:t>
      </w:r>
    </w:p>
    <w:p>
      <w:pPr>
        <w:autoSpaceDN w:val="0"/>
        <w:autoSpaceDE w:val="0"/>
        <w:widowControl/>
        <w:spacing w:line="320" w:lineRule="exact" w:before="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91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62" w:lineRule="exact" w:before="182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Thế Âm, Đại Thế Chí thường quang lâm đến chỗ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mình. </w:t>
      </w:r>
    </w:p>
    <w:p>
      <w:pPr>
        <w:autoSpaceDN w:val="0"/>
        <w:autoSpaceDE w:val="0"/>
        <w:widowControl/>
        <w:spacing w:line="352" w:lineRule="exact" w:before="150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Đây là môn phổ quán tưởng, thuộc về phép </w:t>
      </w:r>
    </w:p>
    <w:p>
      <w:pPr>
        <w:autoSpaceDN w:val="0"/>
        <w:autoSpaceDE w:val="0"/>
        <w:widowControl/>
        <w:spacing w:line="354" w:lineRule="exact" w:before="72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thứ mười hai. </w:t>
      </w:r>
    </w:p>
    <w:p>
      <w:pPr>
        <w:autoSpaceDN w:val="0"/>
        <w:autoSpaceDE w:val="0"/>
        <w:widowControl/>
        <w:spacing w:line="352" w:lineRule="exact" w:before="1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môn quán này, nếu tuần tự phân ra, có </w:t>
      </w:r>
    </w:p>
    <w:p>
      <w:pPr>
        <w:autoSpaceDN w:val="0"/>
        <w:autoSpaceDE w:val="0"/>
        <w:widowControl/>
        <w:spacing w:line="354" w:lineRule="exact" w:before="7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mười chi tiết: </w:t>
      </w:r>
    </w:p>
    <w:p>
      <w:pPr>
        <w:autoSpaceDN w:val="0"/>
        <w:autoSpaceDE w:val="0"/>
        <w:widowControl/>
        <w:spacing w:line="368" w:lineRule="exact" w:before="170" w:after="0"/>
        <w:ind w:left="426" w:right="426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Trụ tâm nơi chân tánh của mình. </w:t>
      </w:r>
    </w:p>
    <w:p>
      <w:pPr>
        <w:autoSpaceDN w:val="0"/>
        <w:autoSpaceDE w:val="0"/>
        <w:widowControl/>
        <w:spacing w:line="334" w:lineRule="exact" w:before="166" w:after="0"/>
        <w:ind w:left="426" w:right="426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Khởi tưởng sanh về Tây. </w:t>
      </w:r>
    </w:p>
    <w:p>
      <w:pPr>
        <w:autoSpaceDN w:val="0"/>
        <w:autoSpaceDE w:val="0"/>
        <w:widowControl/>
        <w:spacing w:line="334" w:lineRule="exact" w:before="182" w:after="0"/>
        <w:ind w:left="426" w:right="426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Tưởng ngồi kiết dà trong hoa sen. </w:t>
      </w:r>
    </w:p>
    <w:p>
      <w:pPr>
        <w:autoSpaceDN w:val="0"/>
        <w:autoSpaceDE w:val="0"/>
        <w:widowControl/>
        <w:spacing w:line="368" w:lineRule="exact" w:before="164" w:after="0"/>
        <w:ind w:left="426" w:right="426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Hoa sen khép. </w:t>
      </w:r>
    </w:p>
    <w:p>
      <w:pPr>
        <w:autoSpaceDN w:val="0"/>
        <w:autoSpaceDE w:val="0"/>
        <w:widowControl/>
        <w:spacing w:line="332" w:lineRule="exact" w:before="170" w:after="0"/>
        <w:ind w:left="426" w:right="426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Hoa sen nở. </w:t>
      </w:r>
    </w:p>
    <w:p>
      <w:pPr>
        <w:autoSpaceDN w:val="0"/>
        <w:autoSpaceDE w:val="0"/>
        <w:widowControl/>
        <w:spacing w:line="332" w:lineRule="exact" w:before="184" w:after="0"/>
        <w:ind w:left="426" w:right="426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Bảo quang soi đến thân. </w:t>
      </w:r>
    </w:p>
    <w:p>
      <w:pPr>
        <w:autoSpaceDN w:val="0"/>
        <w:autoSpaceDE w:val="0"/>
        <w:widowControl/>
        <w:spacing w:line="332" w:lineRule="exact" w:before="184" w:after="0"/>
        <w:ind w:left="0" w:right="0" w:firstLine="0"/>
        <w:jc w:val="center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Đã được quang minh chiếu đến, tưởng mình mở mắt. </w:t>
      </w:r>
    </w:p>
    <w:p>
      <w:pPr>
        <w:autoSpaceDN w:val="0"/>
        <w:autoSpaceDE w:val="0"/>
        <w:widowControl/>
        <w:spacing w:line="332" w:lineRule="exact" w:before="186" w:after="0"/>
        <w:ind w:left="26" w:right="26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Khi mở mắt ra thấy Phật, Bồ Tát cùng cảnh giới Cực </w:t>
      </w:r>
    </w:p>
    <w:p>
      <w:pPr>
        <w:autoSpaceDN w:val="0"/>
        <w:autoSpaceDE w:val="0"/>
        <w:widowControl/>
        <w:spacing w:line="332" w:lineRule="exact" w:before="64" w:after="0"/>
        <w:ind w:left="0" w:right="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Lạc. </w:t>
      </w:r>
    </w:p>
    <w:p>
      <w:pPr>
        <w:autoSpaceDN w:val="0"/>
        <w:autoSpaceDE w:val="0"/>
        <w:widowControl/>
        <w:spacing w:line="366" w:lineRule="exact" w:before="166" w:after="0"/>
        <w:ind w:left="426" w:right="426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Nghe pháp mầu hợp với khế kinh. </w:t>
      </w:r>
    </w:p>
    <w:p>
      <w:pPr>
        <w:autoSpaceDN w:val="0"/>
        <w:autoSpaceDE w:val="0"/>
        <w:widowControl/>
        <w:spacing w:line="332" w:lineRule="exact" w:before="170" w:after="0"/>
        <w:ind w:left="426" w:right="426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Lúc xuất định không quên mất. </w:t>
      </w:r>
    </w:p>
    <w:p>
      <w:pPr>
        <w:autoSpaceDN w:val="0"/>
        <w:autoSpaceDE w:val="0"/>
        <w:widowControl/>
        <w:spacing w:line="352" w:lineRule="exact" w:before="18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Nếu hành giả quán thành, tất có sự cảm ứng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thường được Phật và Bồ Tát đến an ủi, thuyết pháp, ấn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hứa cho vãng sanh. </w:t>
      </w:r>
    </w:p>
    <w:p>
      <w:pPr>
        <w:autoSpaceDN w:val="0"/>
        <w:autoSpaceDE w:val="0"/>
        <w:widowControl/>
        <w:spacing w:line="320" w:lineRule="exact" w:before="9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92 </w:t>
      </w:r>
    </w:p>
    <w:p>
      <w:pPr>
        <w:sectPr>
          <w:pgSz w:w="8419" w:h="11906"/>
          <w:pgMar w:top="292" w:right="358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14" w:lineRule="exact" w:before="278" w:after="0"/>
        <w:ind w:left="24" w:right="24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13. Quán Xen Về Phật và Bồ Tát (Tạp Tưởng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61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4" w:lineRule="exact" w:before="100" w:after="0"/>
              <w:ind w:left="0" w:right="0" w:firstLine="0"/>
              <w:jc w:val="left"/>
            </w:pPr>
            <w:r>
              <w:rPr>
                <w:rFonts w:ascii="Times New Roman BoldItalic" w:hAnsi="Times New Roman BoldItalic" w:eastAsia="Times New Roman BoldItalic"/>
                <w:b/>
                <w:i/>
                <w:color w:val="0000FF"/>
                <w:sz w:val="32"/>
              </w:rPr>
              <w:t xml:space="preserve">Quán) </w:t>
            </w:r>
          </w:p>
        </w:tc>
        <w:tc>
          <w:tcPr>
            <w:tcW w:type="dxa" w:w="466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42" w:lineRule="exact" w:before="6" w:after="0"/>
        <w:ind w:left="720" w:right="72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Phật bảo A Nan và Vi Đề Hy: </w:t>
      </w:r>
    </w:p>
    <w:p>
      <w:pPr>
        <w:autoSpaceDN w:val="0"/>
        <w:autoSpaceDE w:val="0"/>
        <w:widowControl/>
        <w:spacing w:line="442" w:lineRule="exact" w:before="104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- Nếu kẻ nào chí tâm muốn sanh về Tây </w:t>
      </w:r>
    </w:p>
    <w:p>
      <w:pPr>
        <w:autoSpaceDN w:val="0"/>
        <w:autoSpaceDE w:val="0"/>
        <w:widowControl/>
        <w:spacing w:line="402" w:lineRule="exact" w:before="0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Phương, trước nên quán thân Phật A Mi Đà cao một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trượng sáu đứng trên bờ ao thất bảo. </w:t>
      </w:r>
    </w:p>
    <w:p>
      <w:pPr>
        <w:autoSpaceDN w:val="0"/>
        <w:autoSpaceDE w:val="0"/>
        <w:widowControl/>
        <w:spacing w:line="354" w:lineRule="exact" w:before="192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trước đã nói, thân Phật Vô Lượng Thọ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rộng lớn vô biên, tâm lực của phàm phu khó nổi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cho khắp được. Tuy nhiên, nhờ đức Như Lai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kia có túc nguyện lực, nên nếu chí tâm quán tưởng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tất sẽ được thành tựu. Chúng sanh chỉ tưởng hình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tượng Phật còn được vô lượng phước, huống chi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đầy đủ thân tướng của Như Lai? Phật A Mi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Đà có sức thần thông như ý, biến hiện tự tại khắp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các cõi ở mười phương, hoặc hiện thân lớn đầy cả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hư không, hoặc hiện thân nhỏ cao một trượng sáu,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hay tám thước. Những thân hóa hiện đều là sắc chân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kim. Còn tướng viên quang, Hóa Phật cùng hoa sen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báu, như trước đã diễn tả. </w:t>
      </w:r>
    </w:p>
    <w:p>
      <w:pPr>
        <w:autoSpaceDN w:val="0"/>
        <w:autoSpaceDE w:val="0"/>
        <w:widowControl/>
        <w:spacing w:line="354" w:lineRule="exact" w:before="192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Về thân lượng của hai vị Bồ Tát Quán Thế Âm, </w:t>
      </w:r>
    </w:p>
    <w:p>
      <w:pPr>
        <w:autoSpaceDN w:val="0"/>
        <w:autoSpaceDE w:val="0"/>
        <w:widowControl/>
        <w:spacing w:line="422" w:lineRule="exact" w:before="0" w:after="0"/>
        <w:ind w:left="0" w:right="24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ở khắp tất cả chỗ, nên quán đồng như thân của các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bậc thượng thiện nhơn. Hành giả chỉ cần phân biệt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sự sai khác của tướng đầu để biết đó là Bồ Tát Quán </w:t>
      </w:r>
    </w:p>
    <w:p>
      <w:pPr>
        <w:autoSpaceDN w:val="0"/>
        <w:autoSpaceDE w:val="0"/>
        <w:widowControl/>
        <w:spacing w:line="320" w:lineRule="exact" w:before="4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93 </w:t>
      </w:r>
    </w:p>
    <w:p>
      <w:pPr>
        <w:sectPr>
          <w:pgSz w:w="8419" w:h="11906"/>
          <w:pgMar w:top="27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2" w:lineRule="exact" w:before="222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Thế Âm hay Đại Thế Chí. Hai vị đại sĩ này thường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phụ trợ Phật A Mi Đà, giáo hóa tất cả chúng sanh. </w:t>
      </w:r>
    </w:p>
    <w:p>
      <w:pPr>
        <w:autoSpaceDN w:val="0"/>
        <w:autoSpaceDE w:val="0"/>
        <w:widowControl/>
        <w:spacing w:line="352" w:lineRule="exact" w:before="190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Đây là môn tạp tưởng quán, thuộc về phép </w:t>
      </w:r>
    </w:p>
    <w:p>
      <w:pPr>
        <w:autoSpaceDN w:val="0"/>
        <w:autoSpaceDE w:val="0"/>
        <w:widowControl/>
        <w:spacing w:line="354" w:lineRule="exact" w:before="72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thứ mười ba. </w:t>
      </w:r>
    </w:p>
    <w:p>
      <w:pPr>
        <w:autoSpaceDN w:val="0"/>
        <w:autoSpaceDE w:val="0"/>
        <w:widowControl/>
        <w:spacing w:line="352" w:lineRule="exact" w:before="18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 đức Phật đã diễn tả thân lượng của Tây </w:t>
      </w:r>
    </w:p>
    <w:p>
      <w:pPr>
        <w:autoSpaceDN w:val="0"/>
        <w:autoSpaceDE w:val="0"/>
        <w:widowControl/>
        <w:spacing w:line="424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Phương tam thánh rộng rãi vô biên, tướng nhiệm mầu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thể kể xiết! Nhưng vì thương xót chúng sanh ở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cõi này tâm lượng phần nhiều kém nhỏ, khó nổi quán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chân thân của ba vị đại thánh, nên đức Như Lai lại tùy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cơ mà nói ra quán cảnh này. Bởi Phật A Mi Đà thần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thông tự tại, tùy nơi mà biến hiện lớn nhỏ, nên quán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thân cao một trượng sáu cũng gọi là thấy sắc thân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Phật. Và khi quán thân Phật nhỏ, tất phải tưởng thân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của hai vị Bồ Tát thị giả cũng nhỏ đồng như thân ba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mươi hai tướng của các bậc thượng thiện nhơn. "Phân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biệt sự sai khác của tướng đầu," là nơi thiên quan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đức Quán Thế Âm có hình Hóa Phật đứng, thiên quan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của đức Đại Thế Chí có bình báu chiếu ánh quang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minh. </w:t>
      </w:r>
    </w:p>
    <w:p>
      <w:pPr>
        <w:autoSpaceDN w:val="0"/>
        <w:autoSpaceDE w:val="0"/>
        <w:widowControl/>
        <w:spacing w:line="354" w:lineRule="exact" w:before="17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Nếu quán cảnh này thành, hành giả có thể thấy sắc </w:t>
      </w:r>
    </w:p>
    <w:p>
      <w:pPr>
        <w:autoSpaceDN w:val="0"/>
        <w:autoSpaceDE w:val="0"/>
        <w:widowControl/>
        <w:spacing w:line="424" w:lineRule="exact" w:before="0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thân của Tây Phương tam thánh lơn hơn tùy theo 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lượng. Từ môn Nhật quán đến môn Tạp tưởng Quán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này đã thuyết minh xong phần đức Thế Tôn đáp ứng lời </w:t>
      </w:r>
    </w:p>
    <w:p>
      <w:pPr>
        <w:autoSpaceDN w:val="0"/>
        <w:autoSpaceDE w:val="0"/>
        <w:widowControl/>
        <w:spacing w:line="320" w:lineRule="exact" w:before="5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94 </w:t>
      </w:r>
    </w:p>
    <w:p>
      <w:pPr>
        <w:sectPr>
          <w:pgSz w:w="8419" w:h="11906"/>
          <w:pgMar w:top="292" w:right="352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47"/>
        <w:gridCol w:w="3647"/>
      </w:tblGrid>
      <w:tr>
        <w:trPr>
          <w:trHeight w:hRule="exact" w:val="200"/>
        </w:trPr>
        <w:tc>
          <w:tcPr>
            <w:tcW w:type="dxa" w:w="364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47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4" w:lineRule="exact" w:before="404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thỉnh vấn "dạy về phép tư duy và chánh thọ" của bà Vi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Đề Hy. Có lời kể tổng tán rằng: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Trước dạy Nhật quán trừ hôn ám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Tưởng nước thành băng để định tâm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Dưới đất bảo tràng châu sáng rỡ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Trên không thiên nhạc pháp thâm trầm.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Mây, lọng, thần quang muôn ức đạo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Cây ngọc hoa quỳnh sanh trái báu </w:t>
      </w:r>
    </w:p>
    <w:p>
      <w:pPr>
        <w:autoSpaceDN w:val="0"/>
        <w:autoSpaceDE w:val="0"/>
        <w:widowControl/>
        <w:spacing w:line="390" w:lineRule="exact" w:before="17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Ao Vàng nước đức chảy trong hoa </w:t>
      </w:r>
    </w:p>
    <w:p>
      <w:pPr>
        <w:autoSpaceDN w:val="0"/>
        <w:autoSpaceDE w:val="0"/>
        <w:widowControl/>
        <w:spacing w:line="354" w:lineRule="exact" w:before="174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Lầu xinh các lạ nghìn kỳ xảo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Hoa tòa mầu nhiệm đẹp vô cùng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Bảo trụ mành châu ánh vạn trùng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In bóng mười phương nhiều Phật sự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Trang nghiêm dường thể Dạ Ma cung.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Không lường tướng hảo ngợi Mi Đà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Tay báu Quan Âm cứu ái hà </w:t>
      </w:r>
    </w:p>
    <w:p>
      <w:pPr>
        <w:autoSpaceDN w:val="0"/>
        <w:autoSpaceDE w:val="0"/>
        <w:widowControl/>
        <w:spacing w:line="352" w:lineRule="exact" w:before="192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Thế Chí thần uy hay chấn động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Huệ quang soi khắp cõi hằng sa.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Cực Lạc sanh về tưởng thấy mình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Ngồi trong hoa báu định tâm tình </w:t>
      </w:r>
    </w:p>
    <w:p>
      <w:pPr>
        <w:autoSpaceDN w:val="0"/>
        <w:autoSpaceDE w:val="0"/>
        <w:widowControl/>
        <w:spacing w:line="320" w:lineRule="exact" w:before="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95 </w:t>
      </w:r>
    </w:p>
    <w:p>
      <w:pPr>
        <w:sectPr>
          <w:pgSz w:w="8419" w:h="11906"/>
          <w:pgMar w:top="288" w:right="670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86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Cánh sen tưởng khép rồi tươi nở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Soi đến trăm màu ánh tịnh minh.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Vì đâu Điều Ngự động ai lân?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Cảnh tướng chân thân khó vạn phần! </w:t>
      </w:r>
    </w:p>
    <w:p>
      <w:pPr>
        <w:autoSpaceDN w:val="0"/>
        <w:autoSpaceDE w:val="0"/>
        <w:widowControl/>
        <w:spacing w:line="390" w:lineRule="exact" w:before="17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Trượng sáu mở bày môn tiệm quán </w:t>
      </w:r>
    </w:p>
    <w:p>
      <w:pPr>
        <w:autoSpaceDN w:val="0"/>
        <w:autoSpaceDE w:val="0"/>
        <w:widowControl/>
        <w:spacing w:line="354" w:lineRule="exact" w:before="172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Bên bờ ao báu tưởng kim thân! </w:t>
      </w:r>
    </w:p>
    <w:p>
      <w:pPr>
        <w:autoSpaceDN w:val="0"/>
        <w:autoSpaceDE w:val="0"/>
        <w:widowControl/>
        <w:spacing w:line="414" w:lineRule="exact" w:before="172" w:after="0"/>
        <w:ind w:left="26" w:right="26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14. Quán Sanh Về Thượng Phẩm (Thượng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61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4" w:lineRule="exact" w:before="100" w:after="0"/>
              <w:ind w:left="0" w:right="0" w:firstLine="0"/>
              <w:jc w:val="left"/>
            </w:pPr>
            <w:r>
              <w:rPr>
                <w:rFonts w:ascii="Times New Roman BoldItalic" w:hAnsi="Times New Roman BoldItalic" w:eastAsia="Times New Roman BoldItalic"/>
                <w:b/>
                <w:i/>
                <w:color w:val="0000FF"/>
                <w:sz w:val="32"/>
              </w:rPr>
              <w:t xml:space="preserve">Phẩm Sanh Quán) </w:t>
            </w:r>
          </w:p>
        </w:tc>
        <w:tc>
          <w:tcPr>
            <w:tcW w:type="dxa" w:w="128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54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Phật bảo A Nan và Vi Đề Hy: </w:t>
      </w:r>
      <w:r>
        <w:rPr>
          <w:rFonts w:ascii="Times New Roman Bold" w:hAnsi="Times New Roman Bold" w:eastAsia="Times New Roman Bold"/>
          <w:b/>
          <w:i w:val="0"/>
          <w:color w:val="993300"/>
          <w:sz w:val="32"/>
        </w:rPr>
        <w:t xml:space="preserve">"Thượng </w:t>
      </w:r>
    </w:p>
    <w:p>
      <w:pPr>
        <w:autoSpaceDN w:val="0"/>
        <w:autoSpaceDE w:val="0"/>
        <w:widowControl/>
        <w:spacing w:line="444" w:lineRule="exact" w:before="22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993300"/>
          <w:sz w:val="32"/>
        </w:rPr>
        <w:t>phẩm thượng sanh là thế nào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? </w:t>
      </w:r>
    </w:p>
    <w:p>
      <w:pPr>
        <w:autoSpaceDN w:val="0"/>
        <w:autoSpaceDE w:val="0"/>
        <w:widowControl/>
        <w:spacing w:line="354" w:lineRule="exact" w:before="14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Nếu chúng sanh muốn sanh về cõi kia, nên </w:t>
      </w:r>
    </w:p>
    <w:p>
      <w:pPr>
        <w:autoSpaceDN w:val="0"/>
        <w:autoSpaceDE w:val="0"/>
        <w:widowControl/>
        <w:spacing w:line="382" w:lineRule="exact" w:before="80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phát ba thứ tâm, là tâm chí thành, tâm sâu thiết,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tâm hồi hướng phát nguyện, tất sẽ được vãng sanh. </w:t>
      </w:r>
    </w:p>
    <w:p>
      <w:pPr>
        <w:autoSpaceDN w:val="0"/>
        <w:autoSpaceDE w:val="0"/>
        <w:widowControl/>
        <w:spacing w:line="354" w:lineRule="exact" w:before="192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Lại có ba hạng hữu tình được sanh về Cực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Lạc: Một là hạng có lòng xót thương, không giết hại,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giữ tròn các giới hạnh; Hai là hạng đọc tụng kinh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điển Phương Đẳng đại thừa; Ba là hạng tu hành lục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niệm, hồi hướng phát nguyện sanh về An Dưỡng.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Nếu đủ các công đức như thế, từ một ngày cho đến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bảy ngày, liền được vãng sanh. </w:t>
      </w:r>
    </w:p>
    <w:p>
      <w:pPr>
        <w:autoSpaceDN w:val="0"/>
        <w:autoSpaceDE w:val="0"/>
        <w:widowControl/>
        <w:spacing w:line="354" w:lineRule="exact" w:before="18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Do kẻ ấy tinh tấn dõng mãnh, nên lúc vãng </w:t>
      </w:r>
    </w:p>
    <w:p>
      <w:pPr>
        <w:autoSpaceDN w:val="0"/>
        <w:autoSpaceDE w:val="0"/>
        <w:widowControl/>
        <w:spacing w:line="354" w:lineRule="exact" w:before="6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sanh Phật A Mi Đà cùng hai Bồ Tát Quán Thế Âm, </w:t>
      </w:r>
    </w:p>
    <w:p>
      <w:pPr>
        <w:autoSpaceDN w:val="0"/>
        <w:autoSpaceDE w:val="0"/>
        <w:widowControl/>
        <w:spacing w:line="320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96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2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Đại Thế Chí, vô số Hóa Phật, trăm ngàn Thanh Văn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Tỳ Kheo đại chúng, vô lượng chư thiên và cung điện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thất bảo đều hiện đến. Khi ấy Quán Thế Âm Bồ Tát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bưng đài kim cang, cùng Đại Thế Chí Bồ Tát tới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trước hành giả. Phật A Mi Đà phóng đại quang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minh chiếu đến thân người vãng sanh, rồi cùng chư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Bồ Tát đồng đưa tay tiếp dẫn. Hai vị Đại thánh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Thế Âm, Đại Thế Chí lại cùng vô số Bồ Tát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đồng thanh khen ngợi, khuyến tấn. Hành giả mục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kích cảnh ấy rồi, sanh tâm vui mừng khấp khởi, tự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thấy mình ngồi trên đài kim cang, theo sau Phật và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Thánh Chúng, trong khoảng khảy ngón tay, sanh về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Cực Lạc. </w:t>
      </w:r>
    </w:p>
    <w:p>
      <w:pPr>
        <w:autoSpaceDN w:val="0"/>
        <w:autoSpaceDE w:val="0"/>
        <w:widowControl/>
        <w:spacing w:line="354" w:lineRule="exact" w:before="192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đã sanh về cõi kia, lại thấy kim thân của </w:t>
      </w:r>
    </w:p>
    <w:p>
      <w:pPr>
        <w:autoSpaceDN w:val="0"/>
        <w:autoSpaceDE w:val="0"/>
        <w:widowControl/>
        <w:spacing w:line="428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 đầy đủ các tướng, chư Bồ Tát sắc tướng cũng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cụ túc trang nghiêm; các ánh sáng và rừng báu đều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diễn thuyết pháp mầu. Hành giả nghe xong, liền ngộ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vô sanh pháp nhẫn, trong giây phút thừa sự chư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 khắp mười phương, được thọ ký trước chư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Phật, rồi trở về bản quốc, chứng vô lượng trăm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ngàn môn Đà La Ni. Đây gọi là </w:t>
      </w:r>
      <w:r>
        <w:rPr>
          <w:rFonts w:ascii="Times New Roman Bold" w:hAnsi="Times New Roman Bold" w:eastAsia="Times New Roman Bold"/>
          <w:b/>
          <w:i w:val="0"/>
          <w:color w:val="FF0000"/>
          <w:sz w:val="32"/>
        </w:rPr>
        <w:t xml:space="preserve">thượng phẩm </w:t>
      </w:r>
      <w:r>
        <w:rPr>
          <w:rFonts w:ascii="Times New Roman Bold" w:hAnsi="Times New Roman Bold" w:eastAsia="Times New Roman Bold"/>
          <w:b/>
          <w:i w:val="0"/>
          <w:color w:val="FF0000"/>
          <w:sz w:val="32"/>
        </w:rPr>
        <w:t>thượng sanh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. </w:t>
      </w:r>
    </w:p>
    <w:p>
      <w:pPr>
        <w:autoSpaceDN w:val="0"/>
        <w:autoSpaceDE w:val="0"/>
        <w:widowControl/>
        <w:spacing w:line="354" w:lineRule="exact" w:before="14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Về tâm chí thành, "chí" là chơn, "thành" là thật. </w:t>
      </w:r>
    </w:p>
    <w:p>
      <w:pPr>
        <w:autoSpaceDN w:val="0"/>
        <w:autoSpaceDE w:val="0"/>
        <w:widowControl/>
        <w:spacing w:line="354" w:lineRule="exact" w:before="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Đây ý nói người muốn vãng sanh, điểm cần yếu là ba </w:t>
      </w:r>
    </w:p>
    <w:p>
      <w:pPr>
        <w:autoSpaceDN w:val="0"/>
        <w:autoSpaceDE w:val="0"/>
        <w:widowControl/>
        <w:spacing w:line="320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97 </w:t>
      </w:r>
    </w:p>
    <w:p>
      <w:pPr>
        <w:sectPr>
          <w:pgSz w:w="8419" w:h="11906"/>
          <w:pgMar w:top="29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nghiệp thân, miệng, ý, trong khi tu, đều phải từ nơi 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chân thật mà phát ra, không nên bề ngoài hiện tướng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tinh tấn hiền lành, bên trong lại ẩn niệm lơ là giả dối.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Nếu đem tâm hư ngụy cẩu thả mà tu, thì dù ngày đêm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hành trì bất tuyệt, trạng như lửa đốt đầu, chung qui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cũng là hạnh tạp độc. Lại sự chân thật có hai, là tự lợi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chân thật và lợi tha chân thật. Tự lợi chân thật là 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còn mảy may tham luyến phước báu ngũ dục cõi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người cõi trời, ở đời này hoặc đời sau, chỉ tha thiết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nguyện sanh về Tây Phương. Trong khi thân lạy Phật,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miệng tụng niệm, ý quán tưởng, cùng tu các hạnh lành,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đều phải cung kính chí thành. Lợi tha chân thật là thành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thật khen ngợi công đức y chanh ở Cực Lạc, khuyên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người tinh tấn tu hành, thấy ai làm được việc lành nhỏ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mọn cũng sanh tâm tùy hỉ. </w:t>
      </w:r>
    </w:p>
    <w:p>
      <w:pPr>
        <w:autoSpaceDN w:val="0"/>
        <w:autoSpaceDE w:val="0"/>
        <w:widowControl/>
        <w:spacing w:line="354" w:lineRule="exact" w:before="19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Tâm sâu thiết, tức lòng tin hiểu sâu. Tâm này </w:t>
      </w:r>
    </w:p>
    <w:p>
      <w:pPr>
        <w:autoSpaceDN w:val="0"/>
        <w:autoSpaceDE w:val="0"/>
        <w:widowControl/>
        <w:spacing w:line="354" w:lineRule="exact" w:before="7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cũng có hai: </w:t>
      </w:r>
    </w:p>
    <w:p>
      <w:pPr>
        <w:autoSpaceDN w:val="0"/>
        <w:autoSpaceDE w:val="0"/>
        <w:widowControl/>
        <w:spacing w:line="354" w:lineRule="exact" w:before="188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Hành giả phải tin hiểu sâu chắc mình là kẻ phàm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phu tội chướng, từ kiếp vô thỉ đến nay mãi trôi chìm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vòng lục đạo, gây nên nghiệp ác không lường. </w:t>
      </w:r>
    </w:p>
    <w:p>
      <w:pPr>
        <w:autoSpaceDN w:val="0"/>
        <w:autoSpaceDE w:val="0"/>
        <w:widowControl/>
        <w:spacing w:line="352" w:lineRule="exact" w:before="1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Phải tin sâu rằng Phật A Mi Đà có nguyện lực </w:t>
      </w:r>
    </w:p>
    <w:p>
      <w:pPr>
        <w:autoSpaceDN w:val="0"/>
        <w:autoSpaceDE w:val="0"/>
        <w:widowControl/>
        <w:spacing w:line="424" w:lineRule="exact" w:before="0" w:after="0"/>
        <w:ind w:left="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rộng lớn, nếu chúng sanh nào thành tâm hệ niệm quy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hướng, thì dù có bao nhiêu tội chướng, cũng quyết định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sẽ được tiếp dẫn vãng sanh. Tâm hồi hướng phát </w:t>
      </w:r>
    </w:p>
    <w:p>
      <w:pPr>
        <w:autoSpaceDN w:val="0"/>
        <w:autoSpaceDE w:val="0"/>
        <w:widowControl/>
        <w:spacing w:line="320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98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6" w:lineRule="exact" w:before="214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nguyện là hành giả tu bao nhiêu công đức lành, dù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một chút mảy may nhỏ ít, cũng đều đem hồi hướng cầu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 về Tây Phương, không một niệm cầu phước báu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nhơn thiên chi khác. Phải biết sự an vui nghiêm tịnh ở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Cực Lạc còn vượt hơn tam giới rất xa, và được sanh về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Cực Lạc thì bao nhiêu hạnh nguyện độ mình, độ người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đều sẽ thành tựu một cách chắc chắn. </w:t>
      </w:r>
    </w:p>
    <w:p>
      <w:pPr>
        <w:autoSpaceDN w:val="0"/>
        <w:autoSpaceDE w:val="0"/>
        <w:widowControl/>
        <w:spacing w:line="352" w:lineRule="exact" w:before="17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"Lục niệm" là: niệm Phật, niệm Pháp, niệm Tăng, </w:t>
      </w:r>
    </w:p>
    <w:p>
      <w:pPr>
        <w:autoSpaceDN w:val="0"/>
        <w:autoSpaceDE w:val="0"/>
        <w:widowControl/>
        <w:spacing w:line="424" w:lineRule="exact" w:before="0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niệm Thí, niệm Giới, niệm Thiên. Đây là sáu niệm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đại thừa, riêng về niệm Thiên tức là nhớ giữ mười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nghiệp lành, chớ không phải niệm cầu sanh về cõi trời.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Câu "nếu đủ công đức như thế từ một ngày cho đến bảy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ngày", thuyết minh ảnh hưởng của Bồ Tát hạnh lớn lao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vô cùng, chỉ một niệm còn có thể làm Phật chủng,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huống chi từ một ngày đến bảy ngày ư? Đà la ni, Trung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Hoa dịch là Tổng trì, có nghĩa hay giữ pháp lành, ngăn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pháp ác; đây là chỉ cho sự thông đạt vô lượng pháp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626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26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môn. </w:t>
            </w:r>
          </w:p>
        </w:tc>
        <w:tc>
          <w:tcPr>
            <w:tcW w:type="dxa" w:w="36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42" w:lineRule="exact" w:before="26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993300"/>
          <w:sz w:val="32"/>
        </w:rPr>
        <w:t>Thượng phẩm trung sanh là thế nào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? Có </w:t>
      </w:r>
    </w:p>
    <w:p>
      <w:pPr>
        <w:autoSpaceDN w:val="0"/>
        <w:autoSpaceDE w:val="0"/>
        <w:widowControl/>
        <w:spacing w:line="416" w:lineRule="exact" w:before="0" w:after="0"/>
        <w:ind w:left="0" w:right="24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chúng sanh tuy không thọ trì kinh Phương Đẳng,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nhưng khéo hiểu nghĩa thú, đối với đệ nhất nghĩa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tâm không kinh động, tin sâu lý nhân quả, không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phỉ báng pháp đại thừa. Nếu hành giả đem công đức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này niệm Phật hồi hướng cầu sanh Cực Lạc, thì khi </w:t>
      </w:r>
    </w:p>
    <w:p>
      <w:pPr>
        <w:autoSpaceDN w:val="0"/>
        <w:autoSpaceDE w:val="0"/>
        <w:widowControl/>
        <w:spacing w:line="320" w:lineRule="exact" w:before="2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99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20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lâm chung Tây Phương tam thánh cùng vô lượng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đại chúng quyến thuộc bưng đài tử kim, hiện đến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trước mặt khen rằng: "Pháp tử! Ngươi tu đại thừa,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hiểu đệ nhất nghĩa, nên nay ta đến tiếp nghinh. Liền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đó đức Vô Lượng Thọ Thế Tôn cùng với một ngàn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Hóa Phật đồng thời đưa tay xuống tiếp dẫn. Bấy giờ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hành giả tự thấy mình ngồi trên đài tử kim, chắp tay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khen ngợi chư Phật, rồi trong khoảng một niệm liền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sanh về nơi ao thất bảo ở cõi Cực Lạc. </w:t>
      </w:r>
    </w:p>
    <w:p>
      <w:pPr>
        <w:autoSpaceDN w:val="0"/>
        <w:autoSpaceDE w:val="0"/>
        <w:widowControl/>
        <w:spacing w:line="354" w:lineRule="exact" w:before="192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Đài tử kim ấy như hoa báu lớn, trải một đêm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liền nở. Bấy giờ hành giả thân sắc tử kim, dưới chơn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lại có hoa sen thất bảo, được Phật và Bồ Tát đồng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thời phóng quang soi đến mình, mắt liền mở sáng.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Do túc tập trước kia, lúc đó tự nghe các âm thanh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khắp nơi đều nói thuần là pháp đệ nhất nghĩa đế rất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thâm mầu. Nghe xong, liền bước xuống kim đài lạy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 và chắp tay khen ngợi đức Thế Tôn. Trải qua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bảy ngày, liền được không thối chuyển nơi quả 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Nậu Đa La Tam Miệu Tam Bồ Đề, có thể tự tại bay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đi khắp mười phương thừa sự chư Phật, tu các môn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tam muội. Như thế qua một tiểu kiếp, chứng được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vô sanh nhẫn và mong chư Phật thọ ký. Đây là cảnh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2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100" w:after="0"/>
              <w:ind w:left="0" w:right="0" w:firstLine="0"/>
              <w:jc w:val="center"/>
            </w:pPr>
            <w:r>
              <w:rPr>
                <w:rFonts w:ascii="Times New Roman Bold" w:hAnsi="Times New Roman Bold" w:eastAsia="Times New Roman Bold"/>
                <w:b/>
                <w:i w:val="0"/>
                <w:color w:val="FF0000"/>
                <w:sz w:val="32"/>
              </w:rPr>
              <w:t xml:space="preserve">thượng phẩm trung sanh. </w:t>
            </w:r>
          </w:p>
        </w:tc>
        <w:tc>
          <w:tcPr>
            <w:tcW w:type="dxa" w:w="178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7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100 </w:t>
      </w:r>
    </w:p>
    <w:p>
      <w:pPr>
        <w:sectPr>
          <w:pgSz w:w="8419" w:h="11906"/>
          <w:pgMar w:top="292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8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Hiểu đệ nhất nghĩa là rõ suốt các pháp thảy đều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vắng lặng; đây là lý duyên khởi không tự tánh, vì nó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tuyệt đối, vượt hơn các pháp, nên gọi "đệ nhất." "Tâm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kinh động", là bậc khéo hiểu nghĩa không của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đại thừa, tuy nghe nói những đạo lý: tất cả pháp đều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không, sanh tử niết bàn vẫn không, phàm thánh mê ngộ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cũng không, cảnh lục đạo của thế gian và vị tam hiền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thập thánh của xuất thế nguyên đồng thể tánh, lòng vẫn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thản nhiên, không nghi trệ. "Tin sâu lý nhân quả" là rõ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biết các pháp tuy không, song nhân quả lành dữ không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mảy may sai lạc. Hiểu như thế mới gọi là không phỉ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2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báng pháp đại thừa. </w:t>
            </w:r>
          </w:p>
        </w:tc>
        <w:tc>
          <w:tcPr>
            <w:tcW w:type="dxa" w:w="129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Bậc có tín giải đại thừa nếu chẳng nguyện về Tây </w:t>
      </w:r>
    </w:p>
    <w:p>
      <w:pPr>
        <w:autoSpaceDN w:val="0"/>
        <w:autoSpaceDE w:val="0"/>
        <w:widowControl/>
        <w:spacing w:line="422" w:lineRule="exact" w:before="2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Phương thì cũng còn ở trong vòng luân chuyển, khó bảo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đảm không thối thất, nên đức Thế Tôn khuyên hồi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hướng cầu sanh Cực Lạc. Bảy ngày và một tiểu kiếp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trên đây, theo lời bình giải của các cổ đức, là ước về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thời gian ở cõi Ta Bà chớ không phải Cực Lạc. Như thế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thì bảy ngày chỉ là một khoảnh khắc ở Cực Lạc mà thôi. </w:t>
      </w:r>
    </w:p>
    <w:p>
      <w:pPr>
        <w:autoSpaceDN w:val="0"/>
        <w:autoSpaceDE w:val="0"/>
        <w:widowControl/>
        <w:spacing w:line="446" w:lineRule="exact" w:before="148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993300"/>
          <w:sz w:val="32"/>
        </w:rPr>
        <w:t>Thượng phẩm hạ sanh là thế nào?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- Có chúng </w:t>
      </w:r>
    </w:p>
    <w:p>
      <w:pPr>
        <w:autoSpaceDN w:val="0"/>
        <w:autoSpaceDE w:val="0"/>
        <w:widowControl/>
        <w:spacing w:line="414" w:lineRule="exact" w:before="0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sanh tuy cũng tin nhân quả, không báng đại thừa,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nhưng chỉ phát tâm cầu đạo vô thượng, rồi đem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công đức ấy niệm Phật nguyện về Cực Lạc. Hành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giả ấy khi lâm chung được Phật A Mi Đà, Quán Thế </w:t>
      </w:r>
    </w:p>
    <w:p>
      <w:pPr>
        <w:autoSpaceDN w:val="0"/>
        <w:autoSpaceDE w:val="0"/>
        <w:widowControl/>
        <w:spacing w:line="320" w:lineRule="exact" w:before="2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101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2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Âm, Đại Thế Chí cùng chư Bồ Tát cầm hoa sen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vàng, hóa hiện năm trăm vị Phật đến nghinh tiếp.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Lúc đó năm trăm Hóa Phật đồng thời đưa tay xuống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và khen rằng: "Pháp tử! Ngươi nay thanh tịnh, phát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vô thượng đạo tâm, nên ta đến rước ngươi." </w:t>
      </w:r>
    </w:p>
    <w:p>
      <w:pPr>
        <w:autoSpaceDN w:val="0"/>
        <w:autoSpaceDE w:val="0"/>
        <w:widowControl/>
        <w:spacing w:line="354" w:lineRule="exact" w:before="18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hành giả mục kích cảnh ấy rồi, liền thấy </w:t>
      </w:r>
    </w:p>
    <w:p>
      <w:pPr>
        <w:autoSpaceDN w:val="0"/>
        <w:autoSpaceDE w:val="0"/>
        <w:widowControl/>
        <w:spacing w:line="424" w:lineRule="exact" w:before="2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mình ngồi nơi hoa sen vàng, ngồi xong cánh hoa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khép lại, theo sau đức Thế Tôn sanh về ao thất bảo.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thế trải qua một ngày đêm, hoa sen nở ra, bảy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hôm sau mới được thấy Phật. Nhưng tuy thấy Phật,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đối với các tướng hảo tâm còn chưa rõ ràng, đợi qua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hai mươi mốt ngày, mới nhận được minh bạch. Bấy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giờ người vãng sanh nghe các âm thanh đều diễn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pháp mầu, bay dạo mười phương cúng dường chư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Phật, và được nghe pháp thậm thâm trước các đức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Thế Tôn. Trải qua ba tiểu kiếp như thế, được bách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pháp minh môn, trụ sơ hoan hỷ địa. Đây là cảnh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thượng phẩm hạ sanh. </w:t>
            </w:r>
          </w:p>
        </w:tc>
        <w:tc>
          <w:tcPr>
            <w:tcW w:type="dxa" w:w="157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Trên đây là môn tưởng thượng bối vãng sanh, </w:t>
      </w:r>
    </w:p>
    <w:p>
      <w:pPr>
        <w:autoSpaceDN w:val="0"/>
        <w:autoSpaceDE w:val="0"/>
        <w:widowControl/>
        <w:spacing w:line="354" w:lineRule="exact" w:before="72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thuộc về phép quán thứ mười bốn. </w:t>
      </w:r>
    </w:p>
    <w:p>
      <w:pPr>
        <w:autoSpaceDN w:val="0"/>
        <w:autoSpaceDE w:val="0"/>
        <w:widowControl/>
        <w:spacing w:line="426" w:lineRule="exact" w:before="13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Câu "tuy cũng tin nhân quả", chỉ cho lòng tin còn </w:t>
      </w:r>
    </w:p>
    <w:p>
      <w:pPr>
        <w:autoSpaceDN w:val="0"/>
        <w:autoSpaceDE w:val="0"/>
        <w:widowControl/>
        <w:spacing w:line="416" w:lineRule="exact" w:before="0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chưa được sâu. Cũng bởi chưa tin sâu nhân quả khổ vui,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nên lòng lành thường thối, niệm ác hằng sanh. Nếu kẻ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đã hiểu sâu sự khổ luân hồi, thì đối với các tội nghiệp </w:t>
      </w:r>
    </w:p>
    <w:p>
      <w:pPr>
        <w:autoSpaceDN w:val="0"/>
        <w:autoSpaceDE w:val="0"/>
        <w:widowControl/>
        <w:spacing w:line="320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102 </w:t>
      </w:r>
    </w:p>
    <w:p>
      <w:pPr>
        <w:sectPr>
          <w:pgSz w:w="8419" w:h="11906"/>
          <w:pgMar w:top="292" w:right="350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4" w:lineRule="exact" w:before="404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còn tái phạm. Và đã tin sâu cảnh vui tịnh độ tất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khi phát tâm tu không còn lui sụt biếng lười. Câu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"không báng đại thừa" là nói lòng tin tuy có gián đoạn,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song đối với pháp đại thừa không còn nghi báng; nếu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quả có tâm nghi báng thì dù ngàn Phật hiện thân, cũng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thể cứu độ. Câu "ngươi nay thanh tịnh" chỉ cho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tội chướng của hành giả đã được tiêu trừ. </w:t>
      </w:r>
    </w:p>
    <w:p>
      <w:pPr>
        <w:autoSpaceDN w:val="0"/>
        <w:autoSpaceDE w:val="0"/>
        <w:widowControl/>
        <w:spacing w:line="352" w:lineRule="exact" w:before="19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Các điều lành tin lý nhân quả, không báng đại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thừa, tuy dường như vô công song nhờ hành giả phát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tâm niệm chán khổ, ưa cảnh giới chư Phật, muốn mau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thành tựu nguyện đại bi để cứu độ chúng hữu tình, nên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mới được vãng sanh. Đây chính là tâm vô thượng bồ đề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vậy. Được Bách pháp minh môn là thế nào? - Kinh Hoa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Nghiêm nói: "Bậc Sơ địa Bồ Tát trong khoảng sát na,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chứng một trăm môn tam muội, thấy được một trăm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đức Phật, sức thần thông có thể đi qua và làm chấn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động một trăm Phật sát, ánh sáng soi khắp một trăm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độ, thành tựu chắc chắn được một trăm chúng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sanh, biết quá khứ vị lai trăm ức kiếp, hay vào trăm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pháp môn và hóa thân trong trăm cõi. Lại bậc Bồ Tát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này mỗi mỗi hóa thân đều có một trăm Bồ Tát trang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nghiêm làm quyến thuộc." Sơ Hoan hỷ địa tức là Sơ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Địa, vì khi Bồ Tát chứng được ngôi này tâm rất vui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mừng, nên gọi là hoan hỷ. Có lời khen rằng: </w:t>
      </w:r>
    </w:p>
    <w:p>
      <w:pPr>
        <w:autoSpaceDN w:val="0"/>
        <w:autoSpaceDE w:val="0"/>
        <w:widowControl/>
        <w:spacing w:line="320" w:lineRule="exact" w:before="3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103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86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Thượng bối nguyên là bậc lợi căn,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Cầu sanh cõi tịnh tuyệt tham, sân.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Công tu sai khác thành ba phẩm, </w:t>
      </w:r>
    </w:p>
    <w:p>
      <w:pPr>
        <w:autoSpaceDN w:val="0"/>
        <w:autoSpaceDE w:val="0"/>
        <w:widowControl/>
        <w:spacing w:line="390" w:lineRule="exact" w:before="172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Ngôi vị đồng chung bậc thượng nhân. </w:t>
      </w:r>
    </w:p>
    <w:p>
      <w:pPr>
        <w:autoSpaceDN w:val="0"/>
        <w:autoSpaceDE w:val="0"/>
        <w:widowControl/>
        <w:spacing w:line="352" w:lineRule="exact" w:before="172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Một đến bảy ngày chuyên tịnh niệm,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Tăng cùng tục khách thoát phù trần.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Mừng duyên phước gặp môn mầu nhiệm!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Sớm chứng chơn thường diệu pháp thân. </w:t>
      </w:r>
    </w:p>
    <w:p>
      <w:pPr>
        <w:autoSpaceDN w:val="0"/>
        <w:autoSpaceDE w:val="0"/>
        <w:widowControl/>
        <w:spacing w:line="412" w:lineRule="exact" w:before="172" w:after="0"/>
        <w:ind w:left="24" w:right="24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15. Quán Sanh Về Trung Phẩm (Trung Phẩm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2"/>
        <w:gridCol w:w="3652"/>
      </w:tblGrid>
      <w:tr>
        <w:trPr>
          <w:trHeight w:hRule="exact" w:val="614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4" w:lineRule="exact" w:before="100" w:after="0"/>
              <w:ind w:left="0" w:right="0" w:firstLine="0"/>
              <w:jc w:val="left"/>
            </w:pPr>
            <w:r>
              <w:rPr>
                <w:rFonts w:ascii="Times New Roman BoldItalic" w:hAnsi="Times New Roman BoldItalic" w:eastAsia="Times New Roman BoldItalic"/>
                <w:b/>
                <w:i/>
                <w:color w:val="0000FF"/>
                <w:sz w:val="32"/>
              </w:rPr>
              <w:t xml:space="preserve">Sanh Quán) </w:t>
            </w:r>
          </w:p>
        </w:tc>
        <w:tc>
          <w:tcPr>
            <w:tcW w:type="dxa" w:w="85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54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Phật bảo A Nan và Vi Đề Hy: </w:t>
      </w:r>
      <w:r>
        <w:rPr>
          <w:rFonts w:ascii="Times New Roman Bold" w:hAnsi="Times New Roman Bold" w:eastAsia="Times New Roman Bold"/>
          <w:b/>
          <w:i w:val="0"/>
          <w:color w:val="800000"/>
          <w:sz w:val="32"/>
        </w:rPr>
        <w:t xml:space="preserve">Trung phẩm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800000"/>
          <w:sz w:val="32"/>
        </w:rPr>
        <w:t>thượng sanh là thế nào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? Nếu chúng sanh thọ trì ngũ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giới, giữ bát quan trai, hoặc tu các giới khác, không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tạo tội ngũ nghịch và các điều lỗi lầm, rồi đem căn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lành ấy hồi hướng cầu sanh về thế giới Cực Lạc ở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phương Tây. Chúng sanh đó khi lâm chung, được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 A Mi Đà cùng các Tỳ khưu quyến thuộc vi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nhiễu, phóng kim quang soi đến mình, diễn thuyết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các pháp khổ, không, vô thường, vô ngã, cùng khen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ngợi hạnh xuất gia thoát khổ. Mục kích cảnh ấy,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hành giả sanh tâm vui mừng, tự thấy mình ngồi trên </w:t>
      </w:r>
    </w:p>
    <w:p>
      <w:pPr>
        <w:autoSpaceDN w:val="0"/>
        <w:autoSpaceDE w:val="0"/>
        <w:widowControl/>
        <w:spacing w:line="320" w:lineRule="exact" w:before="6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104 </w:t>
      </w:r>
    </w:p>
    <w:p>
      <w:pPr>
        <w:sectPr>
          <w:pgSz w:w="8419" w:h="11906"/>
          <w:pgMar w:top="288" w:right="352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82" w:lineRule="exact" w:before="326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đài sen, vội quì gối chắp tay cúi xuống lạy Phật. Lúc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chưa ngước mặt lên, đã sanh về thế giới Cực Lạc. </w:t>
      </w:r>
    </w:p>
    <w:p>
      <w:pPr>
        <w:autoSpaceDN w:val="0"/>
        <w:autoSpaceDE w:val="0"/>
        <w:widowControl/>
        <w:spacing w:line="352" w:lineRule="exact" w:before="190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Sau khi vãng sanh, vừa lúc hoa sen nở ra, hành </w:t>
      </w:r>
    </w:p>
    <w:p>
      <w:pPr>
        <w:autoSpaceDN w:val="0"/>
        <w:autoSpaceDE w:val="0"/>
        <w:widowControl/>
        <w:spacing w:line="434" w:lineRule="exact" w:before="0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giả nghe các âm thanh khen ngợi pháp tứ đế, liền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chứng quả A La Hán, đầy đủ tam minh, lục thông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và bát giải thoát. Đây là cảnh </w:t>
      </w:r>
      <w:r>
        <w:rPr>
          <w:rFonts w:ascii="Times New Roman Bold" w:hAnsi="Times New Roman Bold" w:eastAsia="Times New Roman Bold"/>
          <w:b/>
          <w:i w:val="0"/>
          <w:color w:val="FF0000"/>
          <w:sz w:val="32"/>
        </w:rPr>
        <w:t xml:space="preserve">trung phẩm thượng </w:t>
      </w:r>
      <w:r>
        <w:rPr>
          <w:rFonts w:ascii="Times New Roman Bold" w:hAnsi="Times New Roman Bold" w:eastAsia="Times New Roman Bold"/>
          <w:b/>
          <w:i w:val="0"/>
          <w:color w:val="FF0000"/>
          <w:sz w:val="32"/>
        </w:rPr>
        <w:t>sanh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. </w:t>
      </w:r>
    </w:p>
    <w:p>
      <w:pPr>
        <w:autoSpaceDN w:val="0"/>
        <w:autoSpaceDE w:val="0"/>
        <w:widowControl/>
        <w:spacing w:line="352" w:lineRule="exact" w:before="14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Trên đây là cảnh giới vãng sanh của hạng tiểu </w:t>
      </w:r>
    </w:p>
    <w:p>
      <w:pPr>
        <w:autoSpaceDN w:val="0"/>
        <w:autoSpaceDE w:val="0"/>
        <w:widowControl/>
        <w:spacing w:line="426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căn, nên hành giả chỉ thấy Phật và chúng Thanh Văn,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thấy chư Bồ Tát. A La Hán, Trung Hoa dịch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Vô sanh, vì bậc này hoặc nghiệp đã tiêu trừ, không còn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phải thọ thân sau nữa. Tam minh: Túc mạng minh, Lậu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tận minh và Thiên nhãn minh; vì đối với quá khứ, hiện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tại, vị lai đều thấu suốt, nên gọi là "minh." Lục thông: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Thiên nhãn, Thiên nhĩ, Tha tâm, Túc mạng, Như ý và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Lậu tận; vì với cả sáu môn này không còn bị ủng trệ,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nên gọi là "thông." Bát giải thoát cũng gọi Bát bội xả;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là: </w:t>
      </w:r>
    </w:p>
    <w:p>
      <w:pPr>
        <w:autoSpaceDN w:val="0"/>
        <w:autoSpaceDE w:val="0"/>
        <w:widowControl/>
        <w:spacing w:line="354" w:lineRule="exact" w:before="16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Nội hữu sắc ngoại quán.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Nội vô sắc ngoại quán.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Duyên tịnh bội xả.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Không xứ bội xả. </w:t>
      </w:r>
    </w:p>
    <w:p>
      <w:pPr>
        <w:autoSpaceDN w:val="0"/>
        <w:autoSpaceDE w:val="0"/>
        <w:widowControl/>
        <w:spacing w:line="354" w:lineRule="exact" w:before="192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Thức xứ bội xả. </w:t>
      </w:r>
    </w:p>
    <w:p>
      <w:pPr>
        <w:autoSpaceDN w:val="0"/>
        <w:autoSpaceDE w:val="0"/>
        <w:widowControl/>
        <w:spacing w:line="320" w:lineRule="exact" w:before="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105 </w:t>
      </w:r>
    </w:p>
    <w:p>
      <w:pPr>
        <w:sectPr>
          <w:pgSz w:w="8419" w:h="11906"/>
          <w:pgMar w:top="26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86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Vô sở hữu xứ bội xả.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Phi phi tưởng xứ bội xả.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Diệt thọ tưởng bội xả. </w:t>
      </w:r>
    </w:p>
    <w:p>
      <w:pPr>
        <w:autoSpaceDN w:val="0"/>
        <w:autoSpaceDE w:val="0"/>
        <w:widowControl/>
        <w:spacing w:line="442" w:lineRule="exact" w:before="150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993300"/>
          <w:sz w:val="32"/>
        </w:rPr>
        <w:t>Trung phẩm trung sanh là thế nào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? Nếu chúng </w:t>
      </w:r>
    </w:p>
    <w:p>
      <w:pPr>
        <w:autoSpaceDN w:val="0"/>
        <w:autoSpaceDE w:val="0"/>
        <w:widowControl/>
        <w:spacing w:line="420" w:lineRule="exact" w:before="0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sanh giữ chín chắn giới bát quan trai hoặc giới Sa Di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hay giới Cu Túc trong một ngày đêm, các oai nghi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đều toàn vẹn, đem công đức huân tu giới hương đó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hồi hướng cầu sanh Cực Lạc. Khi lâm chung, hành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giả này thấy Phật A Mi Đà cùng quyến thuộc cầm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hoa sen thất bảo phóng kim quang hiện đến trước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mặt mình. Bấy giờ đương nhơn nghe giữa hư không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có tiếng khen rằng: "Lành thay thiện nhơn! Ngươi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đã biết thuận theo lời dạy của chư Phật ba đời mà tu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tập, nên nay ta đến rước ngươi. Khi đó hành giả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thấy mình ngồi nơi hoa sen, cánh hoa khép lại, liền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được sanh về bảo trì ở cõi Cực Lạc. </w:t>
      </w:r>
    </w:p>
    <w:p>
      <w:pPr>
        <w:autoSpaceDN w:val="0"/>
        <w:autoSpaceDE w:val="0"/>
        <w:widowControl/>
        <w:spacing w:line="354" w:lineRule="exact" w:before="192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Qua bảy ngày hoa sen nở ra, hành giả chắp tay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khen ngợi Phật, được nghe pháp diệu, sanh tâm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hoan hỷ, liền chứng quả Tu Đà Hoàn, và nửa kiếp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sau mới chứng quả A La Hán. Đây là cảnh trung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phẩm trung sanh. </w:t>
      </w:r>
    </w:p>
    <w:p>
      <w:pPr>
        <w:autoSpaceDN w:val="0"/>
        <w:autoSpaceDE w:val="0"/>
        <w:widowControl/>
        <w:spacing w:line="352" w:lineRule="exact" w:before="18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Trên đây là cảnh giới vãng sanh của hạng phàm </w:t>
      </w:r>
    </w:p>
    <w:p>
      <w:pPr>
        <w:autoSpaceDN w:val="0"/>
        <w:autoSpaceDE w:val="0"/>
        <w:widowControl/>
        <w:spacing w:line="354" w:lineRule="exact" w:before="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phu thuộc về tiểu thừa hạ thiện. Muốn được vãng sanh </w:t>
      </w:r>
    </w:p>
    <w:p>
      <w:pPr>
        <w:autoSpaceDN w:val="0"/>
        <w:autoSpaceDE w:val="0"/>
        <w:widowControl/>
        <w:spacing w:line="320" w:lineRule="exact" w:before="3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106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16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hành giả phải giữ oai nghi và một trong ba giới ít nhứt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khoảng một ngày đêm cho thanh tịnh, đừng để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khuyết phạm. Trong một ngày đêm nếu phạm giới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khinh, kể như đã phạm trọng tội, sự vãng sanh khó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thành. "Giới hương" là người giữ giới thanh tịnh,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đức hạnh tiếng tốt lan xa, ví như mùi hương. "Được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nghe pháp diệu" chính là nghe pháp tứ đế và khổ,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không, vô thường, vô ngã. Tứ đế là khổ, tập, diệt, đạo;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khổ, tập thuộc về nhân quả thế gian, diệt đạo thuộc về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nhân quả xuất thế. Tu Đà Hoàn, Trung Hoa dịch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Nhập lưu hay Nghịch lưu. Nhập lưu là vào dòng thánh,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Nghịch lưu có nghĩa: ngược dòng sanh tư luân hồi. </w:t>
      </w:r>
    </w:p>
    <w:p>
      <w:pPr>
        <w:autoSpaceDN w:val="0"/>
        <w:autoSpaceDE w:val="0"/>
        <w:widowControl/>
        <w:spacing w:line="446" w:lineRule="exact" w:before="138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993300"/>
          <w:sz w:val="32"/>
        </w:rPr>
        <w:t>Trung phẩm hạ sanh là thế nào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?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- Nếu thiện </w:t>
      </w:r>
    </w:p>
    <w:p>
      <w:pPr>
        <w:autoSpaceDN w:val="0"/>
        <w:autoSpaceDE w:val="0"/>
        <w:widowControl/>
        <w:spacing w:line="418" w:lineRule="exact" w:before="0" w:after="0"/>
        <w:ind w:left="0" w:right="28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nam tử, thiện nữ nhơn hiếu dưỡng cha mẹ, tu hạnh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nhân từ theo thế gian, khi lâm chung gặp thiện tri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thức giảng cho nghe về sự vui nơi cõi Phật A Mi Đà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và bốn mươi tám đại nguyện của Tỳ kheo Pháp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Tạng. Kẻ ấy nghe xong hoan hỷ niệm Phật mà qua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đời, thần thức liền được sanh ngay về Tây Phương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Cực Lạc thế giới, lẹ như khoảng co duỗi cánh tay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của người tráng sĩ. </w:t>
            </w:r>
          </w:p>
        </w:tc>
        <w:tc>
          <w:tcPr>
            <w:tcW w:type="dxa" w:w="1316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8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Qua bảy ngày sau, hành giả được gặp Bồ Tát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Quán Thế Âm và Đại Thế Chí, nghe pháp nhiệm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mầu, sanh tâm vui đẹp, được quả Tu Đà Hoàn, sau </w:t>
      </w:r>
    </w:p>
    <w:p>
      <w:pPr>
        <w:autoSpaceDN w:val="0"/>
        <w:autoSpaceDE w:val="0"/>
        <w:widowControl/>
        <w:spacing w:line="320" w:lineRule="exact" w:before="2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107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42" w:lineRule="exact" w:before="26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một tiểu kiếp mới chứng quả A La Hán. Đây là cảnh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49"/>
        <w:gridCol w:w="3649"/>
      </w:tblGrid>
      <w:tr>
        <w:trPr>
          <w:trHeight w:hRule="exact" w:val="554"/>
        </w:trPr>
        <w:tc>
          <w:tcPr>
            <w:tcW w:type="dxa" w:w="36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trung phẩm hạ sanh. </w:t>
            </w:r>
          </w:p>
        </w:tc>
        <w:tc>
          <w:tcPr>
            <w:tcW w:type="dxa" w:w="1460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2" w:lineRule="exact" w:before="90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Môn tưởng này gọi là trung bối vãng sanh, </w:t>
      </w:r>
    </w:p>
    <w:p>
      <w:pPr>
        <w:autoSpaceDN w:val="0"/>
        <w:autoSpaceDE w:val="0"/>
        <w:widowControl/>
        <w:spacing w:line="354" w:lineRule="exact" w:before="72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thuộc về phép quán thứ mười lăm. </w:t>
      </w:r>
    </w:p>
    <w:p>
      <w:pPr>
        <w:autoSpaceDN w:val="0"/>
        <w:autoSpaceDE w:val="0"/>
        <w:widowControl/>
        <w:spacing w:line="352" w:lineRule="exact" w:before="1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Hạnh nhân từ theo thế gian, tức là hạnh bác ái, </w:t>
      </w:r>
    </w:p>
    <w:p>
      <w:pPr>
        <w:autoSpaceDN w:val="0"/>
        <w:autoSpaceDE w:val="0"/>
        <w:widowControl/>
        <w:spacing w:line="424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thường bố thí, an ủi, giúp đỡ mọi người; nhà Nho gọi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"suy ái cập vật." Trong chánh văn không nói hoa nở,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hàm ý: vì còn tùy theo niệm tinh tấn ít nhiều của người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vãng sanh, mà hoa nở có sớm hay muộn. Ba cảnh vãng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 trên đây đều thuộc về trung phẩm của hạng trung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căn nên gọi là trung bối vãng sanh. Có lời khen rằng: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Trung bối căn lành thuộc bậc trung,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Giữ tròn nghi giới một ngày đêm.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Phước lành hiếu thuận tâm hằng nguyện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Nhân đẹp từ bi hạnh giúp thêm.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Ánh ngọc bảo trì về đến cảnh,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Sen vàng kim các bước lên thềm.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Bảy hôm hoa nở, lòng cùng nở,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Lòng nở bừng trong tiếng pháp âm. </w:t>
      </w:r>
    </w:p>
    <w:p>
      <w:pPr>
        <w:autoSpaceDN w:val="0"/>
        <w:autoSpaceDE w:val="0"/>
        <w:widowControl/>
        <w:spacing w:line="320" w:lineRule="exact" w:before="14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108 </w:t>
      </w:r>
    </w:p>
    <w:p>
      <w:pPr>
        <w:sectPr>
          <w:pgSz w:w="8419" w:h="11906"/>
          <w:pgMar w:top="268" w:right="358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14" w:lineRule="exact" w:before="278" w:after="0"/>
        <w:ind w:left="26" w:right="26" w:firstLine="0"/>
        <w:jc w:val="righ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16. Quán Sanh Về Hạ Phẩm (Hạ Phẩm Sanh </w:t>
      </w:r>
    </w:p>
    <w:p>
      <w:pPr>
        <w:autoSpaceDN w:val="0"/>
        <w:autoSpaceDE w:val="0"/>
        <w:widowControl/>
        <w:spacing w:line="414" w:lineRule="exact" w:before="8" w:after="0"/>
        <w:ind w:left="0" w:right="0" w:firstLine="0"/>
        <w:jc w:val="left"/>
      </w:pPr>
      <w:r>
        <w:rPr>
          <w:rFonts w:ascii="Times New Roman BoldItalic" w:hAnsi="Times New Roman BoldItalic" w:eastAsia="Times New Roman BoldItalic"/>
          <w:b/>
          <w:i/>
          <w:color w:val="0000FF"/>
          <w:sz w:val="32"/>
        </w:rPr>
        <w:t xml:space="preserve">Quán) </w:t>
      </w:r>
    </w:p>
    <w:p>
      <w:pPr>
        <w:autoSpaceDN w:val="0"/>
        <w:autoSpaceDE w:val="0"/>
        <w:widowControl/>
        <w:spacing w:line="352" w:lineRule="exact" w:before="156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Phật bảo A Nan và Vi Đề Hy: </w:t>
      </w:r>
      <w:r>
        <w:rPr>
          <w:rFonts w:ascii="Times New Roman Bold" w:hAnsi="Times New Roman Bold" w:eastAsia="Times New Roman Bold"/>
          <w:b/>
          <w:i w:val="0"/>
          <w:color w:val="993300"/>
          <w:sz w:val="32"/>
        </w:rPr>
        <w:t xml:space="preserve">Hạ phẩm </w:t>
      </w:r>
    </w:p>
    <w:p>
      <w:pPr>
        <w:autoSpaceDN w:val="0"/>
        <w:autoSpaceDE w:val="0"/>
        <w:widowControl/>
        <w:spacing w:line="420" w:lineRule="exact" w:before="46" w:after="0"/>
        <w:ind w:left="0" w:right="24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993300"/>
          <w:sz w:val="32"/>
        </w:rPr>
        <w:t>thượng sanh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 là thế nào? - Hoặc có chúng sanh ngu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tối, tuy không phỉ báng kinh điển Phương Đẳng,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nhưng tạo nhiều nghiệp ác không biết hổ thẹn, kẻ ấy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lâm chung gặp thiện tri thức nói cho nghe danh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đề của mười hai loại kinh đại thừa, liền được trừ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diệt nghiệp ác rất nặng trong một ngàn kiếp. Bậc tri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thức lại bảo phải chắp tay niệm "Nam Mô A Mi Đà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Phật"; do đương nhơn thành tâm xưng danh hiệu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Phật, nên tiêu trừ tội trong năm mươi ức kiếp sanh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tử. Ngay lúc ấy đức Vô Lượng Thọ Như Lai cảm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biết, liền sai Hóa Phật, Hóa Quán Âm và Hóa Thế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Chí hiện đến trước hành giả khen rằng: "Lành thay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thiện nhơn! Người đã xưng danh hiệu Phật, nên các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tội tiêu diệt, ta đến đây để rước ngươi." </w:t>
      </w:r>
    </w:p>
    <w:p>
      <w:pPr>
        <w:autoSpaceDN w:val="0"/>
        <w:autoSpaceDE w:val="0"/>
        <w:widowControl/>
        <w:spacing w:line="354" w:lineRule="exact" w:before="18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Bấy giờ hành giả thấy ánh sáng của Hóa Phật </w:t>
      </w:r>
    </w:p>
    <w:p>
      <w:pPr>
        <w:autoSpaceDN w:val="0"/>
        <w:autoSpaceDE w:val="0"/>
        <w:widowControl/>
        <w:spacing w:line="424" w:lineRule="exact" w:before="0" w:after="0"/>
        <w:ind w:left="0" w:right="28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đầy khắp nhà mình, trong lòng vui mừng, liền xả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thọ, ngồi trên hoa sen báu theo Hóa Phật sanh về ao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thất bảo.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Sau khi vãng sanh trải qua bốn mươi chín ngày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hoa sen mới nở. Vừa lúc hoa nở, Đại Bi Quán Thế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Âm và Bồ Tát Đại Thế Chí phóng ánh sáng lớn, trụ </w:t>
      </w:r>
    </w:p>
    <w:p>
      <w:pPr>
        <w:autoSpaceDN w:val="0"/>
        <w:autoSpaceDE w:val="0"/>
        <w:widowControl/>
        <w:spacing w:line="320" w:lineRule="exact" w:before="1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109 </w:t>
      </w:r>
    </w:p>
    <w:p>
      <w:pPr>
        <w:sectPr>
          <w:pgSz w:w="8419" w:h="11906"/>
          <w:pgMar w:top="27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20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trước người ấy, giảng thuyết cho nghe nghĩa lý thâm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diệu của mười hai loại kinh. Đương nhơn nghe rồi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tin hiểu, phát tâm vô thượng bồ đề, trải qua mười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hai tiểu kiếp, thành tựu bách pháp minh môn, được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vào Sơ địa. Đây là cảnh hạ phẩm thượng sanh. </w:t>
      </w:r>
    </w:p>
    <w:p>
      <w:pPr>
        <w:autoSpaceDN w:val="0"/>
        <w:autoSpaceDE w:val="0"/>
        <w:widowControl/>
        <w:spacing w:line="354" w:lineRule="exact" w:before="18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"Tạo nhiều nghiệp ác", ý nói không phải thuộc về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nghiệp cực ác. "Không phỉ báng kinh điển Phương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Đẳng", là còn có lòng chánh tín. Mười hai loại kinh là: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Khế kinh, Trùng tụng, Thọ ký, Phúng tụng, Cô khởi,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Nhân duyên, Thí dụ, Bản sanh, Bản sự, Phương quảng,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Vị tằng hữu và Luận nghị. Đây cũng gọi là mười hai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phần giáo. Theo bảo Cao Ly, có nói đủ về việc nghe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danh hiệu Phật, Pháp, Tăng; bản này chỉ lược thuyết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và Pháp mà thôi. Ba phẩm trung ở đoạn trước vì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muốn thuyết minh nhân quả của thượng thiện, hạ thiện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thuộc tiểu thừa và thượng thiện thuộc thế gian, nên mới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nói về tiểu quả; kỳ thật trung phẩm cũng lần lượt vào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đại thừa và chứng trước hạ phẩm. </w:t>
      </w:r>
    </w:p>
    <w:p>
      <w:pPr>
        <w:autoSpaceDN w:val="0"/>
        <w:autoSpaceDE w:val="0"/>
        <w:widowControl/>
        <w:spacing w:line="426" w:lineRule="exact" w:before="13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Hỏi: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- Tại sao nghe danh đề của mười hai loại </w:t>
      </w:r>
    </w:p>
    <w:p>
      <w:pPr>
        <w:autoSpaceDN w:val="0"/>
        <w:autoSpaceDE w:val="0"/>
        <w:widowControl/>
        <w:spacing w:line="41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kinh đại thừa chỉ trừ tội trong ngàn kiếp, mà chỉ xưng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niệm câu hồng danh lại được tiêu tội đến năm mươi ức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2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kiếp? </w:t>
            </w:r>
          </w:p>
        </w:tc>
        <w:tc>
          <w:tcPr>
            <w:tcW w:type="dxa" w:w="386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6" w:lineRule="exact" w:before="40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Đáp: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- Người tạo nghiệp bị chướng nặng, gia dĩ </w:t>
      </w:r>
    </w:p>
    <w:p>
      <w:pPr>
        <w:autoSpaceDN w:val="0"/>
        <w:autoSpaceDE w:val="0"/>
        <w:widowControl/>
        <w:spacing w:line="354" w:lineRule="exact" w:before="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lúc lâm chung sự khổ bức bách, nghe tên nhiều loại </w:t>
      </w:r>
    </w:p>
    <w:p>
      <w:pPr>
        <w:autoSpaceDN w:val="0"/>
        <w:autoSpaceDE w:val="0"/>
        <w:widowControl/>
        <w:spacing w:line="320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110 </w:t>
      </w:r>
    </w:p>
    <w:p>
      <w:pPr>
        <w:sectPr>
          <w:pgSz w:w="8419" w:h="11906"/>
          <w:pgMar w:top="292" w:right="350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16" w:lineRule="exact" w:before="27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kinh tâm do phù tán, nên sức diệt tội phải kém. Còn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danh hiệu Phật chỉ là một, đương nhơn do nhiếp tâm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chuyên chú, gây thành tác dụng mạnh, nên diệt tội được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nhiều. </w:t>
      </w:r>
    </w:p>
    <w:p>
      <w:pPr>
        <w:autoSpaceDN w:val="0"/>
        <w:autoSpaceDE w:val="0"/>
        <w:widowControl/>
        <w:spacing w:line="442" w:lineRule="exact" w:before="148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800000"/>
          <w:sz w:val="32"/>
        </w:rPr>
        <w:t>Hạ phẩm trung sanh là thế nào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? - Hoặc có </w:t>
      </w:r>
    </w:p>
    <w:p>
      <w:pPr>
        <w:autoSpaceDN w:val="0"/>
        <w:autoSpaceDE w:val="0"/>
        <w:widowControl/>
        <w:spacing w:line="420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chúng sanh ngu tối hủy phạm ngũ giới, bát giới, giới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cụ túc, trộm của tăng kỳ và vật hiện tiền tăng, bất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tịnh thuyết pháp, lòng không hổ thẹn, dùng các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nghiệp ác để tự trang nghiêm. Kẻ tạo tội chướng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thế, tất phải bị đọa vào địa ngục, nên lúc lâm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chung các tướng lửa của địa ngục đồng thời hiện ra.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Nhưng người này may mắn được gặp thiện tri thức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giảng nói cho nghe về oai đức thập lực, sức thần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thông quang minh của Phật A Mi Đà, cùng những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pháp: giới, định, huệ, giải thoát, giải thoát tri kiến.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Đương nhơn nghe xong sanh lòng tín trọng nên trừ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diệt tội trong tám mươi ức kiếp sanh tử, lửa dữ địa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ngục hóa thành gió mát thổi các hoa trời, trên hoa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có Hóa Phật và Hóa Bồ Tát hiện thân tiếp dẫn, trong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khoảng một niệm liền được sanh về hoa sen nơi ao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thất bảo. </w:t>
      </w:r>
    </w:p>
    <w:p>
      <w:pPr>
        <w:autoSpaceDN w:val="0"/>
        <w:autoSpaceDE w:val="0"/>
        <w:widowControl/>
        <w:spacing w:line="354" w:lineRule="exact" w:before="18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Sau khi vãng sanh, trải qua sáu kiếp hoa sen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mới nở. Vừa lúc hoa nở, Bồ Tát Quán Thế Âm, Đại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Thế Chí hiện đến, dùng tiếng phạm âm an ủi và vì </w:t>
      </w:r>
    </w:p>
    <w:p>
      <w:pPr>
        <w:autoSpaceDN w:val="0"/>
        <w:autoSpaceDE w:val="0"/>
        <w:widowControl/>
        <w:spacing w:line="320" w:lineRule="exact" w:before="2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111 </w:t>
      </w:r>
    </w:p>
    <w:p>
      <w:pPr>
        <w:sectPr>
          <w:pgSz w:w="8419" w:h="11906"/>
          <w:pgMar w:top="26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2" w:lineRule="exact" w:before="222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giảng thuyết pháp thậm thâm của đại thừa. Hành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giả nghe xong, liền phát đạo tâm vô thượng. Đây là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cảnh hạ phẩm trung sanh. </w:t>
      </w:r>
    </w:p>
    <w:p>
      <w:pPr>
        <w:autoSpaceDN w:val="0"/>
        <w:autoSpaceDE w:val="0"/>
        <w:widowControl/>
        <w:spacing w:line="354" w:lineRule="exact" w:before="18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Trên đây nói phạm ngũ giới cho đến Cụ Túc chỉ là </w:t>
      </w:r>
    </w:p>
    <w:p>
      <w:pPr>
        <w:autoSpaceDN w:val="0"/>
        <w:autoSpaceDE w:val="0"/>
        <w:widowControl/>
        <w:spacing w:line="430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lược thuyết, trong ấy đã bao trùm có giới Sa Di. Tăng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kỳ, Trung Hoa dịch là Đại chúng, tức của thường trụ,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hai: </w:t>
      </w:r>
    </w:p>
    <w:p>
      <w:pPr>
        <w:autoSpaceDN w:val="0"/>
        <w:autoSpaceDE w:val="0"/>
        <w:widowControl/>
        <w:spacing w:line="352" w:lineRule="exact" w:before="17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Thường trụ thường trụ, như chùa chiền, ruộng đất, </w:t>
      </w:r>
    </w:p>
    <w:p>
      <w:pPr>
        <w:autoSpaceDN w:val="0"/>
        <w:autoSpaceDE w:val="0"/>
        <w:widowControl/>
        <w:spacing w:line="354" w:lineRule="exact" w:before="7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thuộc về bất động sản. </w:t>
      </w:r>
    </w:p>
    <w:p>
      <w:pPr>
        <w:autoSpaceDN w:val="0"/>
        <w:autoSpaceDE w:val="0"/>
        <w:widowControl/>
        <w:spacing w:line="354" w:lineRule="exact" w:before="1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Thập phương thường trụ, như lúc gạo, thức ăn, có </w:t>
      </w:r>
    </w:p>
    <w:p>
      <w:pPr>
        <w:autoSpaceDN w:val="0"/>
        <w:autoSpaceDE w:val="0"/>
        <w:widowControl/>
        <w:spacing w:line="426" w:lineRule="exact" w:before="18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thể cúng dường chung cho chư tăng mười phương. </w:t>
      </w:r>
    </w:p>
    <w:p>
      <w:pPr>
        <w:autoSpaceDN w:val="0"/>
        <w:autoSpaceDE w:val="0"/>
        <w:widowControl/>
        <w:spacing w:line="352" w:lineRule="exact" w:before="168" w:after="0"/>
        <w:ind w:left="720" w:right="7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Vật hiện tiền tăng cũng có hai: </w:t>
      </w:r>
    </w:p>
    <w:p>
      <w:pPr>
        <w:autoSpaceDN w:val="0"/>
        <w:autoSpaceDE w:val="0"/>
        <w:widowControl/>
        <w:spacing w:line="354" w:lineRule="exact" w:before="1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Hiện tiền hiện tiền, tức là vật riêng hay phần chia </w:t>
      </w:r>
    </w:p>
    <w:p>
      <w:pPr>
        <w:autoSpaceDN w:val="0"/>
        <w:autoSpaceDE w:val="0"/>
        <w:widowControl/>
        <w:spacing w:line="354" w:lineRule="exact" w:before="7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riêng của chư Tăng.] </w:t>
      </w:r>
    </w:p>
    <w:p>
      <w:pPr>
        <w:autoSpaceDN w:val="0"/>
        <w:autoSpaceDE w:val="0"/>
        <w:widowControl/>
        <w:spacing w:line="352" w:lineRule="exact" w:before="19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Thập phương hiện tiền, tức là của tác pháp phổ </w:t>
      </w:r>
    </w:p>
    <w:p>
      <w:pPr>
        <w:autoSpaceDN w:val="0"/>
        <w:autoSpaceDE w:val="0"/>
        <w:widowControl/>
        <w:spacing w:line="426" w:lineRule="exact" w:before="18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thí. </w:t>
      </w:r>
    </w:p>
    <w:p>
      <w:pPr>
        <w:autoSpaceDN w:val="0"/>
        <w:autoSpaceDE w:val="0"/>
        <w:widowControl/>
        <w:spacing w:line="354" w:lineRule="exact" w:before="17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Bất tịnh thuyết pháp là thuyết pháp với dụng tâm </w:t>
      </w:r>
    </w:p>
    <w:p>
      <w:pPr>
        <w:autoSpaceDN w:val="0"/>
        <w:autoSpaceDE w:val="0"/>
        <w:widowControl/>
        <w:spacing w:line="424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trong sạch, mục đích mưu cầu danh vọng, sự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cúng dường. "Dùng các nghiệp ác để tự trang nghiêm"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ý nói nghiệp ác dẫy đầy, người thấy đều khinh chán.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Thập lực là mười trí lực của Phật, gồm có: Thị xứ phi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xứ lực, Nghiệp trí lực, Định lực, Căn lực, Dục lực,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Tánh lực, Chí xứ đạo lực, Túc mạng lực, Thiên nhãn </w:t>
      </w:r>
    </w:p>
    <w:p>
      <w:pPr>
        <w:autoSpaceDN w:val="0"/>
        <w:autoSpaceDE w:val="0"/>
        <w:widowControl/>
        <w:spacing w:line="320" w:lineRule="exact" w:before="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112 </w:t>
      </w:r>
    </w:p>
    <w:p>
      <w:pPr>
        <w:sectPr>
          <w:pgSz w:w="8419" w:h="11906"/>
          <w:pgMar w:top="292" w:right="352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16" w:lineRule="exact" w:before="270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lực và Lậu tận lực. Năm phần: Giới, Định, Huệ, Giải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thoát, Giải thoát tri kiến, ba pháp trước có thể suy danh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để hiểu, còn phần thứ tư, tu nhân cảm quả gọi là Giải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thoát, và sau khi đắc quả khởi ra trí dụng tự tại, gọi là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2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10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Giải thoát tri kiến. </w:t>
            </w:r>
          </w:p>
        </w:tc>
        <w:tc>
          <w:tcPr>
            <w:tcW w:type="dxa" w:w="121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9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Vì cảnh tùy tâm chuyển, người ác nghe công đức </w:t>
      </w:r>
    </w:p>
    <w:p>
      <w:pPr>
        <w:autoSpaceDN w:val="0"/>
        <w:autoSpaceDE w:val="0"/>
        <w:widowControl/>
        <w:spacing w:line="422" w:lineRule="exact" w:before="2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của Phật sanh niệm tín trọng, nên chuyển ác thành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thiện; các tướng lửa như: vạc dầu, nước đồng sôi, thiết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trụ, thiết hoàn, hỏa luân, hỏa xa, đều biến thành gió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mát, hoa trời, được Phật Bồ Tát hóa thân đến tiếp dẫn.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Đây là thuyết minh sức diệu dụng biến hiện của tự tâm. </w:t>
      </w:r>
    </w:p>
    <w:p>
      <w:pPr>
        <w:autoSpaceDN w:val="0"/>
        <w:autoSpaceDE w:val="0"/>
        <w:widowControl/>
        <w:spacing w:line="442" w:lineRule="exact" w:before="148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993300"/>
          <w:sz w:val="32"/>
        </w:rPr>
        <w:t>Hạ phẩm hạ sanh là thế nào?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 - Hoặc có chúng </w:t>
      </w:r>
    </w:p>
    <w:p>
      <w:pPr>
        <w:autoSpaceDN w:val="0"/>
        <w:autoSpaceDE w:val="0"/>
        <w:widowControl/>
        <w:spacing w:line="420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sanh tạo tội ngũ nghịch thập ác, làm đủ các việc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chẳng lành; kẻ ngu ấy do nghiệp ác đáng lẽ phải bị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đọa vào ác đạo, trải qua nhiều kiếp chịu khổ vô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cùng. Nhưng khi lâm chung, người này nhờ gặp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thiện tri thức dùng nhiều cách an ủi, nói phép mầu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cho nghe, lại dạy bảo tưởng niệm Phật. Đương nhơn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tuy nghe lời dạy, song vì sự khổ bức ách, không yên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rảnh để quán tưởng đức Vô Lượng Thọ Như Lai.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Thấy thế, thiện hữu lại bảo: "Nếu ông không thể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tưởng đức Phật kia, thì nên chí thành xưng "Nam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Mô A Di Đà Phật" tiếng tăm liên tiếp không dứt cho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đủ mười niệm." Hành giả vâng lời. Và do nhờ xưng </w:t>
      </w:r>
    </w:p>
    <w:p>
      <w:pPr>
        <w:autoSpaceDN w:val="0"/>
        <w:autoSpaceDE w:val="0"/>
        <w:widowControl/>
        <w:spacing w:line="320" w:lineRule="exact" w:before="2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113 </w:t>
      </w:r>
    </w:p>
    <w:p>
      <w:pPr>
        <w:sectPr>
          <w:pgSz w:w="8419" w:h="11906"/>
          <w:pgMar w:top="262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2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danh hiệu Phật nên mỗi mỗi niệm trừ được tội trong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tám mươi ức kiếp sanh tử. Khi mạng chung, người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ấy thấy hoa sen vàng rực rỡ như vầng nhật hiện ra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trước mặt. Trong khoảng một niệm, liền được vãng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3"/>
        <w:gridCol w:w="3653"/>
      </w:tblGrid>
      <w:tr>
        <w:trPr>
          <w:trHeight w:hRule="exact" w:val="554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2"/>
              </w:rPr>
              <w:t xml:space="preserve">sanh về thế giới Cực Lạc. </w:t>
            </w:r>
          </w:p>
        </w:tc>
        <w:tc>
          <w:tcPr>
            <w:tcW w:type="dxa" w:w="1760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thế mãn mười hai Đại kiếp hoa sen mới </w:t>
      </w:r>
    </w:p>
    <w:p>
      <w:pPr>
        <w:autoSpaceDN w:val="0"/>
        <w:autoSpaceDE w:val="0"/>
        <w:widowControl/>
        <w:spacing w:line="422" w:lineRule="exact" w:before="4" w:after="0"/>
        <w:ind w:left="0" w:right="24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nở. Khi hoa nở, hai vị đại sĩ Quán Thế Âm, Đại Thế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Chí dùng tiếng đại bi vì hành giả nói rộng về thật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tướng của các pháp và cách trừ diệt tội chướng.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Đương nhơn nghe rồi thân tâm vui đẹp, liền phát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lòng vô thượng bồ đề. Đây là cảnh hạ phẩm hạ sanh. </w:t>
      </w:r>
    </w:p>
    <w:p>
      <w:pPr>
        <w:autoSpaceDN w:val="0"/>
        <w:autoSpaceDE w:val="0"/>
        <w:widowControl/>
        <w:spacing w:line="354" w:lineRule="exact" w:before="18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Môn tưởng trên gọi là hạ bối vãng sanh, thuộc </w:t>
      </w:r>
    </w:p>
    <w:p>
      <w:pPr>
        <w:autoSpaceDN w:val="0"/>
        <w:autoSpaceDE w:val="0"/>
        <w:widowControl/>
        <w:spacing w:line="354" w:lineRule="exact" w:before="68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về pháp quán thứ mười sáu. </w:t>
      </w:r>
    </w:p>
    <w:p>
      <w:pPr>
        <w:autoSpaceDN w:val="0"/>
        <w:autoSpaceDE w:val="0"/>
        <w:widowControl/>
        <w:spacing w:line="426" w:lineRule="exact" w:before="13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Tội ngũ nghịch là: giết cha, giết mẹ, giết A La </w:t>
      </w:r>
    </w:p>
    <w:p>
      <w:pPr>
        <w:autoSpaceDN w:val="0"/>
        <w:autoSpaceDE w:val="0"/>
        <w:widowControl/>
        <w:spacing w:line="420" w:lineRule="exact" w:before="0" w:after="0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Hán, phá sự hòa hợp của chư Tăng, và làm cho thân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ra máu. Vì năm tội này trái ân phụ đức, nên gọi là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"nghịch." Thập ác là ba nghiệp dữ của thân, bốn nghiệp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dữ của miệng, và ba nghiệp dữ của ý; tất cả ác nghiệp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đều nhiếp về mười điều này. "Mười niệm", ước về số ít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là mười câu, nhiều là mười hơi. </w:t>
      </w:r>
    </w:p>
    <w:p>
      <w:pPr>
        <w:autoSpaceDN w:val="0"/>
        <w:autoSpaceDE w:val="0"/>
        <w:widowControl/>
        <w:spacing w:line="426" w:lineRule="exact" w:before="13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Hỏi: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- Theo kinh Vô Lượng Thọ, đoạn bốn mươi </w:t>
      </w:r>
    </w:p>
    <w:p>
      <w:pPr>
        <w:autoSpaceDN w:val="0"/>
        <w:autoSpaceDE w:val="0"/>
        <w:widowControl/>
        <w:spacing w:line="416" w:lineRule="exact" w:before="0" w:after="0"/>
        <w:ind w:left="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tám điều đại nguyện, có câu "duy trừ những người tạo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ngũ nghịch và báng chánh pháp, ngoài ra đều được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vãng sanh." Nay trong chương Hạ phẩm hạ sanh của </w:t>
      </w:r>
    </w:p>
    <w:p>
      <w:pPr>
        <w:autoSpaceDN w:val="0"/>
        <w:autoSpaceDE w:val="0"/>
        <w:widowControl/>
        <w:spacing w:line="320" w:lineRule="exact" w:before="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114 </w:t>
      </w:r>
    </w:p>
    <w:p>
      <w:pPr>
        <w:sectPr>
          <w:pgSz w:w="8419" w:h="11906"/>
          <w:pgMar w:top="292" w:right="350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24" w:lineRule="exact" w:before="404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Quán kinh đây lại nhiếp thủ người tạo ngũ nghịch,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thâu kẻ báng chánh pháp là ý thế nào? </w:t>
      </w:r>
    </w:p>
    <w:p>
      <w:pPr>
        <w:autoSpaceDN w:val="0"/>
        <w:autoSpaceDE w:val="0"/>
        <w:widowControl/>
        <w:spacing w:line="426" w:lineRule="exact" w:before="136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>Đáp: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- Việc ấy nên hiểu theo nghĩa ức chỉ môn, </w:t>
      </w:r>
    </w:p>
    <w:p>
      <w:pPr>
        <w:autoSpaceDN w:val="0"/>
        <w:autoSpaceDE w:val="0"/>
        <w:widowControl/>
        <w:spacing w:line="420" w:lineRule="exact" w:before="0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tức là lời nói ngăn đón trong Phật pháp. Bởi người đã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tạo tội ngũ nghịch tất nghiệp chướng rất nặng nề, khó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hồi tâm hướng về chánh pháp, nên đức Như Lai mới nói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lời rào đón trước, để cho kẻ ấy được dễ dàng trong sự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vãng sanh. Nếu người tạo ngũ nghịch thập ác mà biết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hồi tâm niệm Phật, tất đức Phật sẵn sàng tiếp dẫn. Chư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lòng từ vi vô lượng, đối với kẻ lỗi lầm biết quay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đầu về hướng thiện, lẽ nào lại không tiếp độ? Cho nên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quán kinh nhiếp thủ người tạo ngũ nghịch, là bởi ý đó. </w:t>
      </w:r>
    </w:p>
    <w:p>
      <w:pPr>
        <w:autoSpaceDN w:val="0"/>
        <w:autoSpaceDE w:val="0"/>
        <w:widowControl/>
        <w:spacing w:line="354" w:lineRule="exact" w:before="19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kinh đây không nói đến kẻ báng pháp, là </w:t>
      </w:r>
    </w:p>
    <w:p>
      <w:pPr>
        <w:autoSpaceDN w:val="0"/>
        <w:autoSpaceDE w:val="0"/>
        <w:widowControl/>
        <w:spacing w:line="426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bởi nếu đã tạo tội nặng mà biết tin tưởng chánh pháp,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thì còn có thể hóa độ, bằng trái lại thì dù có khuyên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bảo, chỉ e luống vô công. Tuy nhiên, nếu có người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 kia không tin tưởng, thường phỉ báng chánh pháp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sau bị tai nạn, hay thấy ác tướng, hoặc gặp duyên sự gì,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biết thức tỉnh trở lại nẻo chánh chơn, thì chư Phật với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tâm bình đẳng từ bi vẫn sẵn sàng tiếp độ. Vì thế, kinh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Quán Phật Tam Muội nói: "Nếu trong hàng tứ chúng,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có kẻ báng kinh đại thừa, tạo tội ngũ nghịch, phạm bốn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trọng giới, mà biết chí tâm hệ niệm quán tưởng một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tướng hảo của Phật trong một ngày đêm, thì các tội </w:t>
      </w:r>
    </w:p>
    <w:p>
      <w:pPr>
        <w:autoSpaceDN w:val="0"/>
        <w:autoSpaceDE w:val="0"/>
        <w:widowControl/>
        <w:spacing w:line="320" w:lineRule="exact" w:before="2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115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2" w:lineRule="exact" w:before="21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chướng thảy đều tiêu diệt." Thế thì những kẻ báng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chánh pháp nếu có thể hồi tâm, tất đều vãng sanh chớ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chẳng phải là không được thâu nhiếp đâu! </w:t>
      </w:r>
    </w:p>
    <w:p>
      <w:pPr>
        <w:autoSpaceDN w:val="0"/>
        <w:autoSpaceDE w:val="0"/>
        <w:widowControl/>
        <w:spacing w:line="354" w:lineRule="exact" w:before="19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Nhưng người báng chánh pháp dù được vãng </w:t>
      </w:r>
    </w:p>
    <w:p>
      <w:pPr>
        <w:autoSpaceDN w:val="0"/>
        <w:autoSpaceDE w:val="0"/>
        <w:widowControl/>
        <w:spacing w:line="426" w:lineRule="exact" w:before="0" w:after="68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sanh, phải ở trong hoa sen, trải qua nhiều kiếp. Trong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thời gian lâu xa ấy, đương nhơn tuy hưởng sự vui như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tam thiền, song còn ba điều chướng là: không được thấy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Phật và Thánh chúng, không được nghe chánh pháp,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không được thừa sự cúng dường các đức Thế Tôn. Tuy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thế, cũng còn hơn là kẻ không hồi tâm để bị đọa vào địa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ngục A Tỳ!  Về hạ phẩm vãng sanh đến đây đã xong.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60.0" w:type="dxa"/>
      </w:tblPr>
      <w:tblGrid>
        <w:gridCol w:w="3649"/>
        <w:gridCol w:w="3649"/>
      </w:tblGrid>
      <w:tr>
        <w:trPr>
          <w:trHeight w:hRule="exact" w:val="552"/>
        </w:trPr>
        <w:tc>
          <w:tcPr>
            <w:tcW w:type="dxa" w:w="32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100" w:after="0"/>
              <w:ind w:left="360" w:right="36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2"/>
              </w:rPr>
              <w:t xml:space="preserve">Có lời khen rằng: </w:t>
            </w:r>
          </w:p>
        </w:tc>
        <w:tc>
          <w:tcPr>
            <w:tcW w:type="dxa" w:w="151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Hạ bối căn non, kém hiểu biết,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Ngũ nghịch, thập ác, gây nhiều nghiệp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Phá giới, phạm trai, trộm của Tăng,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Không tin đại thừa, báng chánh pháp.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Lâm chung tướng khổ hội như mây,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Ưng đọa A Tỳ vô lượng kiếp. </w:t>
      </w:r>
    </w:p>
    <w:p>
      <w:pPr>
        <w:autoSpaceDN w:val="0"/>
        <w:autoSpaceDE w:val="0"/>
        <w:widowControl/>
        <w:spacing w:line="354" w:lineRule="exact" w:before="188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Thiện hữu khuyên xưng niệm Phật danh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Mi Đà hóa hiện tay vàng tiếp. </w:t>
      </w:r>
    </w:p>
    <w:p>
      <w:pPr>
        <w:autoSpaceDN w:val="0"/>
        <w:autoSpaceDE w:val="0"/>
        <w:widowControl/>
        <w:spacing w:line="352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Mười niệm khuynh tâm đến bảo trì, </w:t>
      </w:r>
    </w:p>
    <w:p>
      <w:pPr>
        <w:autoSpaceDN w:val="0"/>
        <w:autoSpaceDE w:val="0"/>
        <w:widowControl/>
        <w:spacing w:line="320" w:lineRule="exact" w:before="4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116 </w:t>
      </w:r>
    </w:p>
    <w:p>
      <w:pPr>
        <w:sectPr>
          <w:pgSz w:w="8419" w:h="11906"/>
          <w:pgMar w:top="288" w:right="358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54" w:lineRule="exact" w:before="286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Luân hồi từ ấy thoát trường kỳ. </w:t>
      </w:r>
    </w:p>
    <w:p>
      <w:pPr>
        <w:autoSpaceDN w:val="0"/>
        <w:autoSpaceDE w:val="0"/>
        <w:widowControl/>
        <w:spacing w:line="354" w:lineRule="exact" w:before="190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Mười hai đại kiếp hoa sen nở </w:t>
      </w:r>
    </w:p>
    <w:p>
      <w:pPr>
        <w:autoSpaceDN w:val="0"/>
        <w:autoSpaceDE w:val="0"/>
        <w:widowControl/>
        <w:spacing w:line="426" w:lineRule="exact" w:before="136" w:after="0"/>
        <w:ind w:left="720" w:right="7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>Đại nguyện theo với tiếng đại bi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. </w:t>
      </w:r>
    </w:p>
    <w:p>
      <w:pPr>
        <w:autoSpaceDN w:val="0"/>
        <w:autoSpaceDE w:val="0"/>
        <w:widowControl/>
        <w:spacing w:line="354" w:lineRule="exact" w:before="178" w:after="0"/>
        <w:ind w:left="22" w:right="2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đức Thế Tôn nói lời ấy rồi, Vi Đề Hy phu </w:t>
      </w:r>
    </w:p>
    <w:p>
      <w:pPr>
        <w:autoSpaceDN w:val="0"/>
        <w:autoSpaceDE w:val="0"/>
        <w:widowControl/>
        <w:spacing w:line="422" w:lineRule="exact" w:before="0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nhơn cùng năm trăm thị nữ liền thấy tướng rộng dài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của thế giới Cực Lạc, sắc thân của Phật A Mi Đà và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hai vị Bồ Tát. Tất cả đều sanh lòng vui mừng, khen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là việc chưa từng có. Phu nhơn hoát nhiên đại ngộ,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chứng vô sanh pháp nhẫn. Năm trăm thị nữ phát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tâm A Nậu Đa La Tam Miệu Tam Bồ Đề, nguyện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sanh về Cực Lạc. Đức Thế Tôn thọ ký cho tất cả đều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được vãng sanh và sau khi sanh về tịnh độ đều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chứng Chư Phật Hiện Tiền tam muội. </w:t>
      </w:r>
    </w:p>
    <w:p>
      <w:pPr>
        <w:autoSpaceDN w:val="0"/>
        <w:autoSpaceDE w:val="0"/>
        <w:widowControl/>
        <w:spacing w:line="354" w:lineRule="exact" w:before="192" w:after="0"/>
        <w:ind w:left="194" w:right="19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Vô lượng chư thiên phát tâm vô thượng bồ đề. </w:t>
      </w:r>
    </w:p>
    <w:p>
      <w:pPr>
        <w:autoSpaceDN w:val="0"/>
        <w:autoSpaceDE w:val="0"/>
        <w:widowControl/>
        <w:spacing w:line="352" w:lineRule="exact" w:before="18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Trước chỉ nói bà Vi Đề Hy thấy cõi Cực Lạc, nay </w:t>
      </w:r>
    </w:p>
    <w:p>
      <w:pPr>
        <w:autoSpaceDN w:val="0"/>
        <w:autoSpaceDE w:val="0"/>
        <w:widowControl/>
        <w:spacing w:line="424" w:lineRule="exact" w:before="0" w:after="0"/>
        <w:ind w:left="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lại thuyết minh năm trăm thị nữ đều thấy, đây là mật ý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chỉ cho phu nhơn và năm trăm thị nữ đều có nhơn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duyên với miền An Dưỡng. </w:t>
      </w:r>
    </w:p>
    <w:p>
      <w:pPr>
        <w:autoSpaceDN w:val="0"/>
        <w:autoSpaceDE w:val="0"/>
        <w:widowControl/>
        <w:spacing w:line="426" w:lineRule="exact" w:before="138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Hỏi: - Luận Vãng Sanh nói: "Người nữ kẻ căn </w:t>
      </w:r>
    </w:p>
    <w:p>
      <w:pPr>
        <w:autoSpaceDN w:val="0"/>
        <w:autoSpaceDE w:val="0"/>
        <w:widowControl/>
        <w:spacing w:line="424" w:lineRule="exact" w:before="0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thiếu. Nhị thừa chủng không sanh." Như thế tại sao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kinh này Phật lại ấn hứa cho người nữ được vãng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sanh? </w:t>
      </w:r>
    </w:p>
    <w:p>
      <w:pPr>
        <w:autoSpaceDN w:val="0"/>
        <w:autoSpaceDE w:val="0"/>
        <w:widowControl/>
        <w:spacing w:line="320" w:lineRule="exact" w:before="6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117 </w:t>
      </w:r>
    </w:p>
    <w:p>
      <w:pPr>
        <w:sectPr>
          <w:pgSz w:w="8419" w:h="11906"/>
          <w:pgMar w:top="288" w:right="658" w:bottom="204" w:left="45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6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Đáp: - Đó là ý nói ở Cực Lạc không có người nữ </w:t>
      </w:r>
    </w:p>
    <w:p>
      <w:pPr>
        <w:autoSpaceDN w:val="0"/>
        <w:autoSpaceDE w:val="0"/>
        <w:widowControl/>
        <w:spacing w:line="424" w:lineRule="exact" w:before="0" w:after="28"/>
        <w:ind w:left="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cùng kẻ sáu căn không đủ, chứ chẳng phải nữ nhơn và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kẻ thiếu căn niệm Phật không được vãng sanh đâu! Còn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"nhị thừa chủng" là chỉ cho hàng định tánh Thanh Văn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lấy quả Vô dư niết bàn làm cứu cánh, không tin có cõi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Cực Lạc. Nếu những vị này hướng về đại thừa, phát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tâm niệm Phật tất đều được vãng sanh.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652"/>
        <w:gridCol w:w="3652"/>
      </w:tblGrid>
      <w:tr>
        <w:trPr>
          <w:trHeight w:hRule="exact" w:val="642"/>
        </w:trPr>
        <w:tc>
          <w:tcPr>
            <w:tcW w:type="dxa" w:w="36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42" w:lineRule="exact" w:before="100" w:after="0"/>
              <w:ind w:left="0" w:right="0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993300"/>
                <w:sz w:val="32"/>
              </w:rPr>
              <w:t xml:space="preserve">III- Phần Lưu Thông </w:t>
            </w:r>
          </w:p>
        </w:tc>
        <w:tc>
          <w:tcPr>
            <w:tcW w:type="dxa" w:w="149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4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ấy Tôn giả A Nan liền từ chỗ ngồi đứng </w:t>
      </w:r>
    </w:p>
    <w:p>
      <w:pPr>
        <w:autoSpaceDN w:val="0"/>
        <w:autoSpaceDE w:val="0"/>
        <w:widowControl/>
        <w:spacing w:line="354" w:lineRule="exact" w:before="72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dậy, lạyPhật và thưa rằng: </w:t>
      </w:r>
    </w:p>
    <w:p>
      <w:pPr>
        <w:autoSpaceDN w:val="0"/>
        <w:autoSpaceDE w:val="0"/>
        <w:widowControl/>
        <w:spacing w:line="442" w:lineRule="exact" w:before="140" w:after="0"/>
        <w:ind w:left="20" w:right="2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- Bạch đức Thế Tôn! Kinh này tên gọi là chi? </w:t>
      </w:r>
    </w:p>
    <w:p>
      <w:pPr>
        <w:autoSpaceDN w:val="0"/>
        <w:autoSpaceDE w:val="0"/>
        <w:widowControl/>
        <w:spacing w:line="354" w:lineRule="exact" w:before="28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Chúng con phải thọ trì pháp yếu này như thế nào? </w:t>
      </w:r>
    </w:p>
    <w:p>
      <w:pPr>
        <w:autoSpaceDN w:val="0"/>
        <w:autoSpaceDE w:val="0"/>
        <w:widowControl/>
        <w:spacing w:line="352" w:lineRule="exact" w:before="190" w:after="0"/>
        <w:ind w:left="24" w:right="2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Đức Phật bảo: "Kinh này tên Quán Cực Lạc </w:t>
      </w:r>
    </w:p>
    <w:p>
      <w:pPr>
        <w:autoSpaceDN w:val="0"/>
        <w:autoSpaceDE w:val="0"/>
        <w:widowControl/>
        <w:spacing w:line="424" w:lineRule="exact" w:before="2" w:after="0"/>
        <w:ind w:left="0" w:right="22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Quốc Độ Vô Lượng Thọ Phật, Quán Thế Âm Bồ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Tát, Đại Thế Chí Bồ Tát", cũng gọi là "Tịnh Trừ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Nghiệp Chướng, Sanh Chư Phật Tiền." Ông nên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như thế mà thọ trì, chớ để quên mất. Người tu môn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tam muội này, hiện đời sẽ được thấy Phật Vô Lượng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Thọ và hai vị đại sĩ. Nếu thiện nam thiện nữ nào chỉ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nghe danh hiệu của đức Phật và hai vị đại sĩ kia, còn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trừ được tội trong vô lượng kiếp sanh tử, huống chi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là tưởng niệm! Như có người nào niệm Phật, nên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biết kẻ ấy chính là hoa phân đà lợi trong loài người.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Bồ Tát Quán Thế Âm và Đại Thế Chí sẽ là thắng </w:t>
      </w:r>
    </w:p>
    <w:p>
      <w:pPr>
        <w:autoSpaceDN w:val="0"/>
        <w:autoSpaceDE w:val="0"/>
        <w:widowControl/>
        <w:spacing w:line="320" w:lineRule="exact" w:before="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118 </w:t>
      </w:r>
    </w:p>
    <w:p>
      <w:pPr>
        <w:sectPr>
          <w:pgSz w:w="8419" w:h="11906"/>
          <w:pgMar w:top="262" w:right="352" w:bottom="204" w:left="76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424" w:lineRule="exact" w:before="220" w:after="0"/>
        <w:ind w:left="0" w:right="26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hữu của người ấy. Kẻ ấy sẽ ngồi nơi đạo tràng, sanh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vào nhà chư Phật. Này A Nan! Ông nên ghi nhớ lời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này, thọ trì lời này chính là thọ trì danh hiệu Phật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Vô Lượng Thọ." </w:t>
      </w:r>
    </w:p>
    <w:p>
      <w:pPr>
        <w:autoSpaceDN w:val="0"/>
        <w:autoSpaceDE w:val="0"/>
        <w:widowControl/>
        <w:spacing w:line="354" w:lineRule="exact" w:before="188" w:after="0"/>
        <w:ind w:left="28" w:right="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Khi Phật nói lời ấy xong, hai tôn giả Mục Kiền </w:t>
      </w:r>
    </w:p>
    <w:p>
      <w:pPr>
        <w:autoSpaceDN w:val="0"/>
        <w:autoSpaceDE w:val="0"/>
        <w:widowControl/>
        <w:spacing w:line="424" w:lineRule="exact" w:before="0" w:after="0"/>
        <w:ind w:left="0" w:right="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Liên, A Nan, Vi Đề Hy phu nhơn cùng quyến thuộc,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thảy đều hoan hỷ. </w:t>
      </w:r>
    </w:p>
    <w:p>
      <w:pPr>
        <w:autoSpaceDN w:val="0"/>
        <w:autoSpaceDE w:val="0"/>
        <w:widowControl/>
        <w:spacing w:line="354" w:lineRule="exact" w:before="188" w:after="0"/>
        <w:ind w:left="26" w:right="2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Bấy giờ đức Thế Tôn bước trên hư không, trở </w:t>
      </w:r>
    </w:p>
    <w:p>
      <w:pPr>
        <w:autoSpaceDN w:val="0"/>
        <w:autoSpaceDE w:val="0"/>
        <w:widowControl/>
        <w:spacing w:line="424" w:lineRule="exact" w:before="38" w:after="0"/>
        <w:ind w:left="0" w:right="20" w:firstLine="0"/>
        <w:jc w:val="both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lại núi Kỳ Xà Quật. Khi về đến nơi, Tôn giả A Nan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lại vì đại chúng trùng tuyên việc ấy. Vô lượng chư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thiên, long, dạ xoa nghe lời của Phật nói, đều rất vui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mừng, đảnh lạy đức Thế Tôn rồi lui bước trở về. </w:t>
      </w:r>
    </w:p>
    <w:p>
      <w:pPr>
        <w:autoSpaceDN w:val="0"/>
        <w:autoSpaceDE w:val="0"/>
        <w:widowControl/>
        <w:spacing w:line="354" w:lineRule="exact" w:before="142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Thọ trì là thế nào? Theo Luận Trí Độ: "Sức tin </w:t>
      </w:r>
    </w:p>
    <w:p>
      <w:pPr>
        <w:autoSpaceDN w:val="0"/>
        <w:autoSpaceDE w:val="0"/>
        <w:widowControl/>
        <w:spacing w:line="422" w:lineRule="exact" w:before="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tưởng gọi là thọ, sức ghi nhớ gọi là trì." Kinh có hai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danh đề, danh đề trước "Quán Cực Lạc Quốc Độ Vô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Lượng Thọ Phật, Quán Thế Âm Bồ Tát, Đại Thế Chí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Bồ Tát", gọi tắt "Quán Vô Lượng Thọ", là muốn nói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chánh báo để kiêm y báo, thuật hóa chủ để gồm đồ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chúng. Danh đề sau "Tịnh Trừ Nghiệp Chướng, Sanh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Chư Phật Tiền" ý nói sự diệt tội được vãng sanh là lực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dụng của kinh. Phân đà lợi tức là hoa sen trắng. Câu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"Thọ trì lời này chính là thọ trì danh hiệu Phật Vô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Lượng Thọ" là đức Thế Tôn vì lòng đại bi, mật ý đem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môn trì danh niệm Phật mà phú chúc cho người đời sau. </w:t>
      </w:r>
    </w:p>
    <w:p>
      <w:pPr>
        <w:autoSpaceDN w:val="0"/>
        <w:autoSpaceDE w:val="0"/>
        <w:widowControl/>
        <w:spacing w:line="320" w:lineRule="exact" w:before="1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119 </w:t>
      </w:r>
    </w:p>
    <w:p>
      <w:pPr>
        <w:sectPr>
          <w:pgSz w:w="8419" w:h="11906"/>
          <w:pgMar w:top="292" w:right="658" w:bottom="204" w:left="45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382.0" w:type="dxa"/>
      </w:tblPr>
      <w:tblGrid>
        <w:gridCol w:w="3653"/>
        <w:gridCol w:w="3653"/>
      </w:tblGrid>
      <w:tr>
        <w:trPr>
          <w:trHeight w:hRule="exact" w:val="200"/>
        </w:trPr>
        <w:tc>
          <w:tcPr>
            <w:tcW w:type="dxa" w:w="365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47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Kinh này có hai điểm lưu thông, là nơi vương </w:t>
      </w:r>
    </w:p>
    <w:p>
      <w:pPr>
        <w:autoSpaceDN w:val="0"/>
        <w:autoSpaceDE w:val="0"/>
        <w:widowControl/>
        <w:spacing w:line="422" w:lineRule="exact" w:before="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cung và núi Kỳ Xà Quật. Ngài A Nan trùng tuyên lại lời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đức Phật, nên gọi "nghe lời của Phật nói." </w:t>
      </w:r>
    </w:p>
    <w:p>
      <w:pPr>
        <w:autoSpaceDN w:val="0"/>
        <w:autoSpaceDE w:val="0"/>
        <w:widowControl/>
        <w:spacing w:line="354" w:lineRule="exact" w:before="19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Thiện Đạo đại sư khi xưa, lúc sắp sớ giải kinh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này, đã quì trước bàn Phật cầu xin gia bị, rồi tụng luôn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ba biến kinh Mi Đà, niệm Phật ba muôn câu. Đêm ấy,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ngài mộng thấy cảnh giới Cực Lạc trang nghiêm, Phật,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Bồ Tát và Thánh chúng hoặc ngồi, hoặc đứng, hoặc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thuyết pháp, hoặc đi kinh hành. Từ đó về sau, mỗi đêm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trong giấc chiêm bao, đều có một vị Tăng đến chỉ bảo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về huyền nghĩa kinh Quán Vô Lượng Thọ. Sau khi bản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thảo đã viết xong, trong bảy hôm, mỗi ngày đêm đại sư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tụng kinh Mi Đà mười biến, niệm Phật ba muôn câu,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sám hối quy mạng, cầu xin chứng minh. Đêm đầu thấy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có ba cỗ xe tự chạy đi trên đường, bỗng có một người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cỡi lạc đà trắng đến khuyên rằng: "Sư nên tinh tấn,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đừng thối chuyển, cõi này nhơ ác khổ não, chớ nên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tham đắm sự vui điên đảo vô thường." Đêm thứ hai,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ngài thấy Phật A Mi Đà thân sắc chân kim ngồi trên hoa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sen nơi gốc cây báu, xung quanh có mười vị tăng cũng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đều ngồi dưới bảo thọ. Trên cây báu chỗ Phật ngồi, có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thiên y treo vây phất phơ rất đẹp. Sang đem thứ ba, đại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sư lại thấy hai cây trụ tuyệt cao, có treo tràng phan năm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sắc, đường báu rộng rãi thênh thang. Những tướng như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thế rất nhiều, đây chỉ là lược thuật. </w:t>
      </w:r>
    </w:p>
    <w:p>
      <w:pPr>
        <w:autoSpaceDN w:val="0"/>
        <w:autoSpaceDE w:val="0"/>
        <w:widowControl/>
        <w:spacing w:line="29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120 </w:t>
      </w:r>
    </w:p>
    <w:p>
      <w:pPr>
        <w:sectPr>
          <w:pgSz w:w="8419" w:h="11906"/>
          <w:pgMar w:top="288" w:right="350" w:bottom="204" w:left="762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25.99999999999997" w:type="dxa"/>
      </w:tblPr>
      <w:tblGrid>
        <w:gridCol w:w="3651"/>
        <w:gridCol w:w="3651"/>
      </w:tblGrid>
      <w:tr>
        <w:trPr>
          <w:trHeight w:hRule="exact" w:val="200"/>
        </w:trPr>
        <w:tc>
          <w:tcPr>
            <w:tcW w:type="dxa" w:w="3650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51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54" w:lineRule="exact" w:before="47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Thế thì biết: Cõi báu chẳng không, kinh điển lưu </w:t>
      </w:r>
    </w:p>
    <w:p>
      <w:pPr>
        <w:autoSpaceDN w:val="0"/>
        <w:autoSpaceDE w:val="0"/>
        <w:widowControl/>
        <w:spacing w:line="42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truyền vẫn tại. Lòng thành có cảm, thoại trưng ghi chép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còn đây. Chỉ thương người chấy lý trệ không, cho là lời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thí dụ. Lại tiếc kẻ theo tình quên tánh, uổng mất phước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vãng sanh. Nhưng thôi, non cao nước chảy cũng đành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chờ khách tri âm; đá cứng ngọc lành, âu hãy đợi người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minh thức. Cõi mầu hằng tịnh, ai kẻ hữu duyên. </w:t>
      </w:r>
    </w:p>
    <w:p>
      <w:pPr>
        <w:autoSpaceDN w:val="0"/>
        <w:autoSpaceDE w:val="0"/>
        <w:widowControl/>
        <w:spacing w:line="426" w:lineRule="exact" w:before="1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CHUNG </w:t>
      </w:r>
    </w:p>
    <w:p>
      <w:pPr>
        <w:autoSpaceDN w:val="0"/>
        <w:autoSpaceDE w:val="0"/>
        <w:widowControl/>
        <w:spacing w:line="240" w:lineRule="auto" w:before="16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290060" cy="3508316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5083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320" w:lineRule="exact" w:before="14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121 </w:t>
      </w:r>
    </w:p>
    <w:sectPr w:rsidR="00FC693F" w:rsidRPr="0006063C" w:rsidSect="00034616">
      <w:pgSz w:w="8419" w:h="11906"/>
      <w:pgMar w:top="288" w:right="662" w:bottom="204" w:left="45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://www.thuvienhoasen.org/kinhquanvoluongtho-00.htm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