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5758180" cy="851686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5168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9067" w:h="13411"/>
          <w:pgMar w:top="0" w:right="0" w:bottom="0" w:left="0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58"/>
        <w:gridCol w:w="3458"/>
      </w:tblGrid>
      <w:tr>
        <w:trPr>
          <w:trHeight w:hRule="exact" w:val="200"/>
        </w:trPr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00" w:lineRule="exact" w:before="9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tác giả </w:t>
      </w:r>
    </w:p>
    <w:p>
      <w:pPr>
        <w:autoSpaceDN w:val="0"/>
        <w:autoSpaceDE w:val="0"/>
        <w:widowControl/>
        <w:spacing w:line="376" w:lineRule="exact" w:before="2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Biên soạn: Ngụy Trƣng, Trử Lƣợng, Ngu Thế Nam, </w:t>
      </w:r>
    </w:p>
    <w:p>
      <w:pPr>
        <w:autoSpaceDN w:val="0"/>
        <w:autoSpaceDE w:val="0"/>
        <w:widowControl/>
        <w:spacing w:line="374" w:lineRule="exact" w:before="2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Tiêu Đức Ngôn </w:t>
      </w:r>
    </w:p>
    <w:p>
      <w:pPr>
        <w:autoSpaceDN w:val="0"/>
        <w:autoSpaceDE w:val="0"/>
        <w:widowControl/>
        <w:spacing w:line="638" w:lineRule="exact" w:before="182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6"/>
        </w:rPr>
        <w:t xml:space="preserve">QUẦN THƯ TRỊ YẾU 360 </w:t>
      </w:r>
    </w:p>
    <w:p>
      <w:pPr>
        <w:autoSpaceDN w:val="0"/>
        <w:autoSpaceDE w:val="0"/>
        <w:widowControl/>
        <w:spacing w:line="360" w:lineRule="exact" w:before="22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NGUYÊN TẮC TRỊ QUỐC CỦA TRUNG HOA THỜI XƯA </w:t>
      </w:r>
    </w:p>
    <w:p>
      <w:pPr>
        <w:autoSpaceDN w:val="0"/>
        <w:autoSpaceDE w:val="0"/>
        <w:widowControl/>
        <w:spacing w:line="400" w:lineRule="exact" w:before="2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(Quyển 3)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Chuyển ngữ: Diệu Phúc </w:t>
      </w:r>
    </w:p>
    <w:p>
      <w:pPr>
        <w:autoSpaceDN w:val="0"/>
        <w:autoSpaceDE w:val="0"/>
        <w:widowControl/>
        <w:spacing w:line="400" w:lineRule="exact" w:before="44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NHÀ XUẤT BẢN HỒNG ĐỨC</w:t>
      </w:r>
    </w:p>
    <w:p>
      <w:pPr>
        <w:sectPr>
          <w:pgSz w:w="9072" w:h="13608"/>
          <w:pgMar w:top="544" w:right="1052" w:bottom="862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720.0" w:type="dxa"/>
      </w:tblPr>
      <w:tblGrid>
        <w:gridCol w:w="3096"/>
        <w:gridCol w:w="3096"/>
      </w:tblGrid>
      <w:tr>
        <w:trPr>
          <w:trHeight w:hRule="exact" w:val="180"/>
        </w:trPr>
        <w:tc>
          <w:tcPr>
            <w:tcW w:type="dxa" w:w="3096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096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9072" w:h="13608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534"/>
        <w:gridCol w:w="3534"/>
      </w:tblGrid>
      <w:tr>
        <w:trPr>
          <w:trHeight w:hRule="exact" w:val="200"/>
        </w:trPr>
        <w:tc>
          <w:tcPr>
            <w:tcW w:type="dxa" w:w="3534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53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172" w:right="17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8" w:lineRule="exact" w:before="694" w:after="0"/>
        <w:ind w:left="2766" w:right="2766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MỤC LỤC </w:t>
      </w:r>
    </w:p>
    <w:p>
      <w:pPr>
        <w:autoSpaceDN w:val="0"/>
        <w:autoSpaceDE w:val="0"/>
        <w:widowControl/>
        <w:spacing w:line="346" w:lineRule="exact" w:before="60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QUẦN THƢ TRỊ YẾU 360 ....................................................... 17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 I: ĐƢỜNG LỐI LÃNH ĐẠO CỦA BẬC QUÂN </w:t>
      </w:r>
    </w:p>
    <w:p>
      <w:pPr>
        <w:autoSpaceDN w:val="0"/>
        <w:autoSpaceDE w:val="0"/>
        <w:widowControl/>
        <w:spacing w:line="346" w:lineRule="exact" w:before="4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VƢƠNG ..................................................................................... 23 </w:t>
      </w:r>
    </w:p>
    <w:p>
      <w:pPr>
        <w:autoSpaceDN w:val="0"/>
        <w:autoSpaceDE w:val="0"/>
        <w:widowControl/>
        <w:spacing w:line="346" w:lineRule="exact" w:before="1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1. TU THÂN ........................................................................... 24 </w:t>
      </w:r>
    </w:p>
    <w:p>
      <w:pPr>
        <w:autoSpaceDN w:val="0"/>
        <w:autoSpaceDE w:val="0"/>
        <w:widowControl/>
        <w:spacing w:line="346" w:lineRule="exact" w:before="104" w:after="0"/>
        <w:ind w:left="178" w:right="17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A. Sứ mệnh. ......................................................................... 24 </w:t>
      </w:r>
    </w:p>
    <w:p>
      <w:pPr>
        <w:autoSpaceDN w:val="0"/>
        <w:autoSpaceDE w:val="0"/>
        <w:widowControl/>
        <w:spacing w:line="346" w:lineRule="exact" w:before="100" w:after="0"/>
        <w:ind w:left="178" w:right="17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B. Giới tham. ....................................................................... 27 </w:t>
      </w:r>
    </w:p>
    <w:p>
      <w:pPr>
        <w:autoSpaceDN w:val="0"/>
        <w:autoSpaceDE w:val="0"/>
        <w:widowControl/>
        <w:spacing w:line="346" w:lineRule="exact" w:before="102" w:after="0"/>
        <w:ind w:left="178" w:right="17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C. Cần kiệm. ........................................................................ 32 </w:t>
      </w:r>
    </w:p>
    <w:p>
      <w:pPr>
        <w:autoSpaceDN w:val="0"/>
        <w:autoSpaceDE w:val="0"/>
        <w:widowControl/>
        <w:spacing w:line="346" w:lineRule="exact" w:before="104" w:after="0"/>
        <w:ind w:left="178" w:right="17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C. Kiềm chế nóng giận. ....................................................... 33 </w:t>
      </w:r>
    </w:p>
    <w:p>
      <w:pPr>
        <w:autoSpaceDN w:val="0"/>
        <w:autoSpaceDE w:val="0"/>
        <w:widowControl/>
        <w:spacing w:line="346" w:lineRule="exact" w:before="102" w:after="0"/>
        <w:ind w:left="178" w:right="17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D. Hƣớng thiện. ................................................................... 36 </w:t>
      </w:r>
    </w:p>
    <w:p>
      <w:pPr>
        <w:autoSpaceDN w:val="0"/>
        <w:autoSpaceDE w:val="0"/>
        <w:widowControl/>
        <w:spacing w:line="346" w:lineRule="exact" w:before="104" w:after="0"/>
        <w:ind w:left="178" w:right="17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E. Sửa chữa sai lầm. ............................................................ 38 </w:t>
      </w:r>
    </w:p>
    <w:p>
      <w:pPr>
        <w:autoSpaceDN w:val="0"/>
        <w:autoSpaceDE w:val="0"/>
        <w:widowControl/>
        <w:spacing w:line="346" w:lineRule="exact" w:before="1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2. KÍNH YÊU NGƢỜI THÂN ............................................... 41 </w:t>
      </w:r>
    </w:p>
    <w:p>
      <w:pPr>
        <w:autoSpaceDN w:val="0"/>
        <w:autoSpaceDE w:val="0"/>
        <w:widowControl/>
        <w:spacing w:line="346" w:lineRule="exact" w:before="104" w:after="0"/>
        <w:ind w:left="178" w:right="17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A. Tổng quát ........................................................................ 41 </w:t>
      </w:r>
    </w:p>
    <w:p>
      <w:pPr>
        <w:autoSpaceDN w:val="0"/>
        <w:autoSpaceDE w:val="0"/>
        <w:widowControl/>
        <w:spacing w:line="346" w:lineRule="exact" w:before="102" w:after="0"/>
        <w:ind w:left="178" w:right="17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B. Hiếu thảo với cha mẹ ...................................................... 41 </w:t>
      </w:r>
    </w:p>
    <w:p>
      <w:pPr>
        <w:autoSpaceDN w:val="0"/>
        <w:autoSpaceDE w:val="0"/>
        <w:widowControl/>
        <w:spacing w:line="346" w:lineRule="exact" w:before="104" w:after="0"/>
        <w:ind w:left="178" w:right="17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C. Khuyên dạy con .............................................................. 43 </w:t>
      </w:r>
    </w:p>
    <w:p>
      <w:pPr>
        <w:autoSpaceDN w:val="0"/>
        <w:autoSpaceDE w:val="0"/>
        <w:widowControl/>
        <w:spacing w:line="346" w:lineRule="exact" w:before="102" w:after="0"/>
        <w:ind w:left="178" w:right="17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D. Mối quan hệ vợ chồng .................................................... 47 </w:t>
      </w:r>
    </w:p>
    <w:p>
      <w:pPr>
        <w:autoSpaceDN w:val="0"/>
        <w:autoSpaceDE w:val="0"/>
        <w:widowControl/>
        <w:spacing w:line="344" w:lineRule="exact" w:before="1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3. KIỂM ĐIỂM BẢN THÂN ................................................. 48 </w:t>
      </w:r>
    </w:p>
    <w:p>
      <w:pPr>
        <w:autoSpaceDN w:val="0"/>
        <w:autoSpaceDE w:val="0"/>
        <w:widowControl/>
        <w:spacing w:line="346" w:lineRule="exact" w:before="1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4. TRỌNG DỤNG NHÂN TÀI .............................................. 55 </w:t>
      </w:r>
    </w:p>
    <w:p>
      <w:pPr>
        <w:autoSpaceDN w:val="0"/>
        <w:autoSpaceDE w:val="0"/>
        <w:widowControl/>
        <w:spacing w:line="346" w:lineRule="exact" w:before="1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5. TIẾP NHẬN LỜI KHUYÊN TỪ TRUNG THẦN ............ 64 </w:t>
      </w:r>
    </w:p>
    <w:p>
      <w:pPr>
        <w:autoSpaceDN w:val="0"/>
        <w:autoSpaceDE w:val="0"/>
        <w:widowControl/>
        <w:spacing w:line="346" w:lineRule="exact" w:before="1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6. NGĂN CHẶN VU KHỐNG VÀ HÀNH VI XẤU ÁC ..... 70 </w:t>
      </w:r>
    </w:p>
    <w:p>
      <w:pPr>
        <w:autoSpaceDN w:val="0"/>
        <w:autoSpaceDE w:val="0"/>
        <w:widowControl/>
        <w:spacing w:line="346" w:lineRule="exact" w:before="1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7. NHẠY CẢM VÀ SẮC BÉN .............................................. 78 </w:t>
      </w:r>
    </w:p>
    <w:p>
      <w:pPr>
        <w:autoSpaceDN w:val="0"/>
        <w:autoSpaceDE w:val="0"/>
        <w:widowControl/>
        <w:spacing w:line="346" w:lineRule="exact" w:before="1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 II: NGHỆ THUẬT PHÒ TÁ CỦA CÁC ĐẠI THẦN84 </w:t>
      </w:r>
    </w:p>
    <w:p>
      <w:pPr>
        <w:autoSpaceDN w:val="0"/>
        <w:autoSpaceDE w:val="0"/>
        <w:widowControl/>
        <w:spacing w:line="346" w:lineRule="exact" w:before="340" w:after="0"/>
        <w:ind w:left="3366" w:right="336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0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46" w:lineRule="exact" w:before="12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1. TẠO LẬP CHÍ KHÍ ............................................................ 85 </w:t>
      </w:r>
    </w:p>
    <w:p>
      <w:pPr>
        <w:autoSpaceDN w:val="0"/>
        <w:autoSpaceDE w:val="0"/>
        <w:widowControl/>
        <w:spacing w:line="346" w:lineRule="exact" w:before="10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2. TẬN TRUNG ...................................................................... 91 </w:t>
      </w:r>
    </w:p>
    <w:p>
      <w:pPr>
        <w:autoSpaceDN w:val="0"/>
        <w:autoSpaceDE w:val="0"/>
        <w:widowControl/>
        <w:spacing w:line="344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3. KHUYÊN CAN .................................................................. 95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4. TIẾN CỬ NGƢỜI CÓ ĐỨC TÀI ....................................... 98 </w:t>
      </w:r>
    </w:p>
    <w:p>
      <w:pPr>
        <w:autoSpaceDN w:val="0"/>
        <w:autoSpaceDE w:val="0"/>
        <w:widowControl/>
        <w:spacing w:line="346" w:lineRule="exact" w:before="1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CHƢƠNG III:</w:t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TRÂN TRỌNG ĐỨC HẠNH ......................... 102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1. CHUỘNG ĐẠO ................................................................ 103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2. HIẾU THẢO VÀ CUNG KÍNH ....................................... 114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3. NHÂN TỪ VÀ CHÍNH NGHĨA ...................................... 123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4. CHÂN THÀNH VÀ ĐÁNG TIN CẬY ............................ 132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5. TỰ SỬA MÌNH ................................................................ 134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6. KHOAN DUNG................................................................ 137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7. KHIÊM TỐN .................................................................... 139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8. CẨN TRỌNG ................................................................... 144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9. KẾT GIAO BẠN HỮU .................................................... 150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10. PHƢƠNG PHÁP NÂNG CAO HỌC VẤN ................... 150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11. KIÊN TRÌ BỀN BỈ.......................................................... 156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12. ĐỐI NHÂN XỬ THẾ ..................................................... 157 </w:t>
      </w:r>
    </w:p>
    <w:p>
      <w:pPr>
        <w:autoSpaceDN w:val="0"/>
        <w:autoSpaceDE w:val="0"/>
        <w:widowControl/>
        <w:spacing w:line="346" w:lineRule="exact" w:before="1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 IV: ĐIỀU HÀNH ĐẤT NƢỚC ............................. 163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1. TUÂN THỦ PHÉP TẮC .................................................. 164 </w:t>
      </w:r>
    </w:p>
    <w:p>
      <w:pPr>
        <w:autoSpaceDN w:val="0"/>
        <w:autoSpaceDE w:val="0"/>
        <w:widowControl/>
        <w:spacing w:line="346" w:lineRule="exact" w:before="10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2. GIÁO HÓA ....................................................................... 178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3. ĐÁNH GIÁ CON NGƢỜI ............................................... 189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4. BỔ NHIỆM ....................................................................... 195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5. HẾT LÒNG VÌ VIỆC CÔNG ........................................... 207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6. THƢƠNG DÂN ................................................................ 213 </w:t>
      </w:r>
    </w:p>
    <w:p>
      <w:pPr>
        <w:autoSpaceDN w:val="0"/>
        <w:autoSpaceDE w:val="0"/>
        <w:widowControl/>
        <w:spacing w:line="346" w:lineRule="exact" w:before="4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60"/>
        <w:gridCol w:w="3460"/>
      </w:tblGrid>
      <w:tr>
        <w:trPr>
          <w:trHeight w:hRule="exact" w:val="200"/>
        </w:trPr>
        <w:tc>
          <w:tcPr>
            <w:tcW w:type="dxa" w:w="3460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60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46" w:lineRule="exact" w:before="12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7. KỶ CƢƠNG PHÉP NƢỚC .............................................. 221 </w:t>
      </w:r>
    </w:p>
    <w:p>
      <w:pPr>
        <w:autoSpaceDN w:val="0"/>
        <w:autoSpaceDE w:val="0"/>
        <w:widowControl/>
        <w:spacing w:line="346" w:lineRule="exact" w:before="10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8. LỄ NGHI VÀ ÂM NHẠC ................................................ 232 </w:t>
      </w:r>
    </w:p>
    <w:p>
      <w:pPr>
        <w:autoSpaceDN w:val="0"/>
        <w:autoSpaceDE w:val="0"/>
        <w:widowControl/>
        <w:spacing w:line="344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9. AN SINH XÃ HỘI............................................................ 243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10. HỌC THEO NGƢỜI XƢA ............................................ 247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11. THƢỞNG PHẠT ............................................................ 252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12. PHÁP LUẬT ................................................................... 253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13. VIỆC DỤNG BINH ........................................................ 264 </w:t>
      </w:r>
    </w:p>
    <w:p>
      <w:pPr>
        <w:autoSpaceDN w:val="0"/>
        <w:autoSpaceDE w:val="0"/>
        <w:widowControl/>
        <w:spacing w:line="346" w:lineRule="exact" w:before="1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 V: KÍNH CẨN VÀ THẬN TRỌNG ..................... 275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1. PHÒNG NGỪA ................................................................ 276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2. PHONG TỤC TẬP QUÁN ............................................... 279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3. DẸP YÊN ĐỘNG LOẠN ................................................. 289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4. BÀI HỌC CẢNH GIÁC ................................................... 297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5. ĐỐI NHÂN XỬ THẾ ....................................................... 306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6. THẬN TRỌNG TỪ ĐẦU CHÍ CUỐI .............................. 313 </w:t>
      </w:r>
    </w:p>
    <w:p>
      <w:pPr>
        <w:autoSpaceDN w:val="0"/>
        <w:autoSpaceDE w:val="0"/>
        <w:widowControl/>
        <w:spacing w:line="346" w:lineRule="exact" w:before="1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 VI: SÁNG SUỐT ................................................... 315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1. CHÍNH - TÀ ..................................................................... 316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2. NGUYỆN VỌNG CỦA NHÂN DÂN ............................. 320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3. TÀI NĂNG VÀ ĐỨC HẠNH .......................................... 321 </w:t>
      </w:r>
    </w:p>
    <w:p>
      <w:pPr>
        <w:autoSpaceDN w:val="0"/>
        <w:autoSpaceDE w:val="0"/>
        <w:widowControl/>
        <w:spacing w:line="346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4. TẠO BÈ KẾT ĐẢNG ....................................................... 322 </w:t>
      </w:r>
    </w:p>
    <w:p>
      <w:pPr>
        <w:autoSpaceDN w:val="0"/>
        <w:autoSpaceDE w:val="0"/>
        <w:widowControl/>
        <w:spacing w:line="346" w:lineRule="exact" w:before="10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5. NHẬN BIẾT SỰ VIỆC .................................................... 322 </w:t>
      </w:r>
    </w:p>
    <w:p>
      <w:pPr>
        <w:autoSpaceDN w:val="0"/>
        <w:autoSpaceDE w:val="0"/>
        <w:widowControl/>
        <w:spacing w:line="346" w:lineRule="exact" w:before="1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6. NHÂN QUẢ ..................................................................... 330 </w:t>
      </w:r>
    </w:p>
    <w:p>
      <w:pPr>
        <w:autoSpaceDN w:val="0"/>
        <w:autoSpaceDE w:val="0"/>
        <w:widowControl/>
        <w:spacing w:line="374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BẢNG CHÚ GIẢI</w:t>
      </w:r>
      <w:r>
        <w:rPr>
          <w:rFonts w:ascii="Times New Roman" w:hAnsi="Times New Roman" w:eastAsia="Times New Roman"/>
          <w:b w:val="0"/>
          <w:i w:val="0"/>
          <w:color w:val="000000"/>
          <w:sz w:val="17"/>
        </w:rPr>
        <w:t>1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.................................................................. 337 </w:t>
      </w:r>
    </w:p>
    <w:p>
      <w:pPr>
        <w:autoSpaceDN w:val="0"/>
        <w:autoSpaceDE w:val="0"/>
        <w:widowControl/>
        <w:spacing w:line="346" w:lineRule="exact" w:before="1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TÀI LIỆU THAM KHẢO ........................................................ 352 </w:t>
      </w:r>
    </w:p>
    <w:p>
      <w:pPr>
        <w:autoSpaceDN w:val="0"/>
        <w:autoSpaceDE w:val="0"/>
        <w:widowControl/>
        <w:spacing w:line="346" w:lineRule="exact" w:before="9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42"/>
        <w:gridCol w:w="3442"/>
      </w:tblGrid>
      <w:tr>
        <w:trPr>
          <w:trHeight w:hRule="exact" w:val="200"/>
        </w:trPr>
        <w:tc>
          <w:tcPr>
            <w:tcW w:type="dxa" w:w="344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4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46" w:lineRule="exact" w:before="112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 </w:t>
      </w:r>
    </w:p>
    <w:p>
      <w:pPr>
        <w:sectPr>
          <w:pgSz w:w="9072" w:h="13608"/>
          <w:pgMar w:top="464" w:right="108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42" w:lineRule="exact" w:before="136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QUẦN THƯ TRỊ YẾU 360 </w:t>
      </w:r>
    </w:p>
    <w:p>
      <w:pPr>
        <w:autoSpaceDN w:val="0"/>
        <w:autoSpaceDE w:val="0"/>
        <w:widowControl/>
        <w:spacing w:line="352" w:lineRule="exact" w:before="88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Quần Thƣ Trị Yếu 360 – Cuốn 3 đƣợc biên soạn dựa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360 đoạn trích lục của bộ sách Quần Thƣ Trị Yếu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văn. </w:t>
      </w:r>
    </w:p>
    <w:p>
      <w:pPr>
        <w:autoSpaceDN w:val="0"/>
        <w:autoSpaceDE w:val="0"/>
        <w:widowControl/>
        <w:spacing w:line="362" w:lineRule="exact" w:before="29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Tâm Giáo Dục Văn Hóa Trung Hoa - Malaysia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tuyển chọn và biên dịch. </w:t>
      </w:r>
    </w:p>
    <w:p>
      <w:pPr>
        <w:autoSpaceDN w:val="0"/>
        <w:autoSpaceDE w:val="0"/>
        <w:widowControl/>
        <w:spacing w:line="362" w:lineRule="exact" w:before="28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Hoan nghênh sao in và lƣu thông, kính mong không tự 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sửa đổi nội dung. </w:t>
      </w:r>
    </w:p>
    <w:p>
      <w:pPr>
        <w:autoSpaceDN w:val="0"/>
        <w:autoSpaceDE w:val="0"/>
        <w:widowControl/>
        <w:spacing w:line="362" w:lineRule="exact" w:before="27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Đơn vị xuất bản: Hiệp Hội Giáo Dục Phật Đà Hồng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Kông.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In lần đầu, tháng 8 năm 2015. </w:t>
      </w:r>
    </w:p>
    <w:p>
      <w:pPr>
        <w:autoSpaceDN w:val="0"/>
        <w:autoSpaceDE w:val="0"/>
        <w:widowControl/>
        <w:spacing w:line="400" w:lineRule="exact" w:before="24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In lần hai, tháng 3 năm 2016. </w:t>
      </w:r>
    </w:p>
    <w:p>
      <w:pPr>
        <w:autoSpaceDN w:val="0"/>
        <w:autoSpaceDE w:val="0"/>
        <w:widowControl/>
        <w:spacing w:line="400" w:lineRule="exact" w:before="24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In lần ba, tháng 8 năm 2016. </w:t>
      </w:r>
    </w:p>
    <w:p>
      <w:pPr>
        <w:autoSpaceDN w:val="0"/>
        <w:autoSpaceDE w:val="0"/>
        <w:widowControl/>
        <w:spacing w:line="346" w:lineRule="exact" w:before="25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42" w:lineRule="exact" w:before="76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LỜI THƯA CÙNG ĐỘC GIẢ </w:t>
      </w:r>
    </w:p>
    <w:p>
      <w:pPr>
        <w:autoSpaceDN w:val="0"/>
        <w:autoSpaceDE w:val="0"/>
        <w:widowControl/>
        <w:spacing w:line="402" w:lineRule="exact" w:before="218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thƣa Quý độc giả!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Xin chào mọi ngƣời! Tuyển tập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[Quần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 Trị Yếu 360]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đã đón nhận sự quan tâm sâu rộng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mọi ngƣời và chúng tôi cũng nhận đƣợc sự cổ vũ và vô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cảm kích trƣớc sự nhiệt thành của quý độc giả.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sự quan tâm chỉ dẫn của các vị sƣ trƣởng và thiện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hữu, cùng với sự nỗ lực chung của các thành viên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nhóm biên tập, tuyển tập thứ ba này cuối cùng đã ra đời.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 nhiên do chúng tôi đức mỏng trí cạn, khó tránh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khỏi những điểm sai sót, chúng tôi sẽ kiểm tra và chỉnh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sửa thêm nếu nhƣ nhận đƣợc ý kiến phản hồi của các vị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giả ở khắp nơi. Do tuyển tập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[Quần Thư Trị Yếu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360]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xuyên cập nhật các phiên bản mới, các chƣ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vị độc giả nếu muốn in ấn phát hành, xin hãy liên lạc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Trung Tâm Giáo Dục Văn Hóa Trung Hoa Malaysia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nhận đƣợc phiên bản mới nhất.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Xin chân thành cảm ơn! </w:t>
      </w:r>
    </w:p>
    <w:p>
      <w:pPr>
        <w:autoSpaceDN w:val="0"/>
        <w:autoSpaceDE w:val="0"/>
        <w:widowControl/>
        <w:spacing w:line="400" w:lineRule="exact" w:before="240" w:after="144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Nhóm biên tập [Quần Thự Trị Yếu 360].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49.9999999999998" w:type="dxa"/>
      </w:tblPr>
      <w:tblGrid>
        <w:gridCol w:w="3465"/>
        <w:gridCol w:w="3465"/>
      </w:tblGrid>
      <w:tr>
        <w:trPr>
          <w:trHeight w:hRule="exact" w:val="600"/>
        </w:trPr>
        <w:tc>
          <w:tcPr>
            <w:tcW w:type="dxa" w:w="1714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0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Ngày 12 tháng 7 năm 2015. </w:t>
            </w:r>
          </w:p>
        </w:tc>
      </w:tr>
    </w:tbl>
    <w:p>
      <w:pPr>
        <w:autoSpaceDN w:val="0"/>
        <w:autoSpaceDE w:val="0"/>
        <w:widowControl/>
        <w:spacing w:line="346" w:lineRule="exact" w:before="17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42" w:lineRule="exact" w:before="78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QUẦN THƯ TRỊ YẾU </w:t>
      </w:r>
    </w:p>
    <w:p>
      <w:pPr>
        <w:autoSpaceDN w:val="0"/>
        <w:autoSpaceDE w:val="0"/>
        <w:widowControl/>
        <w:spacing w:line="374" w:lineRule="exact" w:before="2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LỜI TỰA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sách [Quần Thƣ Trị Yếu] đƣợc Đƣờng Thái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Tông – Lý Thế Dân (599 – 649) hạ lệnh yêu cầu biên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soạn vào đầu những năm Trinh Quán. Khi mới mƣời sáu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tuổi, Thái Tông đã theo cha tòng quân, khởi nghĩa dẹp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yên xã hội động loạn, đến hơn mƣời năm chinh chiến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đằng đẵng. Sau khi lên ngôi vào năm hai mƣơi bảy tuổi,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dừng nghiệp binh để chấn hƣng sự nghiệp giáo dục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– văn hóa và đặc biệt chú trọng đƣờng lối trị quốc, bình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và mang lại sự phồn vinh cho đất nƣớc.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Tông dũng mãnh tài cao, có tài hùng biện, </w:t>
      </w:r>
    </w:p>
    <w:p>
      <w:pPr>
        <w:autoSpaceDN w:val="0"/>
        <w:autoSpaceDE w:val="0"/>
        <w:widowControl/>
        <w:spacing w:line="362" w:lineRule="exact" w:before="2" w:after="356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tiếc tuổi nhỏ đã phải tòng quân, bởi vậy học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nhiều. Từ tấm gƣơng sai lầm dẫn đến diệt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vong của nhà Tùy, ngài cảm nhận sâu sắc rằng, gây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dựng cơ nghiệp vốn không dễ, mà để giữ vững thì càng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khó hơn. Trong thời kỳ tại vị, ngài luôn luôn khích lệ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thần khuyên giải, chỉ ra những điểm bất cập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quyết sách của triều đình và hạ lệnh cho các đại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Ngụy Trƣng, Ngu Thế Nam, v.v… thu thập các tƣ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liệu lịch sử về việc trị vì đất nƣớc, để trích ra những tinh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 trong việc tu thân – tề gia – trị quốc – bình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Thư, Tứ Sử, Bách Gia Chư Tử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và tập hợp thành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214"/>
        </w:trPr>
        <w:tc>
          <w:tcPr>
            <w:tcW w:type="dxa" w:w="3448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1456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84" w:lineRule="exact" w:before="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13"/>
        </w:rPr>
        <w:t>1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 Lục Thƣ bao gồm: </w:t>
      </w:r>
      <w:r>
        <w:rPr>
          <w:rFonts w:ascii="Times New Roman Italic" w:hAnsi="Times New Roman Italic" w:eastAsia="Times New Roman Italic"/>
          <w:b w:val="0"/>
          <w:i/>
          <w:color w:val="000000"/>
          <w:sz w:val="20"/>
        </w:rPr>
        <w:t xml:space="preserve">Kinh Thi, Thượng Thư, Nghi Lễ, Nhạc Kinh, Kinh Dịch và Xuân </w:t>
      </w:r>
    </w:p>
    <w:p>
      <w:pPr>
        <w:autoSpaceDN w:val="0"/>
        <w:autoSpaceDE w:val="0"/>
        <w:widowControl/>
        <w:spacing w:line="266" w:lineRule="exact" w:before="34" w:after="0"/>
        <w:ind w:left="0" w:right="0" w:firstLine="0"/>
        <w:jc w:val="center"/>
      </w:pPr>
      <w:r>
        <w:rPr>
          <w:rFonts w:ascii="Times New Roman Italic" w:hAnsi="Times New Roman Italic" w:eastAsia="Times New Roman Italic"/>
          <w:b w:val="0"/>
          <w:i/>
          <w:color w:val="000000"/>
          <w:sz w:val="20"/>
        </w:rPr>
        <w:t xml:space="preserve">Thu.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Tứ Sử bao gồm: </w:t>
      </w:r>
      <w:r>
        <w:rPr>
          <w:rFonts w:ascii="Times New Roman Italic" w:hAnsi="Times New Roman Italic" w:eastAsia="Times New Roman Italic"/>
          <w:b w:val="0"/>
          <w:i/>
          <w:color w:val="000000"/>
          <w:sz w:val="20"/>
        </w:rPr>
        <w:t>Sử Kí, Hán Thư, Hậu Hán Thư, Tam Quốc Chí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. </w:t>
      </w:r>
      <w:r>
        <w:rPr>
          <w:rFonts w:ascii="Times New Roman Italic" w:hAnsi="Times New Roman Italic" w:eastAsia="Times New Roman Italic"/>
          <w:b w:val="0"/>
          <w:i/>
          <w:color w:val="000000"/>
          <w:sz w:val="20"/>
        </w:rPr>
        <w:t xml:space="preserve">Bách Gia Chư </w:t>
      </w:r>
    </w:p>
    <w:p>
      <w:pPr>
        <w:autoSpaceDN w:val="0"/>
        <w:autoSpaceDE w:val="0"/>
        <w:widowControl/>
        <w:spacing w:line="346" w:lineRule="exact" w:before="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122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sách. Bắt đầu từ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Ngũ Đế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2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cho đến triều đại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nhà Tấn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3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14.000 bộ sách và hơn 89.000 cuộn thƣ tịch cổ,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chắt lọc đƣợc sáu mƣơi lăm loại điển tịch với tổng cộng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50.000 từ. Đây quả thật là bộ điển tịch quý báu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quốc, nhƣ lão thần Ngụy Trƣng đã nói trong lời tựa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bộ sách: “Nếu dùng cho thời nay, xứng đáng là tấm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gƣơng và để học tập từ lịch sử của cha ông. Khi truyền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con cháu mai sau, ắt sẽ là bài học quý giá”. Thái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Tông yêu thích kiến thức sâu rộng mà ngôn từ tinh giản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bộ sách, hàng ngày tay không rời sách, mà thốt lên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 “Để ta đƣợc soi lại sự tích xƣa mà xử trí với việc,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công của các khanh vậy!” Từ đây cho thấy,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đóng góp của bộ sách này đối với thế nƣớc thái bình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thịnh vƣợng của thời kỳ Trinh Quán chi trị mới to lớn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nhƣờng nào! Bộ sách này đã trở thành bộ điển tịch quý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báu mà các nhà chính trị cần đọc.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0.0" w:type="dxa"/>
      </w:tblPr>
      <w:tblGrid>
        <w:gridCol w:w="3465"/>
        <w:gridCol w:w="3465"/>
      </w:tblGrid>
      <w:tr>
        <w:trPr>
          <w:trHeight w:hRule="exact" w:val="500"/>
        </w:trPr>
        <w:tc>
          <w:tcPr>
            <w:tcW w:type="dxa" w:w="3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0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64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0" w:after="0"/>
              <w:ind w:left="12" w:right="12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Thời đó, do kỹ thuật khắc in mộc bản của Trung </w:t>
            </w:r>
          </w:p>
        </w:tc>
      </w:tr>
      <w:tr>
        <w:trPr>
          <w:trHeight w:hRule="exact" w:val="2482"/>
        </w:trPr>
        <w:tc>
          <w:tcPr>
            <w:tcW w:type="dxa" w:w="6890"/>
            <w:gridSpan w:val="2"/>
            <w:tcBorders>
              <w:bottom w:sz="5.600000000000364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2" w:lineRule="exact" w:before="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Quốc chƣa phát triển, bởi vậy bộ sách này đến đầu thời </w:t>
            </w:r>
          </w:p>
          <w:p>
            <w:pPr>
              <w:autoSpaceDN w:val="0"/>
              <w:autoSpaceDE w:val="0"/>
              <w:widowControl/>
              <w:spacing w:line="362" w:lineRule="exact" w:before="2" w:after="0"/>
              <w:ind w:left="0" w:right="10" w:firstLine="0"/>
              <w:jc w:val="both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nhà Tống đã bị thất truyền, trong [Tống Sử] cũng không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thấy có ghi chép. Thật may thay, trong Văn khố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Kanazawa – Nhật Bản có một bộ [Quần Thƣ Trị Yếu]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hoàn chỉnh do nhà sƣ Nhật Bản thời đại Kamakura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(1192-1330) viết tay; đồng thời vào năm Càn Long thứ </w:t>
            </w:r>
          </w:p>
        </w:tc>
      </w:tr>
    </w:tbl>
    <w:p>
      <w:pPr>
        <w:autoSpaceDN w:val="0"/>
        <w:autoSpaceDE w:val="0"/>
        <w:widowControl/>
        <w:spacing w:line="266" w:lineRule="exact" w:before="154" w:after="0"/>
        <w:ind w:left="0" w:right="0" w:firstLine="0"/>
        <w:jc w:val="center"/>
      </w:pPr>
      <w:r>
        <w:rPr>
          <w:rFonts w:ascii="Times New Roman Italic" w:hAnsi="Times New Roman Italic" w:eastAsia="Times New Roman Italic"/>
          <w:b w:val="0"/>
          <w:i/>
          <w:color w:val="000000"/>
          <w:sz w:val="20"/>
        </w:rPr>
        <w:t>Tử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 là những bài học về triết lý nổi bật trong suốt thời kỳ Xuân Thu và Chiến Quốc </w:t>
      </w:r>
    </w:p>
    <w:p>
      <w:pPr>
        <w:autoSpaceDN w:val="0"/>
        <w:autoSpaceDE w:val="0"/>
        <w:widowControl/>
        <w:spacing w:line="266" w:lineRule="exact" w:before="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(770-221 TCN). </w:t>
      </w:r>
    </w:p>
    <w:p>
      <w:pPr>
        <w:autoSpaceDN w:val="0"/>
        <w:autoSpaceDE w:val="0"/>
        <w:widowControl/>
        <w:spacing w:line="284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13"/>
        </w:rPr>
        <w:t>2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 Năm vị đế vƣơng thời xƣa (2600 TCN): Hoàng Đế, Chuyên Húc, Đế Khốc, Đế </w:t>
      </w:r>
    </w:p>
    <w:p>
      <w:pPr>
        <w:autoSpaceDN w:val="0"/>
        <w:autoSpaceDE w:val="0"/>
        <w:widowControl/>
        <w:spacing w:line="31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>Nghiêu và Đế Thuấn.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autoSpaceDN w:val="0"/>
        <w:autoSpaceDE w:val="0"/>
        <w:widowControl/>
        <w:spacing w:line="284" w:lineRule="exact" w:before="21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3"/>
        </w:rPr>
        <w:t>3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 Triều đại Tấn (265-420).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122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sáu mƣơi thời nhà Thanh, đƣợc ngƣời Nhật Bản trả về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Trung Quốc – nơi mà bộ sách vốn sinh ra. Nhà xuất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Thƣơng Vụ Thƣợng Hải đã tập hợp thành bốn bộ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và cùng với Đài Loan lần lƣợt in sao trực tiếp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gốc và phát hành. Vào cuối năm 2010, Tịnh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may mắn có đƣợc bộ sách này, đã xem đi xem lại,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hoan hỷ vô cùng, cảm nhận sâu sắc rằng giáo dục văn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hóa của bậc Thánh Hiền xƣa kia đích thực có thể đem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sự an định, hòa bình vĩnh viễn cho toàn thế giới.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quan trọng bậc nhất chính là bản thân ngƣời 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 phải thực sự nhận thức đƣợc văn hóa truyền thống,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đoạn trừ hoài nghi để có đƣợc lòng tin. Văn hóa truyền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thống của Thánh Hiền chân thật là sự hiển lộ tự tính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cả chúng sinh, vƣợt trên cả thời gian và không gian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vẫn còn nguyên giá trị.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0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64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2" w:after="0"/>
              <w:ind w:left="10" w:right="1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Điều mấu chốt của việc học tập, nằm ở hai chữ </w:t>
            </w:r>
          </w:p>
        </w:tc>
      </w:tr>
      <w:tr>
        <w:trPr>
          <w:trHeight w:hRule="exact" w:val="4720"/>
        </w:trPr>
        <w:tc>
          <w:tcPr>
            <w:tcW w:type="dxa" w:w="69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0" w:lineRule="exact" w:before="0" w:after="0"/>
              <w:ind w:left="0" w:right="0" w:firstLine="0"/>
              <w:jc w:val="center"/>
            </w:pP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Thành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và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>Kính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. Trong [Khúc Lễ] có dạy: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“Chớ nên bất </w:t>
            </w:r>
          </w:p>
          <w:p>
            <w:pPr>
              <w:autoSpaceDN w:val="0"/>
              <w:autoSpaceDE w:val="0"/>
              <w:widowControl/>
              <w:spacing w:line="362" w:lineRule="exact" w:before="0" w:after="0"/>
              <w:ind w:left="14" w:right="10" w:firstLine="0"/>
              <w:jc w:val="both"/>
            </w:pP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>kính”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. Ngài Khang Hi của triều đại nhà Thanh xƣa kia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cũng từng nói: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“Bậc quân vương đối với dân, phải lấy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>chữ kính làm gốc”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;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“Thành và kính, bài học mà tiên tổ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truyền lại cũng không ngoài hai chữ này”.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Nhà Nho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danh tiếng thời nhà Tống – ngài Trình Tử cũng có nói: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>“Chữ kính hơn mọi điều tà”.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Tất cả muốn nói rằng việc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tu thân và vun bồi đạo đức, giúp dân cứu đời chỉ cần hai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chữ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Thành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>và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 Kính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là có thể viên thành. Còn nếu không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có một chút thành kính nào đối với giáo dục của bậc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thánh nhân và tiên vƣơng thời xƣa, dẫu có đọc vô vàn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sách hay, cũng khó nhận đƣợc lợi ích chân thật. Ngài </w:t>
            </w:r>
          </w:p>
        </w:tc>
      </w:tr>
    </w:tbl>
    <w:p>
      <w:pPr>
        <w:autoSpaceDN w:val="0"/>
        <w:autoSpaceDE w:val="0"/>
        <w:widowControl/>
        <w:spacing w:line="346" w:lineRule="exact" w:before="3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122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từng nói: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“Chỉ thuật lại chứ đâu tự sáng tác,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ta tin và yêu mến lời dạy của tiên tổ”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0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0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64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0" w:after="0"/>
              <w:ind w:left="10" w:right="1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Trƣớc đây, trong bài diễn thuyết về chủ nghĩa </w:t>
            </w:r>
          </w:p>
        </w:tc>
      </w:tr>
      <w:tr>
        <w:trPr>
          <w:trHeight w:hRule="exact" w:val="4126"/>
        </w:trPr>
        <w:tc>
          <w:tcPr>
            <w:tcW w:type="dxa" w:w="69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0" w:lineRule="exact" w:before="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Tam Dân (Chủ nghĩa Tam Dân – Lần giảng thứ 4), ngài </w:t>
            </w:r>
          </w:p>
          <w:p>
            <w:pPr>
              <w:autoSpaceDN w:val="0"/>
              <w:autoSpaceDE w:val="0"/>
              <w:widowControl/>
              <w:spacing w:line="362" w:lineRule="exact" w:before="2" w:after="0"/>
              <w:ind w:left="14" w:right="10" w:firstLine="0"/>
              <w:jc w:val="both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Tôn Trung Sơn từng nói: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“Sự phát triển khoa học của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Châu Âu, sự tiến bộ của nền văn minh vật chất, chẳng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qua là việc của hơn hai trăm năm trở lại đây. Nếu nói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đến chân đế của triết học chính trị, người Châu Âu vẫn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cần lưu tâm đến Trung Quốc. Các ngài đều biết rằng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học vấn trên thế giới, giỏi nhất là nước Đức, nhưng hiện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tại người nghiên cứu học vấn ở nước Đức vẫn phải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nghiên cứu triết học của Trung Quốc, thậm chí là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nghiên cứu giáo lý của Đức Phật ở Ấn Độ, để cứu vãn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>những lệch lạc trong khoa học của họ”.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</w:tr>
      <w:tr>
        <w:trPr>
          <w:trHeight w:hRule="exact" w:val="50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0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64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0" w:after="0"/>
              <w:ind w:left="10" w:right="1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Tiến sỹ Arnold J.Toynbee của nƣớc Anh lại cho </w:t>
            </w:r>
          </w:p>
        </w:tc>
      </w:tr>
      <w:tr>
        <w:trPr>
          <w:trHeight w:hRule="exact" w:val="5124"/>
        </w:trPr>
        <w:tc>
          <w:tcPr>
            <w:tcW w:type="dxa" w:w="69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2" w:lineRule="exact" w:before="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rằng: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“Muốn giải quyết vấn đề xã hội của thế kỷ 21, chỉ </w:t>
            </w:r>
          </w:p>
          <w:p>
            <w:pPr>
              <w:autoSpaceDN w:val="0"/>
              <w:autoSpaceDE w:val="0"/>
              <w:widowControl/>
              <w:spacing w:line="362" w:lineRule="exact" w:before="2" w:after="0"/>
              <w:ind w:left="14" w:right="10" w:firstLine="0"/>
              <w:jc w:val="both"/>
            </w:pP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>có học thuyết Khổng – Mạnh và Phật Pháp Đại Thừa”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.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Nếu tịnh tâm quan sát thế giới hỗn loạn khó lƣờng ngày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nay, muốn cứu thế giới, cứu Trung Quốc, chỉ có giáo dục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văn hóa truyền thống của Trung Quốc mới thực hiện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đƣợc. Trí huệ, ý niệm, phƣơng pháp, kinh nghiệm và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thành quả trong việc trị quốc mà cha ông truyền lại cho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đến ngày nay, đều là kết tinh quý báu đƣợc đúc kết từ sự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khảo nghiệm qua hàng nghìn năm. Bộ sách [Quần Thƣ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>Trị Yếu]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vô cùng trân quý! Quả thật có thể hiểu sâu và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thực thi, thì mục tiêu đối với thiên hạ thái bình, cuộc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sống hạnh phúc của cá nhân đều có thể đạt đƣợc một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cách tự nhiên; nếu đi ngƣợc lại với đạo nghĩa, tất sẽ khó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tránh khỏi tự chuốc lấy tai ƣơng, tai họa khôn cùng. Tịnh </w:t>
            </w:r>
          </w:p>
        </w:tc>
      </w:tr>
    </w:tbl>
    <w:p>
      <w:pPr>
        <w:autoSpaceDN w:val="0"/>
        <w:autoSpaceDE w:val="0"/>
        <w:widowControl/>
        <w:spacing w:line="346" w:lineRule="exact" w:before="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hiểu sâu sắc rằng, sự xuất hiện trở lại của bộ sách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[Quần Thƣ Trị Yếu] thực sự có sứ mạng thiêng liêng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nó, nên đã hoan hỷ ủy thác cho Thƣ Cục Thế Giới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in sao và lƣu thông 10.000 bộ, với dự định tặng cho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miền ở hai bờ eo biển (Trung Quốc, Hồng Kông và Ma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Cao, Đài Loan) và các nƣớc, các đảng, các vị lãnh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cấp trên thế giới cùng học tập, nhƣ vậy một xã hội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hài hòa và thế giới đại đồng sẽ không còn xa nữa. Nay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vui mừng khi thấy [Quần Thƣ Trị Yếu] sắp đƣợc lƣu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 trở lại, cùng lời đề nghị của nhân giả Diêm Sơ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cẩn có vài lời tựa để biểu đạt lời tùy hỉ tán thán. </w:t>
      </w:r>
    </w:p>
    <w:p>
      <w:pPr>
        <w:autoSpaceDN w:val="0"/>
        <w:autoSpaceDE w:val="0"/>
        <w:widowControl/>
        <w:spacing w:line="400" w:lineRule="exact" w:before="24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Tịnh Không,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28 tháng 12 năm 2010, </w:t>
      </w:r>
    </w:p>
    <w:p>
      <w:pPr>
        <w:autoSpaceDN w:val="0"/>
        <w:autoSpaceDE w:val="0"/>
        <w:widowControl/>
        <w:spacing w:line="400" w:lineRule="exact" w:before="24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Hồng Kông. </w:t>
      </w:r>
    </w:p>
    <w:p>
      <w:pPr>
        <w:autoSpaceDN w:val="0"/>
        <w:autoSpaceDE w:val="0"/>
        <w:widowControl/>
        <w:spacing w:line="346" w:lineRule="exact" w:before="52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42" w:lineRule="exact" w:before="78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QUẦN THƯ TRỊ YẾU 360 </w:t>
      </w:r>
    </w:p>
    <w:p>
      <w:pPr>
        <w:autoSpaceDN w:val="0"/>
        <w:autoSpaceDE w:val="0"/>
        <w:widowControl/>
        <w:spacing w:line="388" w:lineRule="exact" w:before="22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LỜI TỰA </w:t>
      </w:r>
    </w:p>
    <w:p>
      <w:pPr>
        <w:autoSpaceDN w:val="0"/>
        <w:autoSpaceDE w:val="0"/>
        <w:widowControl/>
        <w:spacing w:line="376" w:lineRule="exact" w:before="22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Bộ sách [Quần Thƣ Trị Yếu] đƣợc tập hợp từ trí huệ,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pháp, kinh nghiệm và thành quả trong việc tu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– tề gia – trị quốc – bình thiên hạ của bậc thánh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nhân, tiên vƣơng thời xƣa và cũng là kết tinh văn hóa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tích lũy từ sự khảo nghiệm qua hàng nghìn năm.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điển tịch quý báu này ngoài việc giúp Đƣờng Thái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Tông mở ra thời đại Trinh Quán chi trị, đặt nền móng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sự thịnh vƣợng kéo dài ba trăm năm của nƣớc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Đƣờng; còn có thể đem lại kinh nghiệm trân quý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nhà lãnh đạo các cấp ngày nay. Không chỉ có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đại chúng xã hội ở các lĩnh vực khác nhau,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phận khác nhau; bộ sách này cũng nhƣ suối nguồn trí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huệ mà làm cho thân tâm an lạc, gia đình hạnh phúc,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 tiếp nối bền lâu.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Sƣ của Trung Tâm – Lão giáo sƣ Thích Tịnh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Không, mỗi niệm đều không ngừng quan tâm đến sự kế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thừa của văn hóa Trung Hoa. Vào cuối năm 2010, may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mắn nhờ sự che chở của tổ tiên, bộ điển tịch quý báu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cuối cùng đƣợc tặng vào tay của Lão giáo sƣ. 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cụ hiểu sâu sắc rằng, bộ sách này chính là liều thuốc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giải quyết các vấn đề xã hội ngày nay, mà vui sƣớng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vô bờ, lập tức ủy thác cho Thƣ Cục Thế Giới in sao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lƣu hành. Vào năm 2011, khi Đạo Sƣ đến thăm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Malaysia và thăm thủ tƣớng Dato‟ Sri Mohd Najib </w:t>
      </w:r>
    </w:p>
    <w:p>
      <w:pPr>
        <w:autoSpaceDN w:val="0"/>
        <w:autoSpaceDE w:val="0"/>
        <w:widowControl/>
        <w:spacing w:line="346" w:lineRule="exact" w:before="2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Razak cùng cựu thủ tƣớng Mahathir Mohamad, có giới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thiệu sơ lƣợc về nội dung của bộ sách [Quần Thƣ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Yếu]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hai vị trƣởng bối thể hiện hết sức mong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đọc bản dịch tiếng Anh. Bởi vậy, Đạo Sƣ nghĩ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có thể trích lục từ [Quần Thƣ Trị Yếu], chọn ra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trăm sáu mƣơi đoạn trích để dịch ra tiếng bạch thoại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ngôn ngữ trên thế giới để thuận tiện cho đại chúng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đọc mỗi ngày. Đạo Sƣ đã giao nhiệm vụ này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Tâm và đây chính là nhân duyên để Trung Tâm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biên tập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[Quần Thư Trị Yếu 360].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Đạo Sƣ dự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kiến trong những năm tới, mỗi năm sẽ chọn ra ba trăm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sáu mƣơi đoạn trích từ [Quần Thƣ Trị Yếu], đồng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dịch thành văn tự, ngôn ngữ của các nƣớc và lƣu thông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toàn thế giới. Đạo Sƣ tin rằng, đây chính là cống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hiến lớn nhất của Trung Quốc đối với nền hòa bình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toàn thế giới.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[Trị Yếu]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đƣợc đúc rút từ Kinh, Sử, Tử (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Bách Gia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Chư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), tổng cộng sáu mƣơi sáu bộ sách từ năm mƣơi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cuốn điển tịch. Mục lục của bộ sách này cũng đƣợc lần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lƣợt sắp xếp theo thƣ mục của Kinh – Sử – Tử, nhƣ: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Dịch, Sử Ký, 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v.v….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[Quần Thư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Trị Yếu 360]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mà Trung Tâm biên dịch từ bộ sách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bản hoàn chỉnh và đƣợc khái quát thành sáu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mục đại cƣơng: Quân Đạo (đƣờng lối lãnh đạo của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vƣơng), Thần Thuật (nghệ thuật phò tá của các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thần), Quý Đức (trân trọng đức hạnh), Vi Chính (điều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đất nƣớc), Kính Thận (kính cẩn và thận trọng),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 Biện (sáng suốt). Trong mỗi mục đại cƣơng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 nạp những điểm quan trọng tƣơng quan mà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[Trị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phân tích thành mục lục chi tiết. Hi vọng rằng cách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sắp xếp của bộ sách có thể giúp cho bạn đọc tiếp nhận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đƣợc tinh thần của bộ sách [Quần Thƣ Trị Yếu]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chỉnh.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công tác biên dịch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[Quần Thư Trị Yếu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360]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vừa đƣợc bắt đầu, chúng tôi đã nhận đƣợc sự trợ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giúp của rất nhiều nhân giả chí sĩ từ Australia, 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Quốc Đại Lục, khu vực Hồng Kông và Đài Loan,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Singapore, Anh Quốc, Mỹ cùng với Malaysia; nhân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xin gửi tới lòng biết ơn chân thành.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 đức hạnh và tri thức của nhóm biên tập của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Tâm có hạn, bộ sách này chắc chắn còn rất nhiều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sơ suất, kính mong chƣ vị nhân giả không ngại vất vả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chỉ dạy. Chúng tôi xin thành tâm chúc phúc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dƣới sự dẫn dắt trí huệ của bậc Thánh Hiền cổ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xƣa đều đƣợc thân tâm hài hòa, gia đình hạnh phúc hòa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thuận, sự nghiệp thuận hòa. Đồng thời hi vọng rằng bộ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này có thể giúp cho xã hội hóa giải xung đột, chấm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dứt đối lập, hƣớng tới một thế giới đại đồng an định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phúc – viên mãn – hòa bình. Hãy để chúng ta nắm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tay nhau, cùng mang lại sự hài hòa. </w:t>
      </w:r>
    </w:p>
    <w:p>
      <w:pPr>
        <w:autoSpaceDN w:val="0"/>
        <w:autoSpaceDE w:val="0"/>
        <w:widowControl/>
        <w:spacing w:line="400" w:lineRule="exact" w:before="24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tâm Giáo dục Văn hóa Trung Hoa, Malaysia,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cẩn đề tựa. </w:t>
      </w:r>
    </w:p>
    <w:p>
      <w:pPr>
        <w:autoSpaceDN w:val="0"/>
        <w:autoSpaceDE w:val="0"/>
        <w:widowControl/>
        <w:spacing w:line="400" w:lineRule="exact" w:before="24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12 tháng 7 năm 2015. </w:t>
      </w:r>
    </w:p>
    <w:p>
      <w:pPr>
        <w:autoSpaceDN w:val="0"/>
        <w:autoSpaceDE w:val="0"/>
        <w:widowControl/>
        <w:spacing w:line="346" w:lineRule="exact" w:before="10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8" w:lineRule="exact" w:before="74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QUẦN THƯ TRỊ YẾU 360 </w:t>
      </w:r>
    </w:p>
    <w:p>
      <w:pPr>
        <w:autoSpaceDN w:val="0"/>
        <w:autoSpaceDE w:val="0"/>
        <w:widowControl/>
        <w:spacing w:line="416" w:lineRule="exact" w:before="23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Quyển 3 </w:t>
      </w:r>
    </w:p>
    <w:p>
      <w:pPr>
        <w:autoSpaceDN w:val="0"/>
        <w:autoSpaceDE w:val="0"/>
        <w:widowControl/>
        <w:spacing w:line="376" w:lineRule="exact" w:before="836" w:after="156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KHÁI QUÁT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32"/>
        </w:trPr>
        <w:tc>
          <w:tcPr>
            <w:tcW w:type="dxa" w:w="34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100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24"/>
              </w:rPr>
              <w:t xml:space="preserve">I. NGUYÊN VĂN </w:t>
            </w:r>
          </w:p>
        </w:tc>
        <w:tc>
          <w:tcPr>
            <w:tcW w:type="dxa" w:w="96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sách [Quần Thƣ Trị Yếu] (dƣới đây gọi tắt là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Yếu), đƣợc trích lục từ Kinh, Sử, Tử. Bộ nguyên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đang đƣợc lƣu giữ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bản sao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lƣu trong Văn khố Kanazawa, do tƣớng quân đời thứ 5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Hōjō Sanetoki (hay còn gọi là Kanezawa Sanetoki)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thời đại Mạc phủ Kamakura sáng lập, đƣợc gọi tắt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[Bản Văn khố Kanazawa]; bản Suruga in chữ đồng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năm Genna thứ hai – Nhật Bản (1616), gọi tắt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[Bản Genna]; bắt đầu hiệu đính từ năm đầu thời Tenmei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(1781), cho đến năm Tenmei thứ sáu (1786) thì hoàn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và xuất bản lƣu hành trở lại, gọi tắt là [Bản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Tenmei]; vào những năm Dân Quốc, nhà xuất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Vụ Thƣợng Hải trên cơ sở bản Tenmei đã hiệu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đính và tái bản, gọi tắt là [Bản Thƣơng Vụ]. Trong mục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lục bản Genna và bản Tenmei, tổng cộng có sáu mƣơi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lăm bộ, cuốn 46 của bản Văn khố Kanazawa lại có bài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“Thời Vụ Luận”, nội dung lại chính là hai đoạn cuối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của “Thể Luận” trong cuốn 48 của bản Genna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Tenmei; bởi vậy số lƣợng điển tịch mà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căn cứ là sáu mƣơi sáu bộ sách trong năm mƣơi bộ điển </w:t>
      </w:r>
    </w:p>
    <w:p>
      <w:pPr>
        <w:autoSpaceDN w:val="0"/>
        <w:autoSpaceDE w:val="0"/>
        <w:widowControl/>
        <w:spacing w:line="346" w:lineRule="exact" w:before="2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65"/>
        <w:gridCol w:w="3465"/>
      </w:tblGrid>
      <w:tr>
        <w:trPr>
          <w:trHeight w:hRule="exact" w:val="200"/>
        </w:trPr>
        <w:tc>
          <w:tcPr>
            <w:tcW w:type="dxa" w:w="3466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65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tịch, gồm có: Chu Dịch (Kinh Dịch), Thƣợng Thƣ, Mao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 (Kinh Thi), Xuân Thu Tả Thị Truyện (Tả Truyện),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 Kí, Chu Lễ, Chu Thƣ, Quốc Ngữ, Hàn Thi Ngoại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Truyện, Hiếu Kinh, Luận Ngữ, Khổng Tử Gia Ngữ, Sử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Kí, Ngô Việt Xuân Thu, Hán Thƣ, Hậu Hán Thƣ, Ngụy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Chí, Thục Chí, Ngô Trí, Tấn Thƣ, Lục Thao, Âm Mƣu,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Dục Tử, Quản Tử, Yến Tử, Tƣ Mã Pháp, Tôn Tử, Lão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Tử, Hạt Quan Tử, Liệt Tử, Mặc Tử, Văn Tử, Tăng Tử,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Ngô Tử, Thƣơng Quân Tử, Thi Tử, Thân Tử, Mạnh Tử,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Thận Tử, Doãn Văn Tử, Trang Tử, Úy Liêu Tử, Tôn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Khanh Tử, Lã Thị Xuân Thu, Hàn Tử, Tam Lƣợc, Tân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Ngữ, Giả Tử, Hoài Nam Tử, Diêm Thiết Luận, Tân Tự,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Thuyết Uyển, Hoàn Tử Tân Luận, Tiềm Phu Luận, Thôi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Chính Luận, Xƣơng Ngôn, Thân Giám, 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Luận, Điển Luận, Thời Vụ Luận, Lƣu Dực Chính Luận,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Tƣởng Tử, Chính Yếu Luận, Thể Luận, Điển Luận, Phó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Tử, Viên Tử Thƣ, Bão Phác Tử.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Sáu mƣơi sáu bộ nguyên tác đƣợc các đại thần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Ngụy Trƣng, v.v… thời đầu nhà Đƣờng căn cứ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biên tập nên bộ sách [Quần Thƣ Trị Yếu] đều là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kinh điển ra đời từ trƣớc thời đại Trinh Quán. Một số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chữ viết đƣợc dùng trong những điển tịch này có thể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đôi chỗ khác biệt so với các điển tịch tƣơng ứng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xuất bản ngày nay. Ví dụ nhƣ, trong “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”, câu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mà hầu hết đại chúng ngày nay đều biết: “Tam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hành, tất hữu ngã sƣ yên”, còn bản “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mà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[Trị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Yếu]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trích lục lại là: “Ngã tam nhân hành, tất đắc ngã sƣ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yên”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(Khi ta cùng chung sống với người, lời nói và cử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chỉ của họ, nhất định có điều để ta học tập và noi theo.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).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cũng lại là một giá trị văn hóa nữa đáng đƣợc chú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bộ sách đã bảo lƣu đƣợc diện mạo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sơ và hoàn chỉnh của các điển tịch cổ thời đầu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 Đƣờng. Nguyên văn trích lục của tuyển tập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[Quần Thư Trị Yếu 360]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đều đƣợc trích từ bản Tenmei,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thời cũng tham khảo bản lƣu hành của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Vụ và các điển tịch liên quan. Ba trăm sáu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mƣơi câu kinh văn trích lục của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[Quần Thư Trị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Yếu 360]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Trung Tâm tuyển chọn, tất cả đều chiểu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nguyên văn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ngoài ra có sao chép tiểu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 giải ở trong đó, và sao chép nội dung cuối trang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Tenmei cũng nhƣ nội dung hiệu đính của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Vụ. </w:t>
      </w:r>
    </w:p>
    <w:p>
      <w:pPr>
        <w:autoSpaceDN w:val="0"/>
        <w:autoSpaceDE w:val="0"/>
        <w:widowControl/>
        <w:spacing w:line="400" w:lineRule="exact" w:before="242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thức trích lục nguyên văn sáu mƣơi sáu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điển tịch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là lựa chọn các đoạn văn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đó, sau đó xử lý cắt gọn thêm những câu từ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trích lục. Ví dụ nhƣ cuốn [Lễ Vận Đại Đồng Thiên], bộ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này đƣợc đúc kết thành câu kinh nhƣ sau: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“Đại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đạo chi hành dã, thiên hạ vi công. Tuyển hiền dữ năng.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Cố nhân bất độc thân kỳ thân, bất độc tử kỳ tử, sử lão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hữu sở chung, ấu hữu sở trưởng, quan quả cô độc phế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tật giả, giai hữu sở dưỡng. Thị cố mưu bế nhi bất hưng,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đạo thiết loạn tặc nhi bất tác. Thị vị đại đồng” (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thi đạo lý lớn, thiên hạ này là của tất cả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hạ. Lựa chọn ngƣời có đức tài để trị vì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hạ. Không chỉ coi ngƣời thân của mình mới là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thích, không chỉ xem con cháu của mình mới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cháu, để ngƣời già có nơi nƣơng tựa, để trẻ em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hƣởng nền giáo dục tốt đẹp, ngƣời cô quả và ngƣời tật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bệnh đều có nơi mà an dƣỡng. Nếu đƣợc nhƣ vậy, 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mƣu có rồi sẽ bị chế ngự mà tự tan rã, nạn đạo tặc cƣớp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bóc sẽ không còn. Đó đƣợc gọi là Đại Đồng).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đọc muốn tìm hiểu sâu hơn nữa đối với sáu mƣơi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sáu bộ sách, vẫn cần xem đọc toàn văn của bộ điển tịch.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sách lƣu truyền cho đến nay, vẫn còn thiếu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cuốn 4 -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(thƣợng), cuốn 13 –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1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cuốn 20 –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8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Để bù đắp sự khiếm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khuyết này, trong khi biên tập cuốn sách [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Quần Thư Trị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Yếu 360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Quyển 3] này, ngoài việc trích lục từ nguyên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vốn có của [Trị Yếu], chúng tôi còn lựa chọn chắt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lọc những đoạn văn quan trọng và đặc sắc từ bộ sách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Xuân Thu Tả Thị Truyện, Hán Thƣ còn thiếu của bộ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[Trị Yếu]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đang đƣợc lƣu giữ.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II. THỂ CHỮ VÀ KIỂU CHỮ </w:t>
      </w:r>
    </w:p>
    <w:p>
      <w:pPr>
        <w:autoSpaceDN w:val="0"/>
        <w:autoSpaceDE w:val="0"/>
        <w:widowControl/>
        <w:spacing w:line="400" w:lineRule="exact" w:before="2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tự mà bộ sách này sử dụng là chữ Hán thể chữ </w:t>
      </w:r>
    </w:p>
    <w:p>
      <w:pPr>
        <w:autoSpaceDN w:val="0"/>
        <w:autoSpaceDE w:val="0"/>
        <w:widowControl/>
        <w:spacing w:line="368" w:lineRule="exact" w:before="0" w:after="158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khải. Đối với thể chữ khắc mộc bản trong nguyên văn,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nhƣ: 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已己巳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曰日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v.v… tất cả đều đƣợc cải chính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của văn tự. Những chữ dị thể trong nguyên văn, trừ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tên ngƣời, địa danh, về cơ bản đều theo nguyên tắc số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đông và tập tục thói quen, mà chuyển đổi thành chữ 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thƣờng dùng. Số ít những chữ thông dụng cũng sửa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chữ hiện đại thƣờng dùng. Nay xin liệt kê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chữ đã sửa nhƣ sau (những chữ đặt trong dấu ngoặc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trích từ nguyên văn của bản Tenmei, chữ đứng trƣớc dấu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ngoặc là chữ đƣợc dùng trong bộ sách này):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5.99999999999994" w:type="dxa"/>
      </w:tblPr>
      <w:tblGrid>
        <w:gridCol w:w="1732"/>
        <w:gridCol w:w="1732"/>
        <w:gridCol w:w="1732"/>
        <w:gridCol w:w="1732"/>
      </w:tblGrid>
      <w:tr>
        <w:trPr>
          <w:trHeight w:hRule="exact" w:val="558"/>
        </w:trPr>
        <w:tc>
          <w:tcPr>
            <w:tcW w:type="dxa" w:w="25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56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為（爲） 眾（衆） </w:t>
            </w:r>
          </w:p>
        </w:tc>
        <w:tc>
          <w:tcPr>
            <w:tcW w:type="dxa" w:w="1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56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群（羣） </w:t>
            </w:r>
          </w:p>
        </w:tc>
        <w:tc>
          <w:tcPr>
            <w:tcW w:type="dxa" w:w="1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56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鄰（隣） </w:t>
            </w:r>
          </w:p>
        </w:tc>
        <w:tc>
          <w:tcPr>
            <w:tcW w:type="dxa" w:w="12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56" w:after="0"/>
              <w:ind w:left="74" w:right="74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教（敎） </w:t>
            </w:r>
          </w:p>
        </w:tc>
      </w:tr>
    </w:tbl>
    <w:p>
      <w:pPr>
        <w:autoSpaceDN w:val="0"/>
        <w:autoSpaceDE w:val="0"/>
        <w:widowControl/>
        <w:spacing w:line="346" w:lineRule="exact" w:before="1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46" w:right="34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448"/>
        <w:gridCol w:w="1448"/>
        <w:gridCol w:w="1448"/>
        <w:gridCol w:w="1448"/>
        <w:gridCol w:w="1448"/>
      </w:tblGrid>
      <w:tr>
        <w:trPr>
          <w:trHeight w:hRule="exact" w:val="578"/>
        </w:trPr>
        <w:tc>
          <w:tcPr>
            <w:tcW w:type="dxa" w:w="1366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70" w:after="0"/>
              <w:ind w:left="104" w:right="104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清（凊）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14"/>
              </w:rPr>
              <w:t xml:space="preserve"> </w:t>
            </w:r>
          </w:p>
        </w:tc>
        <w:tc>
          <w:tcPr>
            <w:tcW w:type="dxa" w:w="1318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70" w:after="0"/>
              <w:ind w:left="104" w:right="104" w:firstLine="0"/>
              <w:jc w:val="lef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即（卽） </w:t>
            </w:r>
          </w:p>
        </w:tc>
        <w:tc>
          <w:tcPr>
            <w:tcW w:type="dxa" w:w="1442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7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偽（僞） </w:t>
            </w:r>
          </w:p>
        </w:tc>
        <w:tc>
          <w:tcPr>
            <w:tcW w:type="dxa" w:w="1440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7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慎（愼） </w:t>
            </w:r>
          </w:p>
        </w:tc>
        <w:tc>
          <w:tcPr>
            <w:tcW w:type="dxa" w:w="1666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70" w:after="0"/>
              <w:ind w:left="224" w:right="224" w:firstLine="0"/>
              <w:jc w:val="lef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舉（擧）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14"/>
              </w:rPr>
              <w:t xml:space="preserve"> </w:t>
            </w:r>
          </w:p>
        </w:tc>
      </w:tr>
      <w:tr>
        <w:trPr>
          <w:trHeight w:hRule="exact" w:val="406"/>
        </w:trPr>
        <w:tc>
          <w:tcPr>
            <w:tcW w:type="dxa" w:w="26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2" w:lineRule="exact" w:before="180" w:after="0"/>
              <w:ind w:left="224" w:right="224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真（眞 ） 鬥（</w:t>
            </w:r>
            <w:r>
              <w:rPr>
                <w:rFonts w:ascii="细明体" w:hAnsi="细明体" w:eastAsia="细明体"/>
                <w:b w:val="0"/>
                <w:i w:val="0"/>
                <w:color w:val="000000"/>
                <w:sz w:val="22"/>
              </w:rPr>
              <w:t>鬬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） </w:t>
            </w:r>
          </w:p>
        </w:tc>
        <w:tc>
          <w:tcPr>
            <w:tcW w:type="dxa" w:w="1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跡（迹） </w:t>
            </w:r>
          </w:p>
        </w:tc>
        <w:tc>
          <w:tcPr>
            <w:tcW w:type="dxa" w:w="1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0" w:history="1">
                <w:r>
                  <w:rPr>
                    <w:rStyle w:val="Hyperlink"/>
                  </w:rPr>
                  <w:t>既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（</w:t>
            </w:r>
            <w:r>
              <w:rPr>
                <w:rFonts w:ascii="Batang" w:hAnsi="Batang" w:eastAsia="Batang"/>
                <w:b w:val="0"/>
                <w:i w:val="0"/>
                <w:color w:val="000000"/>
                <w:sz w:val="22"/>
              </w:rPr>
              <w:t>旣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） </w:t>
            </w:r>
          </w:p>
        </w:tc>
        <w:tc>
          <w:tcPr>
            <w:tcW w:type="dxa" w:w="16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80" w:after="0"/>
              <w:ind w:left="224" w:right="224" w:firstLine="0"/>
              <w:jc w:val="lef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恥（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1" w:history="1">
                <w:r>
                  <w:rPr>
                    <w:rStyle w:val="Hyperlink"/>
                  </w:rPr>
                  <w:t>耻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） </w:t>
            </w:r>
          </w:p>
        </w:tc>
      </w:tr>
      <w:tr>
        <w:trPr>
          <w:trHeight w:hRule="exact" w:val="764"/>
        </w:trPr>
        <w:tc>
          <w:tcPr>
            <w:tcW w:type="dxa" w:w="26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364" w:after="0"/>
              <w:ind w:left="224" w:right="224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災（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2" w:history="1">
                <w:r>
                  <w:rPr>
                    <w:rStyle w:val="Hyperlink"/>
                  </w:rPr>
                  <w:t>灾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） 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2"/>
              </w:rPr>
              <w:t>污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（汚） </w:t>
            </w:r>
          </w:p>
        </w:tc>
        <w:tc>
          <w:tcPr>
            <w:tcW w:type="dxa" w:w="1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364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睹（覩） </w:t>
            </w:r>
          </w:p>
        </w:tc>
        <w:tc>
          <w:tcPr>
            <w:tcW w:type="dxa" w:w="1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364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3" w:history="1">
                <w:r>
                  <w:rPr>
                    <w:rStyle w:val="Hyperlink"/>
                  </w:rPr>
                  <w:t>眥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（眦） </w:t>
            </w:r>
          </w:p>
        </w:tc>
        <w:tc>
          <w:tcPr>
            <w:tcW w:type="dxa" w:w="16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364" w:after="0"/>
              <w:ind w:left="224" w:right="224" w:firstLine="0"/>
              <w:jc w:val="lef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嘗（甞） </w:t>
            </w:r>
          </w:p>
        </w:tc>
      </w:tr>
      <w:tr>
        <w:trPr>
          <w:trHeight w:hRule="exact" w:val="410"/>
        </w:trPr>
        <w:tc>
          <w:tcPr>
            <w:tcW w:type="dxa" w:w="26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82" w:after="0"/>
              <w:ind w:left="224" w:right="224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遍（徧） 乃（廼） </w:t>
            </w:r>
          </w:p>
        </w:tc>
        <w:tc>
          <w:tcPr>
            <w:tcW w:type="dxa" w:w="1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82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並（幷） </w:t>
            </w:r>
          </w:p>
        </w:tc>
        <w:tc>
          <w:tcPr>
            <w:tcW w:type="dxa" w:w="1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82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4" w:history="1">
                <w:r>
                  <w:rPr>
                    <w:rStyle w:val="Hyperlink"/>
                  </w:rPr>
                  <w:t>餒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（餧） </w:t>
            </w:r>
          </w:p>
        </w:tc>
        <w:tc>
          <w:tcPr>
            <w:tcW w:type="dxa" w:w="16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4" w:lineRule="exact" w:before="182" w:after="0"/>
              <w:ind w:left="224" w:right="224" w:firstLine="0"/>
              <w:jc w:val="lef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別（</w:t>
            </w:r>
            <w:r>
              <w:rPr>
                <w:rFonts w:ascii="细明体" w:hAnsi="细明体" w:eastAsia="细明体"/>
                <w:b w:val="0"/>
                <w:i w:val="0"/>
                <w:color w:val="000000"/>
                <w:sz w:val="22"/>
              </w:rPr>
              <w:t>别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） </w:t>
            </w:r>
          </w:p>
        </w:tc>
      </w:tr>
      <w:tr>
        <w:trPr>
          <w:trHeight w:hRule="exact" w:val="762"/>
        </w:trPr>
        <w:tc>
          <w:tcPr>
            <w:tcW w:type="dxa" w:w="26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364" w:after="0"/>
              <w:ind w:left="224" w:right="224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褒（襃） 況（况） </w:t>
            </w:r>
          </w:p>
        </w:tc>
        <w:tc>
          <w:tcPr>
            <w:tcW w:type="dxa" w:w="1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364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棄（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5" w:history="1">
                <w:r>
                  <w:rPr>
                    <w:rStyle w:val="Hyperlink"/>
                  </w:rPr>
                  <w:t>弃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） </w:t>
            </w:r>
          </w:p>
        </w:tc>
        <w:tc>
          <w:tcPr>
            <w:tcW w:type="dxa" w:w="1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364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劍（劒） </w:t>
            </w:r>
          </w:p>
        </w:tc>
        <w:tc>
          <w:tcPr>
            <w:tcW w:type="dxa" w:w="16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364" w:after="0"/>
              <w:ind w:left="224" w:right="224" w:firstLine="0"/>
              <w:jc w:val="lef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6" w:history="1">
                <w:r>
                  <w:rPr>
                    <w:rStyle w:val="Hyperlink"/>
                  </w:rPr>
                  <w:t>慚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（慙） </w:t>
            </w:r>
          </w:p>
        </w:tc>
      </w:tr>
      <w:tr>
        <w:trPr>
          <w:trHeight w:hRule="exact" w:val="552"/>
        </w:trPr>
        <w:tc>
          <w:tcPr>
            <w:tcW w:type="dxa" w:w="26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80" w:after="0"/>
              <w:ind w:left="224" w:right="224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吝（恡） 嶄（嶃） </w:t>
            </w:r>
          </w:p>
        </w:tc>
        <w:tc>
          <w:tcPr>
            <w:tcW w:type="dxa" w:w="1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銜（衘） </w:t>
            </w:r>
          </w:p>
        </w:tc>
        <w:tc>
          <w:tcPr>
            <w:tcW w:type="dxa" w:w="1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奸（姦） </w:t>
            </w:r>
          </w:p>
        </w:tc>
        <w:tc>
          <w:tcPr>
            <w:tcW w:type="dxa" w:w="16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80" w:after="0"/>
              <w:ind w:left="10" w:right="10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蒞（莅、涖） </w:t>
            </w:r>
          </w:p>
        </w:tc>
      </w:tr>
    </w:tbl>
    <w:p>
      <w:pPr>
        <w:autoSpaceDN w:val="0"/>
        <w:autoSpaceDE w:val="0"/>
        <w:widowControl/>
        <w:spacing w:line="332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>III.  DẤU CÂ</w:t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hyperlink r:id="rId17" w:history="1">
          <w:r>
            <w:rPr>
              <w:rStyle w:val="Hyperlink"/>
            </w:rPr>
            <w:t xml:space="preserve">U </w:t>
          </w:r>
        </w:hyperlink>
      </w:r>
    </w:p>
    <w:p>
      <w:pPr>
        <w:autoSpaceDN w:val="0"/>
        <w:autoSpaceDE w:val="0"/>
        <w:widowControl/>
        <w:spacing w:line="400" w:lineRule="exact" w:before="222" w:after="0"/>
        <w:ind w:left="332" w:right="33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sách [Quần Thƣ Trị Yếu] trong bản Văn khố </w:t>
      </w:r>
    </w:p>
    <w:p>
      <w:pPr>
        <w:autoSpaceDN w:val="0"/>
        <w:autoSpaceDE w:val="0"/>
        <w:widowControl/>
        <w:spacing w:line="370" w:lineRule="exact" w:before="0" w:after="0"/>
        <w:ind w:left="30" w:right="33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Kanazawa và bản Genna không có dấu ngắt câu, toàn bộ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dấu ngắt câu trong bản Tenmei đều dùng dấu “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ngắt câu. Dấu câu trong bộ sách này chủ yếu tham khảo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bản Tenmei, một số chỗ căn cứ vào bản Thƣơng Vụ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hoặc bản đọc của những thƣ tịch chọn trích dẫn để ngắt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câu, tổng thể bộ sách sử dụng dấu câu hiện hành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đánh dấu.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IV.  CHÚ THÍCH VÀ NGUYÊN TẮC DỊCH THUẬT. </w:t>
      </w:r>
    </w:p>
    <w:p>
      <w:pPr>
        <w:autoSpaceDN w:val="0"/>
        <w:autoSpaceDE w:val="0"/>
        <w:widowControl/>
        <w:spacing w:line="400" w:lineRule="exact" w:before="222" w:after="0"/>
        <w:ind w:left="334" w:right="3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 thích cho bộ sách này với mong muốn đơn </w:t>
      </w:r>
    </w:p>
    <w:p>
      <w:pPr>
        <w:autoSpaceDN w:val="0"/>
        <w:autoSpaceDE w:val="0"/>
        <w:widowControl/>
        <w:spacing w:line="362" w:lineRule="exact" w:before="0" w:after="0"/>
        <w:ind w:left="30" w:right="33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giản mà tinh túy. Nếu tiểu chú thích đã có giải thích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từ trong nguyên văn, về nguyên tắc sẽ không liệt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kê lại trong phần chú thích. Nội dung dịch thuật áp dụng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kết hợp giữa dịch trực tiếp và dịch ý.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dịch xong, nếu cảm thấy vẫn chƣa viên mãn, thì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phát triển thêm ở sau nội dung biên dịch, để ngƣời đọc </w:t>
      </w:r>
    </w:p>
    <w:p>
      <w:pPr>
        <w:autoSpaceDN w:val="0"/>
        <w:autoSpaceDE w:val="0"/>
        <w:widowControl/>
        <w:spacing w:line="346" w:lineRule="exact" w:before="726" w:after="0"/>
        <w:ind w:left="3302" w:right="330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72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78" w:right="1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178" w:right="1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thâm nhập sâu hơn tinh thần của bậc Thánh Hiền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xƣa. </w:t>
      </w:r>
    </w:p>
    <w:p>
      <w:pPr>
        <w:autoSpaceDN w:val="0"/>
        <w:autoSpaceDE w:val="0"/>
        <w:widowControl/>
        <w:spacing w:line="400" w:lineRule="exact" w:before="192" w:after="0"/>
        <w:ind w:left="178" w:right="178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>V.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 CHÚ THÍCH LÊN KHUÔN IN.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8" w:after="0"/>
        <w:ind w:left="260" w:right="26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sách này đƣợc chia thành ba phần: nguyên </w:t>
      </w:r>
    </w:p>
    <w:p>
      <w:pPr>
        <w:autoSpaceDN w:val="0"/>
        <w:autoSpaceDE w:val="0"/>
        <w:widowControl/>
        <w:spacing w:line="362" w:lineRule="exact" w:before="0" w:after="0"/>
        <w:ind w:left="178" w:right="25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văn, chú thích và tiếng bạch thoại. Phần tiểu chú thích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nguyên văn, vẫn thể hiện dƣới dạng chú thích nhỏ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đoạn trích; nội dung hiệu đính ở cuối trang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Tenmei, nay sửa và chèn vào trong nguyên văn,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thể hiện dƣới dạng hai dòng kèm chú thích và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phân biệt, nội dung hiệu đính sẽ đƣợc đặt trong dấu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ngoặc. </w:t>
      </w:r>
    </w:p>
    <w:p>
      <w:pPr>
        <w:autoSpaceDN w:val="0"/>
        <w:autoSpaceDE w:val="0"/>
        <w:widowControl/>
        <w:spacing w:line="400" w:lineRule="exact" w:before="242" w:after="0"/>
        <w:ind w:left="178" w:right="1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Nhóm biên tập [Quần Thƣ Trị Yếu 360], </w:t>
      </w:r>
    </w:p>
    <w:p>
      <w:pPr>
        <w:autoSpaceDN w:val="0"/>
        <w:autoSpaceDE w:val="0"/>
        <w:widowControl/>
        <w:spacing w:line="400" w:lineRule="exact" w:before="242" w:after="0"/>
        <w:ind w:left="178" w:right="1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cẩn. </w:t>
      </w:r>
    </w:p>
    <w:p>
      <w:pPr>
        <w:autoSpaceDN w:val="0"/>
        <w:autoSpaceDE w:val="0"/>
        <w:widowControl/>
        <w:spacing w:line="400" w:lineRule="exact" w:before="244" w:after="1384"/>
        <w:ind w:left="178" w:right="1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12 tháng 7 năm 2015.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7316"/>
      </w:tblGrid>
      <w:tr>
        <w:trPr>
          <w:trHeight w:hRule="exact" w:val="568"/>
        </w:trPr>
        <w:tc>
          <w:tcPr>
            <w:tcW w:type="dxa" w:w="7282"/>
            <w:tcBorders>
              <w:top w:sz="12.0" w:val="single" w:color="#FFFFFF"/>
              <w:end w:sz="12.0" w:val="single" w:color="#FFFFFF"/>
              <w:bottom w:sz="12.0" w:val="single" w:color="#FFFFFF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70"/>
        </w:trPr>
        <w:tc>
          <w:tcPr>
            <w:tcW w:type="dxa" w:w="7282"/>
            <w:tcBorders>
              <w:top w:sz="12.0" w:val="single" w:color="#FFFFFF"/>
              <w:end w:sz="12.0" w:val="single" w:color="#FFFFFF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46" w:lineRule="exact" w:before="2180" w:after="0"/>
        <w:ind w:left="3450" w:right="34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 </w:t>
      </w:r>
    </w:p>
    <w:p>
      <w:pPr>
        <w:sectPr>
          <w:pgSz w:w="9072" w:h="13608"/>
          <w:pgMar w:top="464" w:right="800" w:bottom="364" w:left="956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58"/>
        <w:gridCol w:w="3458"/>
      </w:tblGrid>
      <w:tr>
        <w:trPr>
          <w:trHeight w:hRule="exact" w:val="200"/>
        </w:trPr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610" w:lineRule="exact" w:before="36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CHƯƠNG I: QUÂN ĐẠO </w:t>
      </w:r>
    </w:p>
    <w:p>
      <w:pPr>
        <w:autoSpaceDN w:val="0"/>
        <w:autoSpaceDE w:val="0"/>
        <w:widowControl/>
        <w:spacing w:line="488" w:lineRule="exact" w:before="24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[ĐƯỜNG LỐI LÃNH ĐẠO CỦA </w:t>
      </w:r>
    </w:p>
    <w:p>
      <w:pPr>
        <w:autoSpaceDN w:val="0"/>
        <w:autoSpaceDE w:val="0"/>
        <w:widowControl/>
        <w:spacing w:line="560" w:lineRule="exact" w:before="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BẬC QUÂN VƯƠNG] </w:t>
      </w:r>
    </w:p>
    <w:p>
      <w:pPr>
        <w:autoSpaceDN w:val="0"/>
        <w:autoSpaceDE w:val="0"/>
        <w:widowControl/>
        <w:spacing w:line="346" w:lineRule="exact" w:before="57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52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8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1. TU THÂN </w:t>
      </w:r>
    </w:p>
    <w:p>
      <w:pPr>
        <w:autoSpaceDN w:val="0"/>
        <w:autoSpaceDE w:val="0"/>
        <w:widowControl/>
        <w:spacing w:line="366" w:lineRule="exact" w:before="23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A. Sứ mệnh. </w:t>
      </w:r>
    </w:p>
    <w:p>
      <w:pPr>
        <w:autoSpaceDN w:val="0"/>
        <w:autoSpaceDE w:val="0"/>
        <w:widowControl/>
        <w:spacing w:line="388" w:lineRule="exact" w:before="8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 ~ </w:t>
      </w:r>
    </w:p>
    <w:p>
      <w:pPr>
        <w:autoSpaceDN w:val="0"/>
        <w:autoSpaceDE w:val="0"/>
        <w:widowControl/>
        <w:spacing w:line="280" w:lineRule="exact" w:before="126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《洪範》曰：『天子作民父母，為天下王。』聖人</w:t>
      </w:r>
    </w:p>
    <w:p>
      <w:pPr>
        <w:autoSpaceDN w:val="0"/>
        <w:autoSpaceDE w:val="0"/>
        <w:widowControl/>
        <w:spacing w:line="364" w:lineRule="exact" w:before="2" w:after="1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取類以正名，而謂君為『父母』，明仁愛德讓，王道之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本也。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（卷十四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漢書二） </w:t>
            </w:r>
          </w:p>
        </w:tc>
      </w:tr>
    </w:tbl>
    <w:p>
      <w:pPr>
        <w:autoSpaceDN w:val="0"/>
        <w:autoSpaceDE w:val="0"/>
        <w:widowControl/>
        <w:spacing w:line="390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400" w:lineRule="exact" w:before="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[Thƣợng Thƣ ∙ Hồng Phạm] có nói : “Bậc </w:t>
      </w:r>
    </w:p>
    <w:p>
      <w:pPr>
        <w:autoSpaceDN w:val="0"/>
        <w:autoSpaceDE w:val="0"/>
        <w:widowControl/>
        <w:spacing w:line="34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tử phải có thể làm cha mẹ của thần dân và là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thiên hạ quy tụ về.” Bậc thánh nhân dùng lối xƣng hô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này để chỉnh đốn danh phận, mà tôn xƣng quân chủ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„cha mẹ‟, để bày tỏ rằng lòng khoan dung nhân từ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độ khiêm cung chính là cội gốc trong đƣờng lối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của bậc quân vƣơng. </w:t>
      </w:r>
    </w:p>
    <w:p>
      <w:pPr>
        <w:autoSpaceDN w:val="0"/>
        <w:autoSpaceDE w:val="0"/>
        <w:widowControl/>
        <w:spacing w:line="400" w:lineRule="exact" w:before="18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14.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2) </w:t>
      </w:r>
    </w:p>
    <w:p>
      <w:pPr>
        <w:autoSpaceDN w:val="0"/>
        <w:autoSpaceDE w:val="0"/>
        <w:widowControl/>
        <w:spacing w:line="414" w:lineRule="exact" w:before="1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 ~ </w:t>
      </w:r>
    </w:p>
    <w:p>
      <w:pPr>
        <w:autoSpaceDN w:val="0"/>
        <w:autoSpaceDE w:val="0"/>
        <w:widowControl/>
        <w:spacing w:line="280" w:lineRule="exact" w:before="246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聖人之從事也，所由異路而同歸，其存亡定傾若</w:t>
      </w:r>
    </w:p>
    <w:p>
      <w:pPr>
        <w:autoSpaceDN w:val="0"/>
        <w:autoSpaceDE w:val="0"/>
        <w:widowControl/>
        <w:spacing w:line="364" w:lineRule="exact" w:before="2" w:after="16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一，志不忘乎欲利人也。……聖人之心，日夜不忘乎欲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利人，其澤之所及亦遠也。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6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hành động, đƣờng lối của bậc thánh nhân tuy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khác nhƣng chung một mục tiêu. Mục đích của họ về </w:t>
      </w:r>
    </w:p>
    <w:p>
      <w:pPr>
        <w:autoSpaceDN w:val="0"/>
        <w:autoSpaceDE w:val="0"/>
        <w:widowControl/>
        <w:spacing w:line="346" w:lineRule="exact" w:before="3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khiến cho đất nƣớc đang bên bờ của sự diệt vong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tiếp tục tồn tại và khiến cho đất nƣớc sắp sửa bị lật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nhào đƣợc an định trở lại là không khác biệt. Tâm trí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luôn không quên phải làm điều lợi ích cho nhân dân….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cảnh của bậc Thánh Hiền ngày đêm đều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quên mang lại lợi ích cho ngƣời. Bởi vậy, nơi mà ân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đƣợc trải đến cũng rất xa và rộng.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35.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 ~ </w:t>
      </w:r>
    </w:p>
    <w:p>
      <w:pPr>
        <w:autoSpaceDN w:val="0"/>
        <w:autoSpaceDE w:val="0"/>
        <w:widowControl/>
        <w:spacing w:line="282" w:lineRule="exact" w:before="26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道也者，福之本也；祥也者，福之榮也。無道者，</w:t>
      </w:r>
    </w:p>
    <w:p>
      <w:pPr>
        <w:autoSpaceDN w:val="0"/>
        <w:autoSpaceDE w:val="0"/>
        <w:widowControl/>
        <w:spacing w:line="364" w:lineRule="exact" w:before="0" w:after="102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必禍之本；不祥者，必失福之榮矣。故行而不緣道者，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其言也必不顧義矣。故紂自謂天王也，而桀自謂天子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也，已滅之後，民以罵也。以此觀之，則位不足以為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尊，而號不足以為榮矣。故君子之貴也，士民貴之，故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謂之貴；故君子之富也，士民樂之，故謂之富。故君子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之貴也，與民以福，故士民貴之；故君子之富也，與民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以財，故士民樂之。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450"/>
        </w:trPr>
        <w:tc>
          <w:tcPr>
            <w:tcW w:type="dxa" w:w="35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10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賈子）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22" w:lineRule="exact" w:before="3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nghĩa là gốc rễ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phúc đức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4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điềm lành là </w:t>
      </w:r>
    </w:p>
    <w:p>
      <w:pPr>
        <w:autoSpaceDN w:val="0"/>
        <w:autoSpaceDE w:val="0"/>
        <w:widowControl/>
        <w:spacing w:line="354" w:lineRule="exact" w:before="1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hiển lộ của phúc đức. Nếu không thực hành đạo nghĩa,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chắc chắn là căn nguyên của những hậu họa phải gánh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chịu; điềm không lành, đó nhất định là biểu hiện của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đánh mất phúc đức. Do đó, khi hành vi không tuân theo </w:t>
      </w:r>
    </w:p>
    <w:p>
      <w:pPr>
        <w:autoSpaceDN w:val="0"/>
        <w:autoSpaceDE w:val="0"/>
        <w:widowControl/>
        <w:spacing w:line="304" w:lineRule="exact" w:before="156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4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Phúc đức ở đây có nghĩa là phúc lành đƣợc sinh ra từ những việc làm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tốt đẹp.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đạo, vậy thì lời lẽ cũng nhất định không giữ gìn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nghĩa. Cho nên, dẫu Thƣơng Trụ tự xƣng là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và Hạ Kiệt tự xƣng là thiên tử, nhƣng sau khi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diệt vong, nhân dân vẫn còn đó lời nguyền rủa. Từ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rằng, có địa vị cũng chƣa đủ khiến ta trở nên tôn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quý và tƣớc vị cũng không đủ khiến ta vì thế mà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hiển vinh. Bởi vậy, sự tôn quý của bậc quân chủ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dân và nhân sĩ đều tôn trọng họ, đó mới xứng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tôn quý; sự giàu có của bậc quân chủ chính là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và nhân sĩ đều yêu mến họ, đó mới xứng là sự giàu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có. Do vậy, sự tôn quý của bậc quân chủ nằm ở việc đem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hạnh phúc cho muôn dân, từ đó thần dân sẽ tôn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họ; sự giàu có của bậc quân chủ nằm ở việc ban cho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đời sống sung túc, từ đó thần dân sẽ yêu mến họ. </w:t>
      </w:r>
    </w:p>
    <w:p>
      <w:pPr>
        <w:autoSpaceDN w:val="0"/>
        <w:autoSpaceDE w:val="0"/>
        <w:widowControl/>
        <w:spacing w:line="400" w:lineRule="exact" w:before="8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40.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Giả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 ~ </w:t>
      </w:r>
    </w:p>
    <w:p>
      <w:pPr>
        <w:autoSpaceDN w:val="0"/>
        <w:autoSpaceDE w:val="0"/>
        <w:widowControl/>
        <w:spacing w:line="260" w:lineRule="exact" w:before="204" w:after="38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6"/>
        </w:rPr>
        <w:t>武王克殷，發鉅橋之粟，散鹿臺之錢；封比干之墓，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26"/>
        </w:trPr>
        <w:tc>
          <w:tcPr>
            <w:tcW w:type="dxa" w:w="690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>解箕子之囚；無故無新，唯賢之親。用非其有，使非其人，</w:t>
            </w:r>
          </w:p>
        </w:tc>
      </w:tr>
      <w:tr>
        <w:trPr>
          <w:trHeight w:hRule="exact" w:val="452"/>
        </w:trPr>
        <w:tc>
          <w:tcPr>
            <w:tcW w:type="dxa" w:w="10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>晏然若其</w:t>
            </w:r>
          </w:p>
        </w:tc>
        <w:tc>
          <w:tcPr>
            <w:tcW w:type="dxa" w:w="585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4" w:lineRule="exact" w:before="2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3"/>
              </w:rPr>
              <w:t>（無若其之其）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 xml:space="preserve">故有之。由此觀之，則聖人之志大矣！ </w:t>
            </w:r>
          </w:p>
        </w:tc>
      </w:tr>
      <w:tr>
        <w:trPr>
          <w:trHeight w:hRule="exact" w:val="464"/>
        </w:trPr>
        <w:tc>
          <w:tcPr>
            <w:tcW w:type="dxa" w:w="53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142" w:after="0"/>
              <w:ind w:left="396" w:right="39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 xml:space="preserve">（卷四十一 </w:t>
            </w:r>
          </w:p>
        </w:tc>
        <w:tc>
          <w:tcPr>
            <w:tcW w:type="dxa" w:w="15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142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4" w:lineRule="exact" w:before="5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khi đánh đổ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Ân - Thương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5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Chu Vũ Vƣơng đem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lƣơng thực ở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Cự Kiều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6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và kho báu ở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Lộc Đài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7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mà phân </w:t>
      </w:r>
    </w:p>
    <w:p>
      <w:pPr>
        <w:autoSpaceDN w:val="0"/>
        <w:autoSpaceDE w:val="0"/>
        <w:widowControl/>
        <w:spacing w:line="312" w:lineRule="exact" w:before="184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5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Sau khi Bàn Canh lên ngôi, ông quyết định dời đô từ thành Yêm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sang đất Ân, từ đó đổi tên từ Thƣơng thành Ân. Bởi vậy, triều Thƣơng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cũng đƣợc biết đến với tên gọi triều đại Ân hoặc triều đại Ân –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Thƣơng.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phát và cùng chia cho thƣờng dân, rồi lại vì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Tỷ Can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8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xây sửa lăng mộ và phóng thích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Cơ Tử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9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từ trong lao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ngục. Ngài không phân biệt quan viên cũ hay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mới, miễn là bậc hiền tài thì liền thân cận. Đồ vật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tận dụng không nhất thiết phải là thứ mà ngài vốn có,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đƣợc trọng dụng không nhất định phải là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cận, vậy mà Vũ Vƣơng tự tại thong dong, cứ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những thứ đó và con ngƣời đó vốn là của chính ngài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trƣớc vậy. Từ đây thấy rằng, chí hƣớng của bậc thánh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mới cao cả nhƣờng nào!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00" w:lineRule="exact" w:before="8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B. Giới tham.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7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 ~ </w:t>
      </w:r>
    </w:p>
    <w:p>
      <w:pPr>
        <w:autoSpaceDN w:val="0"/>
        <w:autoSpaceDE w:val="0"/>
        <w:widowControl/>
        <w:spacing w:line="306" w:lineRule="exact" w:before="276" w:after="30"/>
        <w:ind w:left="86" w:right="8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罪莫大於可欲，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好淫色也。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禍莫大於不知足，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富貴不能自禁止也。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咎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69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648" w:val="left"/>
                <w:tab w:pos="5556" w:val="left"/>
              </w:tabs>
              <w:autoSpaceDE w:val="0"/>
              <w:widowControl/>
              <w:spacing w:line="0" w:lineRule="exact" w:before="336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欲得人物，利且貪。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故知足之足，常足矣。</w:t>
            </w:r>
            <w:r>
              <w:br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無欲心也。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莫大於欲得，</w:t>
            </w:r>
          </w:p>
        </w:tc>
      </w:tr>
      <w:tr>
        <w:trPr>
          <w:trHeight w:hRule="exact" w:val="724"/>
        </w:trPr>
        <w:tc>
          <w:tcPr>
            <w:tcW w:type="dxa" w:w="56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老子） </w:t>
            </w:r>
          </w:p>
        </w:tc>
      </w:tr>
    </w:tbl>
    <w:p>
      <w:pPr>
        <w:autoSpaceDN w:val="0"/>
        <w:autoSpaceDE w:val="0"/>
        <w:widowControl/>
        <w:spacing w:line="304" w:lineRule="exact" w:before="176" w:after="0"/>
        <w:ind w:left="30" w:right="34" w:firstLine="0"/>
        <w:jc w:val="both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6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Cự Kiều là kho thóc lúa khổng lồ đƣợc xây dựng bởi bạo chúa Trụ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Vƣơng để cất chứa lƣơng thực có đƣợc từ việc bóc lột ngƣời dân. </w:t>
      </w:r>
    </w:p>
    <w:p>
      <w:pPr>
        <w:autoSpaceDN w:val="0"/>
        <w:autoSpaceDE w:val="0"/>
        <w:widowControl/>
        <w:spacing w:line="318" w:lineRule="exact" w:before="20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7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Lộc Đài là lâu đài nguy nga tráng lệ đƣợc xây dựng bởi Trụ Vƣơng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để cất chứa châu báu gấm lụa. </w:t>
      </w:r>
    </w:p>
    <w:p>
      <w:pPr>
        <w:autoSpaceDN w:val="0"/>
        <w:autoSpaceDE w:val="0"/>
        <w:widowControl/>
        <w:spacing w:line="318" w:lineRule="exact" w:before="200" w:after="0"/>
        <w:ind w:left="30" w:right="3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8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Tỷ Can là chú của Trụ Vƣơng và là một trung thần – ngƣời đã bị Trụ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Vƣơng xử tội chết khi ông cố gắng khuyên can Trụ Vƣơng chấm dứt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hành vi bạo ngƣợc của mình. </w:t>
      </w:r>
    </w:p>
    <w:p>
      <w:pPr>
        <w:autoSpaceDN w:val="0"/>
        <w:autoSpaceDE w:val="0"/>
        <w:widowControl/>
        <w:spacing w:line="318" w:lineRule="exact" w:before="20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9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Cơ Tử cũng là ngƣời chú của Trụ Vƣơng, ông bị tống vào lao ngục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vì cố gắng khuyên can Trụ Vƣơng chấm dứt lối sống phóng đãng.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Tội ác không gì lớn hơn tội hoang dâm phóng đãng, </w:t>
      </w:r>
    </w:p>
    <w:p>
      <w:pPr>
        <w:autoSpaceDN w:val="0"/>
        <w:autoSpaceDE w:val="0"/>
        <w:widowControl/>
        <w:spacing w:line="37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họa hại không gì lớn hơn sự không biết đủ và tội lỗi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gì lớn hơn lòng tham không biết chán. Bởi vậy,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sự giàu có từ việc biết đủ mới là sự giàu có bền lâu.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2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 ~ </w:t>
      </w:r>
    </w:p>
    <w:p>
      <w:pPr>
        <w:autoSpaceDN w:val="0"/>
        <w:autoSpaceDE w:val="0"/>
        <w:widowControl/>
        <w:spacing w:line="282" w:lineRule="exact" w:before="26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今夫溜水足以溢壺榼，而江河不能實漏卮。故人心</w:t>
      </w:r>
    </w:p>
    <w:p>
      <w:pPr>
        <w:autoSpaceDN w:val="0"/>
        <w:autoSpaceDE w:val="0"/>
        <w:widowControl/>
        <w:spacing w:line="392" w:lineRule="exact" w:before="0" w:after="176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猶此也。自當以道術度量，食充虛，衣禦寒，則足以養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七尺之形矣。若無道術度量，則萬乘之勢，不足以為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尊，天下之富，不足以為樂矣。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4" w:lineRule="exact" w:before="14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nay, nƣớc nhỏ xuống từ mái hiên nhà có thể </w:t>
      </w:r>
    </w:p>
    <w:p>
      <w:pPr>
        <w:autoSpaceDN w:val="0"/>
        <w:autoSpaceDE w:val="0"/>
        <w:widowControl/>
        <w:spacing w:line="37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chứa đầy ấm nƣớc, vậy mà nƣớc từ dòng sông lớn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chẳng thể đổ đầy bình rƣợu bị rò gỉ, lòng ngƣời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thể nhƣ vậy. Phải nên lấy nhân nghĩa đạo đức để cân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bằng và kiểm soát bản thân, đồ ăn thức uống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no bụng, áo quần có thể ngăn cơn giá rét,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này cũng đủ để nuôi dƣỡng và che chở tấm thân bảy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thƣớc. Nhƣng nếu không dùng chuẩn mực đạo đức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cân bằng và kiểm soát bản thân, vậy thì dẫu có nắm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quyền thế của bậc thiên tử cũng sẽ không cảm </w:t>
      </w:r>
    </w:p>
    <w:p>
      <w:pPr>
        <w:autoSpaceDN w:val="0"/>
        <w:autoSpaceDE w:val="0"/>
        <w:widowControl/>
        <w:spacing w:line="346" w:lineRule="exact" w:before="7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70" w:lineRule="exact" w:before="15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tôn quý và dù có đƣợc tài sản của cả thiên hạ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cảm thấy mãn nguyện. </w:t>
      </w:r>
    </w:p>
    <w:p>
      <w:pPr>
        <w:autoSpaceDN w:val="0"/>
        <w:autoSpaceDE w:val="0"/>
        <w:widowControl/>
        <w:spacing w:line="400" w:lineRule="exact" w:before="25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Hoài Nam Tử)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目悅五色，口欲滋味，耳淫五聲。七竅交爭，以害</w:t>
      </w:r>
    </w:p>
    <w:p>
      <w:pPr>
        <w:autoSpaceDN w:val="0"/>
        <w:autoSpaceDE w:val="0"/>
        <w:widowControl/>
        <w:spacing w:line="282" w:lineRule="exact" w:before="82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一性，日引邪欲，竭其天和。身且不能治，奈天下何！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Đôi mắt ƣa thích muôn màu rực rỡ, miệng thì ham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mê mỹ vị, đôi tai lại chìm đắm trong âm nhạc. Khi thất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khiếu (tai, mắt, mũi, miệng) đan xen và cùng theo đuổi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hƣởng thụ, rồi sẽ tổn hại đến thiên tính của con ngƣời,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ngày đều bị điều tà ác và dục vọng lôi cuốn,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khí trong cơ thể chính mình sẽ bị bào mòn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cạn kiệt. Đến chính bản thân mình còn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hòa và gìn giữ, vậy sao có thể trị vì thiên hạ đây!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夫美也者，上下外內，小大遠邇，皆無害焉，故曰</w:t>
      </w:r>
    </w:p>
    <w:p>
      <w:pPr>
        <w:autoSpaceDN w:val="0"/>
        <w:autoSpaceDE w:val="0"/>
        <w:widowControl/>
        <w:spacing w:line="308" w:lineRule="exact" w:before="5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美也。若於目觀則美，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於目則美，德則不也。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財用則匱，是聚民利</w:t>
      </w:r>
    </w:p>
    <w:p>
      <w:pPr>
        <w:autoSpaceDN w:val="0"/>
        <w:autoSpaceDE w:val="0"/>
        <w:widowControl/>
        <w:spacing w:line="306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以自封而瘠民也，胡美之為？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封，厚也。胡，何。何以為美。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夫君國</w:t>
      </w:r>
    </w:p>
    <w:p>
      <w:pPr>
        <w:autoSpaceDN w:val="0"/>
        <w:tabs>
          <w:tab w:pos="4790" w:val="left"/>
        </w:tabs>
        <w:autoSpaceDE w:val="0"/>
        <w:widowControl/>
        <w:spacing w:line="168" w:lineRule="exact" w:before="30" w:after="0"/>
        <w:ind w:left="30" w:right="30" w:firstLine="0"/>
        <w:jc w:val="left"/>
      </w:pPr>
      <w:r>
        <w:tab/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安得獨肥，言將有患。 </w:t>
      </w:r>
      <w:r>
        <w:br/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者，將民之與處，民實瘠，君安的肥？</w:t>
      </w:r>
    </w:p>
    <w:p>
      <w:pPr>
        <w:autoSpaceDN w:val="0"/>
        <w:autoSpaceDE w:val="0"/>
        <w:widowControl/>
        <w:spacing w:line="416" w:lineRule="exact" w:before="28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2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Vẻ đẹp là đối với trên dƣới, trong ngoài, lớn nhỏ,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 gần đều không phƣơng hại đến. Nhƣ vậy mới xứng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vẻ đẹp chân thật. Nếu đôi mắt hƣớng đến sự đẹp đẽ, rồi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thế mà hao tổn tiền tài, đây chính là vơ vét tài sản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để bản thân đƣợc giàu có nhƣng lại khiến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khốn cùng, sao có thể xem là vẻ đẹp cho đƣợc?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bậc quân vƣơng trị vì đất nƣớc, phải đồng kham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cộng khổ cùng muôn dân, khi ngƣời dân còn nghèo khổ,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sao có thể hƣởng thụ giàu sang? (ý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nói nhất định sẽ có tai họa.)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Quốc Ngữ.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 ~ </w:t>
      </w:r>
    </w:p>
    <w:p>
      <w:pPr>
        <w:autoSpaceDN w:val="0"/>
        <w:autoSpaceDE w:val="0"/>
        <w:widowControl/>
        <w:spacing w:line="280" w:lineRule="exact" w:before="302" w:after="28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天下之害，莫甚於女飾。上之人不節其耳目之欲，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66"/>
        </w:trPr>
        <w:tc>
          <w:tcPr>
            <w:tcW w:type="dxa" w:w="65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殫生民之巧，以極天下之變。一首之飾，盈千金之價</w:t>
            </w:r>
          </w:p>
        </w:tc>
        <w:tc>
          <w:tcPr>
            <w:tcW w:type="dxa" w:w="3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（價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作資）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；婢妾之服，兼四海之珍。縱欲者無窮，用力者有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盡；用有盡之力，逞無窮之欲，此漢靈之所以失其民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也。上欲無節，眾下肆情，淫奓並興，而百姓受其殃毒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những điều nguy hại đối với thiên hạ, không </w:t>
      </w:r>
    </w:p>
    <w:p>
      <w:pPr>
        <w:autoSpaceDN w:val="0"/>
        <w:autoSpaceDE w:val="0"/>
        <w:widowControl/>
        <w:spacing w:line="344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gì nghiêm trọng bằng việc quân vƣơng để phụ nữ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hậu cung phục sức tô điểm quá mức. Nếu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tiết chế dục vọng của tai mắt, khả năng sáng tạo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thiên hạ sẽ bị bào mòn, vật phẩm hiếm lạ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cũng sẽ cạn kiệt. Đồ trang sức cho mái đầu của </w:t>
      </w:r>
    </w:p>
    <w:p>
      <w:pPr>
        <w:autoSpaceDN w:val="0"/>
        <w:autoSpaceDE w:val="0"/>
        <w:widowControl/>
        <w:spacing w:line="346" w:lineRule="exact" w:before="1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44" w:lineRule="exact" w:before="17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 nữ nơi hậu cung tiêu tốn đến cả nghìn vàng và 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quần của tỳ thiếp thì bằng cả châu báu trong khắp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hạ. Dục vọng của ngƣời phóng túng là vô cùng mà vật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lực của muôn dân lại có hạn, đem vật lực có hạn để thỏa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mãn dục vọng vô tận, đây chính là nguyên nhân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Hán Linh Đế đánh mất lòng dân. Khi ngƣời ở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tiết chế dục vọng, kẻ ở dƣới lại phóng đãng xa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hoa, từ đó nếp sống hoang dâm và xa xỉ cùng trỗi dậy,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trăm họ tất sẽ chịu cảnh tai ƣơng và họa hại. </w:t>
      </w:r>
    </w:p>
    <w:p>
      <w:pPr>
        <w:autoSpaceDN w:val="0"/>
        <w:autoSpaceDE w:val="0"/>
        <w:widowControl/>
        <w:spacing w:line="400" w:lineRule="exact" w:before="1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.) </w:t>
      </w:r>
    </w:p>
    <w:p>
      <w:pPr>
        <w:autoSpaceDN w:val="0"/>
        <w:autoSpaceDE w:val="0"/>
        <w:widowControl/>
        <w:spacing w:line="416" w:lineRule="exact" w:before="19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 ~ </w:t>
      </w:r>
    </w:p>
    <w:p>
      <w:pPr>
        <w:autoSpaceDN w:val="0"/>
        <w:autoSpaceDE w:val="0"/>
        <w:widowControl/>
        <w:spacing w:line="280" w:lineRule="exact" w:before="244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齊景公使使於楚，楚王與之上九重之臺，顧使者</w:t>
      </w:r>
    </w:p>
    <w:p>
      <w:pPr>
        <w:autoSpaceDN w:val="0"/>
        <w:autoSpaceDE w:val="0"/>
        <w:widowControl/>
        <w:spacing w:line="364" w:lineRule="exact" w:before="0" w:after="16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曰：『齊亦有臺若此者乎？』使者曰：『吾君有治位之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堂，土階三尺，茅茨不剪，采桷不斲，猶以為為之者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勞，居之者泰。吾君惡有若此者乎？』於是楚王怉如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568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（卷八 </w:t>
            </w:r>
          </w:p>
        </w:tc>
        <w:tc>
          <w:tcPr>
            <w:tcW w:type="dxa" w:w="17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韓詩外傳） </w:t>
            </w:r>
          </w:p>
        </w:tc>
      </w:tr>
    </w:tbl>
    <w:p>
      <w:pPr>
        <w:autoSpaceDN w:val="0"/>
        <w:autoSpaceDE w:val="0"/>
        <w:widowControl/>
        <w:spacing w:line="416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Tề Cảnh Công cử sứ giả đến nƣớc Sở, khi Sở </w:t>
      </w:r>
    </w:p>
    <w:p>
      <w:pPr>
        <w:autoSpaceDN w:val="0"/>
        <w:autoSpaceDE w:val="0"/>
        <w:widowControl/>
        <w:spacing w:line="344" w:lineRule="exact" w:before="2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và vị sứ giả cùng lên tòa tháp cao chín tầng, 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liền quay ngƣời và nói với vị sứ giả rằng: </w:t>
      </w:r>
    </w:p>
    <w:p>
      <w:pPr>
        <w:autoSpaceDN w:val="0"/>
        <w:autoSpaceDE w:val="0"/>
        <w:widowControl/>
        <w:spacing w:line="402" w:lineRule="exact" w:before="18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Nƣớc Tề cũng có tòa tháp thế này chứ? </w:t>
      </w:r>
    </w:p>
    <w:p>
      <w:pPr>
        <w:autoSpaceDN w:val="0"/>
        <w:autoSpaceDE w:val="0"/>
        <w:widowControl/>
        <w:spacing w:line="402" w:lineRule="exact" w:before="18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Vị sứ giả trả lời: </w:t>
      </w:r>
    </w:p>
    <w:p>
      <w:pPr>
        <w:autoSpaceDN w:val="0"/>
        <w:autoSpaceDE w:val="0"/>
        <w:widowControl/>
        <w:spacing w:line="400" w:lineRule="exact" w:before="1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Quốc vƣơng của chúng tôi có triều đƣờng để xử </w:t>
      </w:r>
    </w:p>
    <w:p>
      <w:pPr>
        <w:autoSpaceDN w:val="0"/>
        <w:autoSpaceDE w:val="0"/>
        <w:widowControl/>
        <w:spacing w:line="34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chính sự, trƣớc triều đƣờng chỉ có bậc thềm cao ba </w:t>
      </w:r>
    </w:p>
    <w:p>
      <w:pPr>
        <w:autoSpaceDN w:val="0"/>
        <w:autoSpaceDE w:val="0"/>
        <w:widowControl/>
        <w:spacing w:line="346" w:lineRule="exact" w:before="2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44" w:lineRule="exact" w:before="174" w:after="0"/>
        <w:ind w:left="30" w:right="9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thƣớc đắp bằng đất và mái lợp cỏ tranh không đƣợc cắt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tỉa gọn gàng, kèo nhà gỗ sồi cũng không đƣợc trạm khắc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trang trí. Nhƣng ngài vẫn nghĩ rằng những ngƣời xây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dựng nên triều đƣờng thật quá vất vả, còn ngƣời sống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đó lại quá an nhàn. Quốc vƣơng của chúng tôi sao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đƣợc tòa tháp cao và đẹp thế này chứ? </w:t>
      </w:r>
    </w:p>
    <w:p>
      <w:pPr>
        <w:autoSpaceDN w:val="0"/>
        <w:autoSpaceDE w:val="0"/>
        <w:widowControl/>
        <w:spacing w:line="400" w:lineRule="exact" w:before="18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Sở Vƣơng sau khi nghe xong liền tỏ vẻ bất an. </w:t>
      </w:r>
    </w:p>
    <w:p>
      <w:pPr>
        <w:autoSpaceDN w:val="0"/>
        <w:autoSpaceDE w:val="0"/>
        <w:widowControl/>
        <w:spacing w:line="400" w:lineRule="exact" w:before="186" w:after="0"/>
        <w:ind w:left="92" w:right="9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Thi Ngoại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.) </w:t>
      </w:r>
    </w:p>
    <w:p>
      <w:pPr>
        <w:autoSpaceDN w:val="0"/>
        <w:autoSpaceDE w:val="0"/>
        <w:widowControl/>
        <w:spacing w:line="400" w:lineRule="exact" w:before="18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C. Cần kiệm.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1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 ~ </w:t>
      </w:r>
    </w:p>
    <w:p>
      <w:pPr>
        <w:autoSpaceDN w:val="0"/>
        <w:autoSpaceDE w:val="0"/>
        <w:widowControl/>
        <w:spacing w:line="282" w:lineRule="exact" w:before="244" w:after="0"/>
        <w:ind w:left="168" w:right="16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聖人卑宮室而高道德，惡衣服而勤仁義。不損其行</w:t>
      </w:r>
    </w:p>
    <w:p>
      <w:pPr>
        <w:autoSpaceDN w:val="0"/>
        <w:autoSpaceDE w:val="0"/>
        <w:widowControl/>
        <w:spacing w:line="306" w:lineRule="exact" w:before="58" w:after="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以好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 好 作 增 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其容，不虧其德以飾其身。國不興不事之</w:t>
      </w:r>
    </w:p>
    <w:p>
      <w:pPr>
        <w:autoSpaceDN w:val="0"/>
        <w:autoSpaceDE w:val="0"/>
        <w:widowControl/>
        <w:spacing w:line="280" w:lineRule="exact" w:before="82" w:after="16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功，家不藏不用之器。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2334"/>
        <w:gridCol w:w="2334"/>
        <w:gridCol w:w="2334"/>
      </w:tblGrid>
      <w:tr>
        <w:trPr>
          <w:trHeight w:hRule="exact" w:val="568"/>
        </w:trPr>
        <w:tc>
          <w:tcPr>
            <w:tcW w:type="dxa" w:w="32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新語） </w:t>
            </w:r>
          </w:p>
        </w:tc>
      </w:tr>
    </w:tbl>
    <w:p>
      <w:pPr>
        <w:autoSpaceDN w:val="0"/>
        <w:autoSpaceDE w:val="0"/>
        <w:widowControl/>
        <w:spacing w:line="414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6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ở trong ngôi nhà tuềnh toàng sơ sài, </w:t>
      </w:r>
    </w:p>
    <w:p>
      <w:pPr>
        <w:autoSpaceDN w:val="0"/>
        <w:autoSpaceDE w:val="0"/>
        <w:widowControl/>
        <w:spacing w:line="344" w:lineRule="exact" w:before="0" w:after="0"/>
        <w:ind w:left="30" w:right="9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lại trân trọng đạo đức; áo quần thƣờng ngày giản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dị chất phác, nhƣng lại tận lực với việc thực hành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nghĩa. Họ không tổn hại đức hạnh để tăng ánh hào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quang của vẻ bề ngoài và cũng không từ bỏ đạo đức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bản thân đƣợc hào nhoáng. Đất nƣớc không kêu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gọi sức dân để đi làm những việc vô ích đối với trăm họ,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nhà của bậc quân chủ cũng không cất giữ vật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phẩm hào nhoáng mà vô dụng. </w:t>
      </w:r>
    </w:p>
    <w:p>
      <w:pPr>
        <w:autoSpaceDN w:val="0"/>
        <w:autoSpaceDE w:val="0"/>
        <w:widowControl/>
        <w:spacing w:line="400" w:lineRule="exact" w:before="184" w:after="0"/>
        <w:ind w:left="92" w:right="9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Tân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.) </w:t>
      </w:r>
    </w:p>
    <w:p>
      <w:pPr>
        <w:autoSpaceDN w:val="0"/>
        <w:autoSpaceDE w:val="0"/>
        <w:widowControl/>
        <w:spacing w:line="346" w:lineRule="exact" w:before="2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 </w:t>
      </w:r>
    </w:p>
    <w:p>
      <w:pPr>
        <w:sectPr>
          <w:pgSz w:w="9072" w:h="13608"/>
          <w:pgMar w:top="464" w:right="96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 ~ </w:t>
      </w:r>
    </w:p>
    <w:p>
      <w:pPr>
        <w:autoSpaceDN w:val="0"/>
        <w:autoSpaceDE w:val="0"/>
        <w:widowControl/>
        <w:spacing w:line="282" w:lineRule="exact" w:before="138" w:after="42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子曰：『禹，吾無間然矣。菲飲食，而致孝乎鬼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50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神；惡衣服，而致美于黻冕；卑宮室，而盡力溝洫。</w:t>
            </w:r>
          </w:p>
        </w:tc>
      </w:tr>
      <w:tr>
        <w:trPr>
          <w:trHeight w:hRule="exact" w:val="368"/>
        </w:trPr>
        <w:tc>
          <w:tcPr>
            <w:tcW w:type="dxa" w:w="25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禹，吾無間然矣！』</w:t>
            </w:r>
          </w:p>
        </w:tc>
        <w:tc>
          <w:tcPr>
            <w:tcW w:type="dxa" w:w="43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間，非也。菲，薄也。致孝與鬼神，謂祭祀豐潔也。黻，祭服之依。</w:t>
            </w:r>
          </w:p>
        </w:tc>
      </w:tr>
    </w:tbl>
    <w:p>
      <w:pPr>
        <w:autoSpaceDN w:val="0"/>
        <w:autoSpaceDE w:val="0"/>
        <w:widowControl/>
        <w:spacing w:line="138" w:lineRule="exact" w:before="30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冕，冠名也。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32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4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từng nói: “Đối với vua Vũ, ta thật không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tìm đƣợc khuyết điểm của ông để mà chê trách. Vua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Vũ bản thân ăn uống đạm bạc, nhƣng đồ cúng tế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thịnh soạn và thanh tịnh, ông hết lòng hiếu kính với tổ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tiên; áo quần thƣờng ngày của bản thân thì rất sơ sài,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lễ phục lúc lâm triều và khi tế lễ lại vô cùng trang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nghiêm; cung thất của chính mình thấp nhỏ tuềnh toàng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lại vì ngƣời dân mà ra sức xây sửa kênh mƣơng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tƣới tiêu. Đối với vua Vũ, ta đúng là không thể tìm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khuyết điểm của ông để có thể phê phán nữa rồi.”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.) </w:t>
      </w:r>
    </w:p>
    <w:p>
      <w:pPr>
        <w:autoSpaceDN w:val="0"/>
        <w:autoSpaceDE w:val="0"/>
        <w:widowControl/>
        <w:spacing w:line="366" w:lineRule="exact" w:before="2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C. Trừng phẫn [Kiềm chế nóng giận]. </w:t>
      </w:r>
    </w:p>
    <w:p>
      <w:pPr>
        <w:autoSpaceDN w:val="0"/>
        <w:autoSpaceDE w:val="0"/>
        <w:widowControl/>
        <w:spacing w:line="416" w:lineRule="exact" w:before="238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474"/>
        </w:trPr>
        <w:tc>
          <w:tcPr>
            <w:tcW w:type="dxa" w:w="4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爾無忿疾于頑，無求備于一人。</w:t>
            </w:r>
          </w:p>
        </w:tc>
        <w:tc>
          <w:tcPr>
            <w:tcW w:type="dxa" w:w="23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人有頑囂不喻，汝當訓之。無忿怒疾</w:t>
            </w:r>
          </w:p>
        </w:tc>
      </w:tr>
    </w:tbl>
    <w:p>
      <w:pPr>
        <w:autoSpaceDN w:val="0"/>
        <w:autoSpaceDE w:val="0"/>
        <w:widowControl/>
        <w:spacing w:line="140" w:lineRule="exact" w:before="30" w:after="26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之，使人當器之，無責備於一夫也。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9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2" w:lineRule="exact" w:before="1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kẻ ngu muội và ƣơng ngạnh, đừng nên cáu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giận hay chán ghét (phải nên nhẫn nại mà gợi mở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họ). Đối với bất kỳ ai, đều không đƣợc cầu toàn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trách cứ (việc dùng ngƣời phải nên phát huy sở trƣờng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họ, cũng nhƣ giúp họ cải thiện điểm yếu của mình).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 ~ </w:t>
      </w:r>
    </w:p>
    <w:p>
      <w:pPr>
        <w:autoSpaceDN w:val="0"/>
        <w:autoSpaceDE w:val="0"/>
        <w:widowControl/>
        <w:spacing w:line="306" w:lineRule="exact" w:before="116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上無忿怒之志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（志作毒）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，下無伏怨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（怨舊作愆，改之）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之患。故</w:t>
      </w:r>
    </w:p>
    <w:p>
      <w:pPr>
        <w:autoSpaceDN w:val="0"/>
        <w:autoSpaceDE w:val="0"/>
        <w:widowControl/>
        <w:spacing w:line="282" w:lineRule="exact" w:before="84" w:after="1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長利積，大功立，名成於前，德垂於後，治之至也。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446"/>
        </w:trPr>
        <w:tc>
          <w:tcPr>
            <w:tcW w:type="dxa" w:w="35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10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韓子） </w:t>
            </w:r>
          </w:p>
        </w:tc>
      </w:tr>
    </w:tbl>
    <w:p>
      <w:pPr>
        <w:autoSpaceDN w:val="0"/>
        <w:autoSpaceDE w:val="0"/>
        <w:widowControl/>
        <w:spacing w:line="416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không vì tức giận mà khiến tổn hại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hạ thần và muôn dân. Cùng đạo lý đó, hạ thần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cũng không vì nỗi uất ức dồn nén mà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gặp cảnh gian nan khốn đốn. Từ đó, lợi 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bền lâu đƣợc tích tụ và sự nghiệp lớn lao đƣợc thiết lập,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danh thành tựu ở đời này, nhƣng tấm gƣơng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lại lƣu truyền cho nhiều đời sau. Đây là cảnh giới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nhất trong việc trị vì thiên hạ.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 ~ </w:t>
      </w:r>
    </w:p>
    <w:p>
      <w:pPr>
        <w:autoSpaceDN w:val="0"/>
        <w:autoSpaceDE w:val="0"/>
        <w:widowControl/>
        <w:spacing w:line="280" w:lineRule="exact" w:before="300" w:after="42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臣有辭拙而意工，言逆而事順，可不恕之以直乎？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5"/>
        <w:gridCol w:w="3465"/>
      </w:tblGrid>
      <w:tr>
        <w:trPr>
          <w:trHeight w:hRule="exact" w:val="354"/>
        </w:trPr>
        <w:tc>
          <w:tcPr>
            <w:tcW w:type="dxa" w:w="687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臣有樸騃而辭訥，外疏而內敏，可不恕之以質乎？臣有</w:t>
            </w:r>
          </w:p>
        </w:tc>
      </w:tr>
      <w:tr>
        <w:trPr>
          <w:trHeight w:hRule="exact" w:val="376"/>
        </w:trPr>
        <w:tc>
          <w:tcPr>
            <w:tcW w:type="dxa" w:w="15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犯難以為士</w:t>
            </w:r>
          </w:p>
        </w:tc>
        <w:tc>
          <w:tcPr>
            <w:tcW w:type="dxa" w:w="53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（士疑當作上 或主）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，離謗以為國，可不恕之以忠</w:t>
            </w:r>
          </w:p>
        </w:tc>
      </w:tr>
    </w:tbl>
    <w:p>
      <w:pPr>
        <w:autoSpaceDN w:val="0"/>
        <w:autoSpaceDE w:val="0"/>
        <w:widowControl/>
        <w:spacing w:line="280" w:lineRule="exact" w:before="4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乎？臣有守正以逆眾意，執法而違私志，可不恕之公</w:t>
      </w:r>
    </w:p>
    <w:p>
      <w:pPr>
        <w:autoSpaceDN w:val="0"/>
        <w:autoSpaceDE w:val="0"/>
        <w:widowControl/>
        <w:spacing w:line="346" w:lineRule="exact" w:before="3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18" w:after="262"/>
        <w:ind w:left="30" w:right="9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乎？臣有不曲己以求合，不耦世以取容，可不恕之以貞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乎？臣有從側陋而進顯言，由卑賤而陳國事，可不恕之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以難乎？臣有孤特而執節，分立而見毀，可不恕之以勁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乎？此七恕者，所以進善接下之理也。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188"/>
        </w:trPr>
        <w:tc>
          <w:tcPr>
            <w:tcW w:type="dxa" w:w="34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72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  <w:u w:val="single"/>
              </w:rPr>
              <w:t>Việt ngữ: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45.99999999999966" w:type="dxa"/>
            </w:tblPr>
            <w:tblGrid>
              <w:gridCol w:w="1727"/>
              <w:gridCol w:w="1727"/>
            </w:tblGrid>
            <w:tr>
              <w:trPr>
                <w:trHeight w:hRule="exact" w:val="714"/>
              </w:trPr>
              <w:tc>
                <w:tcPr>
                  <w:tcW w:type="dxa" w:w="186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0" w:lineRule="exact" w:before="50" w:after="0"/>
                    <w:ind w:left="44" w:right="44" w:firstLine="0"/>
                    <w:jc w:val="lef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（卷四十七 </w:t>
                  </w:r>
                </w:p>
              </w:tc>
              <w:tc>
                <w:tcPr>
                  <w:tcW w:type="dxa" w:w="1544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0" w:lineRule="exact" w:before="50" w:after="0"/>
                    <w:ind w:left="6" w:right="6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政要論） </w:t>
                  </w:r>
                </w:p>
              </w:tc>
            </w:tr>
          </w:tbl>
          <w:p/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40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hạ thần không khéo diễn đạt nhƣng ý kiến của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rất có giá trị, lời nói ra tuy không dễ nghe,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kiến nghị của họ có thể khiến công việc đƣợc thành tựu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cách thuận lợi, sao không thể nhìn nhận đức tính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trực của họ mà đối đãi khoan dung? Có hạ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mộc mạc chất phác, lời lẽ vụng về, vẻ bề ngoài rất đỗi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bình thƣờng nhƣng trí tuệ lại sáng suốt, sao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nhìn nhận đức tính chất phác của họ mà đối đãi khoan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dung? Có hạ thần vì bậc quân vƣơng mà sẵn sàng mạo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hiểm, vì đất nƣớc mà gánh lấy mọi lời phỉ báng, sao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không nhìn nhận lòng trung thành của họ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đãi khoan dung? Có hạ thần vì nghiêm ngặt tuân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chính đạo để rồi trái ngƣợc với sự mong mỏi của số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đông, thực thi luật pháp nghiêm minh mà không màng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tình cảm cá nhân, sao không thể nhìn nhận sự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của họ mà đối đãi khoan dung? Có hạ thần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chịu làm trái với chuẩn mực đạo đức trong tâm mình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hùa theo ngƣời khác, cũng không hùa theo thời thế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cẩu thả để đƣợc yên thân, sao không thể nhìn nhận tấm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kiên trinh của họ mà đối đãi khoan dung? Có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với địa vị thấp hèn nhƣng lại có thể đƣa ra ý kiến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sáng suốt, họ không màng đến địa vị thấp kém mà có </w:t>
      </w:r>
    </w:p>
    <w:p>
      <w:pPr>
        <w:autoSpaceDN w:val="0"/>
        <w:autoSpaceDE w:val="0"/>
        <w:widowControl/>
        <w:spacing w:line="346" w:lineRule="exact" w:before="1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thẳng thắn nói lên quan điểm của mình đối với quốc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sự, sao không thể nhìn nhận đức tính rất đáng trân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mà đối đãi khoan dung? Có hạ thần với tính cách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 độc nhƣng có thể nghiêm khắc mà gìn giữ khí tiết, xử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độc lập để phải nhận lấy lời gièm pha, sao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nhìn nhận khí tiết kiên định của họ mà đối đãi khoan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dung? Đạo lý khoan dung (thứ đạo) trên bảy khía cạnh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này, chính là đạo lý trong việc tiến cử nhân sĩ có tài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cũng nhƣ khi tiếp nhận ý kiến từ cấp dƣới vậy.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68" w:lineRule="exact" w:before="2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D. Thiên thiện [Hướng thiện]. </w:t>
      </w:r>
    </w:p>
    <w:p>
      <w:pPr>
        <w:autoSpaceDN w:val="0"/>
        <w:autoSpaceDE w:val="0"/>
        <w:widowControl/>
        <w:spacing w:line="416" w:lineRule="exact" w:before="236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2"/>
        </w:trPr>
        <w:tc>
          <w:tcPr>
            <w:tcW w:type="dxa" w:w="34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無田甫田，維莠驕驕。</w:t>
            </w:r>
          </w:p>
        </w:tc>
        <w:tc>
          <w:tcPr>
            <w:tcW w:type="dxa" w:w="346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興也。甫，大也。大田過度，而無人功，終不能獲。興</w:t>
            </w:r>
          </w:p>
        </w:tc>
      </w:tr>
      <w:tr>
        <w:trPr>
          <w:trHeight w:hRule="exact" w:val="368"/>
        </w:trPr>
        <w:tc>
          <w:tcPr>
            <w:tcW w:type="dxa" w:w="639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者，喻人君欲立功致治，必勤身修德，積小以成高大也。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無思遠人，勞心忉忉。</w:t>
            </w:r>
          </w:p>
        </w:tc>
        <w:tc>
          <w:tcPr>
            <w:tcW w:type="dxa" w:w="4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忉忉，</w:t>
            </w:r>
          </w:p>
        </w:tc>
      </w:tr>
    </w:tbl>
    <w:p>
      <w:pPr>
        <w:autoSpaceDN w:val="0"/>
        <w:autoSpaceDE w:val="0"/>
        <w:widowControl/>
        <w:spacing w:line="138" w:lineRule="exact" w:before="28" w:after="26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憂勞。此言無德而求諸侯，從勞其心忉忉然。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9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毛詩）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ngƣời nông dân không đủ sức lực để canh tác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mảnh ruộng quá lớn, trên ruộng đồng sẽ chỉ có cỏ dại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mọc đầy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10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Bậc quân vƣơng vô đạo thì đừng mong </w:t>
      </w:r>
    </w:p>
    <w:p>
      <w:pPr>
        <w:autoSpaceDN w:val="0"/>
        <w:autoSpaceDE w:val="0"/>
        <w:widowControl/>
        <w:spacing w:line="310" w:lineRule="exact" w:before="408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10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Lối nói tỷ dụ cho việc bậc quân vƣơng nếu muốn lập công trạng để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khiến đất nƣớc đƣợc an định, họ nhất định phải cần mẫn mà tu tâm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dƣỡng tính, tích cóp từng việc thiện nhỏ để thành tựu sự nghiệp lớn lao.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phƣơng xa đến quy thuận và mến mộ, điều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tốn công vô ích mà thôi.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Mao Thi.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90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17 ~ </w:t>
      </w:r>
    </w:p>
    <w:p>
      <w:pPr>
        <w:autoSpaceDN w:val="0"/>
        <w:autoSpaceDE w:val="0"/>
        <w:widowControl/>
        <w:spacing w:line="280" w:lineRule="exact" w:before="246" w:after="162"/>
        <w:ind w:left="596" w:right="596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孔子曰：『見善如不及，見不善如探湯。』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6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4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“Khi thấy ngƣời có cử chỉ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thiện, phải nên có lòng mến mộ hiền nhân, tựa nhƣ đang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sau và đuổi theo họ, chỉ e không theo kịp. Khi gặp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bất thiện, tựa nhƣ dùng tay mà chạm vào nồi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vừa đun sôi, lánh xa mà chỉ e không kịp.”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 ~ </w:t>
      </w:r>
    </w:p>
    <w:p>
      <w:pPr>
        <w:autoSpaceDN w:val="0"/>
        <w:autoSpaceDE w:val="0"/>
        <w:widowControl/>
        <w:spacing w:line="282" w:lineRule="exact" w:before="260" w:after="42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孟子曰：『子路人告之以其過則喜；禹聞善言則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716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拜；大舜又甚焉，善與人同，舍己從人，樂取於人以為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善。自耕稼陶漁以至為帝，無非取於人者。取諸人以為</w:t>
            </w:r>
          </w:p>
        </w:tc>
      </w:tr>
      <w:tr>
        <w:trPr>
          <w:trHeight w:hRule="exact" w:val="364"/>
        </w:trPr>
        <w:tc>
          <w:tcPr>
            <w:tcW w:type="dxa" w:w="59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善，是與人為善也。故君子莫大乎與人為善。』</w:t>
            </w:r>
          </w:p>
        </w:tc>
        <w:tc>
          <w:tcPr>
            <w:tcW w:type="dxa" w:w="9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舜從耕於歷山</w:t>
            </w:r>
          </w:p>
        </w:tc>
      </w:tr>
    </w:tbl>
    <w:p>
      <w:pPr>
        <w:autoSpaceDN w:val="0"/>
        <w:autoSpaceDE w:val="0"/>
        <w:widowControl/>
        <w:spacing w:line="140" w:lineRule="exact" w:before="28" w:after="24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及陶漁，皆取人之善謀而從之。故曰：莫大乎與人為善也。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5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4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4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孟子） </w:t>
            </w:r>
          </w:p>
        </w:tc>
      </w:tr>
    </w:tbl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 Tử dạy rằng: “Tử Lộ khi nghe thấy ngƣời khác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ra sai lầm của ông thì liền vô cùng hoan hỉ và vua Vũ </w:t>
      </w:r>
    </w:p>
    <w:p>
      <w:pPr>
        <w:autoSpaceDN w:val="0"/>
        <w:autoSpaceDE w:val="0"/>
        <w:widowControl/>
        <w:spacing w:line="346" w:lineRule="exact" w:before="1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nghe thấy ngƣời ta có ý kiến hay thì liền khiêm tốn tiếp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nhận. Vua Thuấn còn vĩ đại hơn họ, đối với việc hành thiện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nói, ngài không có sự phân biệt giữa ngƣời và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mình, hơn nữa có thể đặt xuống quan điểm của mình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tiếp nhận ý kiến hay của ngƣời, vô cùng vui vẻ tiếp thu 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điểm của ngƣời để hành thiện. Từ khi ngài ở vị trí thấp hèn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làm các công việc nhƣ trồng trọt, nung gốm hay đánh cá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đến khi làm đến bậc đế vƣơng, không có việc gì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áp dụng ƣu điểm của ngƣời khác rồi bản thân học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để làm. Học tập ƣu điểm của ngƣời để hành thiện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chính là cùng ngƣời hành thiện. Bởi vậy, phẩm chất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đẹp của bậc quân tử cũng không có gì lớn lao hơn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ngƣời hành thiện cả.”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Mạnh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66" w:lineRule="exact" w:before="23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E. Cải quá [Sửa chữa sai lầm]. </w:t>
      </w:r>
    </w:p>
    <w:p>
      <w:pPr>
        <w:autoSpaceDN w:val="0"/>
        <w:autoSpaceDE w:val="0"/>
        <w:widowControl/>
        <w:spacing w:line="416" w:lineRule="exact" w:before="19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 ~ </w:t>
      </w:r>
    </w:p>
    <w:p>
      <w:pPr>
        <w:autoSpaceDN w:val="0"/>
        <w:autoSpaceDE w:val="0"/>
        <w:widowControl/>
        <w:spacing w:line="282" w:lineRule="exact" w:before="260" w:after="162"/>
        <w:ind w:left="596" w:right="596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《象》：洊雷，震。君子以恐懼修省。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6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[Tƣợng Truyện] có nói: “Tiếng sấm liên tiếp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dứt, đây chính là tƣợng trƣng cho sự chấn động.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lúc này trong tâm phải có nỗi khiếp sợ 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dè, từ đây mà tu dƣỡng đạo đức, kiểm điểm lỗi lầm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mình.”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子曰：『顏氏之子，其殆庶幾乎！有不善，未嘗不</w:t>
      </w:r>
    </w:p>
    <w:p>
      <w:pPr>
        <w:autoSpaceDN w:val="0"/>
        <w:autoSpaceDE w:val="0"/>
        <w:widowControl/>
        <w:spacing w:line="400" w:lineRule="exact" w:before="8" w:after="19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知。知之，未嘗復行也。《易》曰：</w:t>
      </w:r>
      <w:r>
        <w:rPr>
          <w:rFonts w:ascii="Cambria Math" w:hAnsi="Cambria Math" w:eastAsia="Cambria Math"/>
          <w:b w:val="0"/>
          <w:i w:val="0"/>
          <w:color w:val="000000"/>
          <w:sz w:val="28"/>
        </w:rPr>
        <w:t>〖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不遠復，無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hyperlink r:id="rId18" w:history="1">
          <w:r>
            <w:rPr>
              <w:rStyle w:val="Hyperlink"/>
            </w:rPr>
            <w:t>祇</w:t>
          </w:r>
        </w:hyperlink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悔，元吉。 </w:t>
      </w:r>
      <w:r>
        <w:rPr>
          <w:rFonts w:ascii="Cambria Math" w:hAnsi="Cambria Math" w:eastAsia="Cambria Math"/>
          <w:b w:val="0"/>
          <w:i w:val="0"/>
          <w:color w:val="000000"/>
          <w:sz w:val="28"/>
        </w:rPr>
        <w:t>〗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4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6" w:lineRule="exact" w:before="1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từng nói: “Nhan Uyên, con ngƣời này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dƣờng nhƣ đã tiến gần tới bậc quân tử mà có thể nhận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 và thông đạt sự việc rồi! Khi có ý niệm và hành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hay, không điều gì mà ông ta không nhận ra.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ra rồi, ông ta sẽ không tái phạm nữa. Lời từ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hào thứ nhất trong Quẻ Phục (Địa Lôi Phục) có nói: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„Khi lầm đƣờng mà có thể kịp thời quay đầu thức tỉnh,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đến nỗi gặp phải tai họa quá lớn. Khi có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giác thế này, lại có điềm lành lớn.‟” </w:t>
      </w:r>
    </w:p>
    <w:p>
      <w:pPr>
        <w:autoSpaceDN w:val="0"/>
        <w:autoSpaceDE w:val="0"/>
        <w:widowControl/>
        <w:spacing w:line="400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6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 ~ </w:t>
      </w:r>
    </w:p>
    <w:p>
      <w:pPr>
        <w:autoSpaceDN w:val="0"/>
        <w:autoSpaceDE w:val="0"/>
        <w:widowControl/>
        <w:spacing w:line="280" w:lineRule="exact" w:before="320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才敏過人，未足貴也；博辨過人，未足貴也；勇決</w:t>
      </w:r>
    </w:p>
    <w:p>
      <w:pPr>
        <w:autoSpaceDN w:val="0"/>
        <w:autoSpaceDE w:val="0"/>
        <w:widowControl/>
        <w:spacing w:line="402" w:lineRule="exact" w:before="0" w:after="2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過人，未足貴也。君子之所貴者，遷善懼其不及，改惡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恐其有餘。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90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中論） </w:t>
            </w:r>
          </w:p>
        </w:tc>
      </w:tr>
    </w:tbl>
    <w:p>
      <w:pPr>
        <w:autoSpaceDN w:val="0"/>
        <w:autoSpaceDE w:val="0"/>
        <w:widowControl/>
        <w:spacing w:line="346" w:lineRule="exact" w:before="4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34" w:after="0"/>
        <w:ind w:left="96" w:right="9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trí và sắc bén hơn ngƣời, chƣa đủ để xem là </w:t>
      </w:r>
    </w:p>
    <w:p>
      <w:pPr>
        <w:autoSpaceDN w:val="0"/>
        <w:autoSpaceDE w:val="0"/>
        <w:widowControl/>
        <w:spacing w:line="378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quý giá; tri thức uyên bác và có tài hùng biện hơn ngƣời,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chƣa đủ để xem là quý giá; dũng cảm quyết đoán hơn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chƣa đủ để xem là quý giá. Điểm quý giá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bậc quân tử chính là một lòng hƣớng thiện mà chỉ 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kịp và khi sửa chữa sai lầm mà chỉ e vẫn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thiếu sót. </w:t>
      </w:r>
    </w:p>
    <w:p>
      <w:pPr>
        <w:autoSpaceDN w:val="0"/>
        <w:autoSpaceDE w:val="0"/>
        <w:widowControl/>
        <w:spacing w:line="400" w:lineRule="exact" w:before="260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7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 ~ </w:t>
      </w:r>
    </w:p>
    <w:p>
      <w:pPr>
        <w:autoSpaceDN w:val="0"/>
        <w:autoSpaceDE w:val="0"/>
        <w:widowControl/>
        <w:spacing w:line="282" w:lineRule="exact" w:before="316" w:after="0"/>
        <w:ind w:left="172" w:right="17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夫聞過而不改，謂之喪心；思過而不改，謂之失</w:t>
      </w:r>
    </w:p>
    <w:p>
      <w:pPr>
        <w:autoSpaceDN w:val="0"/>
        <w:autoSpaceDE w:val="0"/>
        <w:widowControl/>
        <w:spacing w:line="280" w:lineRule="exact" w:before="120" w:after="2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體。失體喪心之人，禍亂之所及也，君子舍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hyperlink r:id="rId19" w:history="1">
          <w:r>
            <w:rPr>
              <w:rStyle w:val="Hyperlink"/>
            </w:rPr>
            <w:t>㫋</w:t>
          </w:r>
        </w:hyperlink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502"/>
        <w:gridCol w:w="3502"/>
      </w:tblGrid>
      <w:tr>
        <w:trPr>
          <w:trHeight w:hRule="exact" w:val="64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3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中論） </w:t>
            </w:r>
          </w:p>
        </w:tc>
      </w:tr>
    </w:tbl>
    <w:p>
      <w:pPr>
        <w:autoSpaceDN w:val="0"/>
        <w:autoSpaceDE w:val="0"/>
        <w:widowControl/>
        <w:spacing w:line="416" w:lineRule="exact" w:before="1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8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biết đƣợc sai lầm của bản thân mà không sửa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đổi, đây đƣợc xem là đánh mất đi lƣơng tâm vốn có;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suy ngẫm về sai lầm của bản thân mà vẫn không sửa đổi,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đƣợc xem là đánh mất đi đức tính trời ban.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đánh mất lƣơng tâm vốn có và đức tính trời ban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đối tƣợng mà tai họa giáng xuống. Bậc quân tử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làm nhƣ vậy. </w:t>
      </w:r>
    </w:p>
    <w:p>
      <w:pPr>
        <w:autoSpaceDN w:val="0"/>
        <w:autoSpaceDE w:val="0"/>
        <w:widowControl/>
        <w:spacing w:line="402" w:lineRule="exact" w:before="258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40 </w:t>
      </w:r>
    </w:p>
    <w:p>
      <w:pPr>
        <w:sectPr>
          <w:pgSz w:w="9072" w:h="13608"/>
          <w:pgMar w:top="464" w:right="96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58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2. ĐÔN THÂN [KÍNH YÊU NGƯỜI THÂN] </w:t>
      </w:r>
    </w:p>
    <w:p>
      <w:pPr>
        <w:autoSpaceDN w:val="0"/>
        <w:autoSpaceDE w:val="0"/>
        <w:widowControl/>
        <w:spacing w:line="366" w:lineRule="exact" w:before="23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A. Tổng quát </w:t>
      </w:r>
    </w:p>
    <w:p>
      <w:pPr>
        <w:autoSpaceDN w:val="0"/>
        <w:autoSpaceDE w:val="0"/>
        <w:widowControl/>
        <w:spacing w:line="416" w:lineRule="exact" w:before="24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 ~ </w:t>
      </w:r>
    </w:p>
    <w:p>
      <w:pPr>
        <w:autoSpaceDN w:val="0"/>
        <w:autoSpaceDE w:val="0"/>
        <w:widowControl/>
        <w:spacing w:line="282" w:lineRule="exact" w:before="298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《易》曰：『家道正，而天下定。』由內及外，先</w:t>
      </w:r>
    </w:p>
    <w:p>
      <w:pPr>
        <w:autoSpaceDN w:val="0"/>
        <w:autoSpaceDE w:val="0"/>
        <w:widowControl/>
        <w:spacing w:line="280" w:lineRule="exact" w:before="84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王之令典也。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1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（卷二十五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魏志上）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[Kinh Dịch] có nói: “Khi phép tắc trong gia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đình đƣợc chấn chỉnh rồi, thiên hạ tất sẽ an định.”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 đình mà ảnh hƣởng đến cả thiên hạ, đây chính là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 pháp luật hay của bậc minh quân thời xƣa vậy!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Thƣợng.) </w:t>
      </w:r>
    </w:p>
    <w:p>
      <w:pPr>
        <w:autoSpaceDN w:val="0"/>
        <w:autoSpaceDE w:val="0"/>
        <w:widowControl/>
        <w:spacing w:line="366" w:lineRule="exact" w:before="2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B. Hiếu thân [Hiếu thảo với cha mẹ] </w:t>
      </w:r>
    </w:p>
    <w:p>
      <w:pPr>
        <w:autoSpaceDN w:val="0"/>
        <w:autoSpaceDE w:val="0"/>
        <w:widowControl/>
        <w:spacing w:line="416" w:lineRule="exact" w:before="240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474"/>
        </w:trPr>
        <w:tc>
          <w:tcPr>
            <w:tcW w:type="dxa" w:w="59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立愛惟親，立敬惟長，始于家邦，終于四海。</w:t>
            </w:r>
          </w:p>
        </w:tc>
        <w:tc>
          <w:tcPr>
            <w:tcW w:type="dxa" w:w="6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言立愛敬</w:t>
            </w:r>
          </w:p>
        </w:tc>
      </w:tr>
    </w:tbl>
    <w:p>
      <w:pPr>
        <w:autoSpaceDN w:val="0"/>
        <w:autoSpaceDE w:val="0"/>
        <w:widowControl/>
        <w:spacing w:line="138" w:lineRule="exact" w:before="28" w:after="26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之道，始於親長，則家國並化，終洽四海也。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0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26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266" w:after="0"/>
              <w:ind w:left="12" w:right="12" w:firstLine="0"/>
              <w:jc w:val="righ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尚書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xây dựng lòng nhân ái phải bắt đầu từ việc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phụng dƣỡng cha mẹ, muốn tạo lập tâm cung kính phải </w:t>
      </w:r>
    </w:p>
    <w:p>
      <w:pPr>
        <w:autoSpaceDN w:val="0"/>
        <w:autoSpaceDE w:val="0"/>
        <w:widowControl/>
        <w:spacing w:line="346" w:lineRule="exact" w:before="3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6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bắt đầu với việc tôn kính trƣởng bối. Có nhƣ vậy, nếp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sống yêu thƣơng và cung kính dẫu có khởi nguồn từ gia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đình và đất nƣớc, nhƣng tựu chung sẽ lan tỏa đến cả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thiên hạ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11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</w:p>
    <w:p>
      <w:pPr>
        <w:autoSpaceDN w:val="0"/>
        <w:autoSpaceDE w:val="0"/>
        <w:widowControl/>
        <w:spacing w:line="402" w:lineRule="exact" w:before="242" w:after="0"/>
        <w:ind w:left="64" w:right="6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(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 ~ </w:t>
      </w:r>
    </w:p>
    <w:p>
      <w:pPr>
        <w:autoSpaceDN w:val="0"/>
        <w:autoSpaceDE w:val="0"/>
        <w:widowControl/>
        <w:spacing w:line="306" w:lineRule="exact" w:before="260" w:after="42"/>
        <w:ind w:left="140" w:right="14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是故人道親親，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言先有恩。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親親故尊祖，尊祖故敬宗，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25"/>
        <w:gridCol w:w="2325"/>
        <w:gridCol w:w="2325"/>
      </w:tblGrid>
      <w:tr>
        <w:trPr>
          <w:trHeight w:hRule="exact" w:val="1080"/>
        </w:trPr>
        <w:tc>
          <w:tcPr>
            <w:tcW w:type="dxa" w:w="689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0" w:lineRule="exact" w:before="0" w:after="0"/>
              <w:ind w:left="14" w:right="70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敬宗故收族，收族故宗廟嚴，宗廟嚴故重社稷，重社稷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故愛百姓，愛百姓故刑罰中，刑罰中故庶民安，庶民安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故財用足，財用足故百志成，百志成故禮俗刑，禮俗刑</w:t>
            </w:r>
          </w:p>
        </w:tc>
      </w:tr>
      <w:tr>
        <w:trPr>
          <w:trHeight w:hRule="exact" w:val="364"/>
        </w:trPr>
        <w:tc>
          <w:tcPr>
            <w:tcW w:type="dxa" w:w="11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然後樂。</w:t>
            </w:r>
          </w:p>
        </w:tc>
        <w:tc>
          <w:tcPr>
            <w:tcW w:type="dxa" w:w="572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收族，序以昭穆也。嚴，猶尊也。百志，人之志意所欲也。刑，猶成也。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《詩》</w:t>
            </w:r>
          </w:p>
        </w:tc>
      </w:tr>
      <w:tr>
        <w:trPr>
          <w:trHeight w:hRule="exact" w:val="362"/>
        </w:trPr>
        <w:tc>
          <w:tcPr>
            <w:tcW w:type="dxa" w:w="567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云：『不顯不承？無斁於人斯。』此之謂也。</w:t>
            </w:r>
          </w:p>
        </w:tc>
        <w:tc>
          <w:tcPr>
            <w:tcW w:type="dxa" w:w="12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斁，厭也。言文王</w:t>
            </w:r>
          </w:p>
        </w:tc>
      </w:tr>
    </w:tbl>
    <w:p>
      <w:pPr>
        <w:autoSpaceDN w:val="0"/>
        <w:autoSpaceDE w:val="0"/>
        <w:widowControl/>
        <w:spacing w:line="140" w:lineRule="exact" w:before="30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之德，不顯乎？不承先人之業乎？言其顯且承之，樂之無厭。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87"/>
        <w:gridCol w:w="3487"/>
      </w:tblGrid>
      <w:tr>
        <w:trPr>
          <w:trHeight w:hRule="exact" w:val="532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2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34" w:right="3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6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66" w:right="6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đây thấy rằng, nền tảng của đạo nghĩa luân lý </w:t>
      </w:r>
    </w:p>
    <w:p>
      <w:pPr>
        <w:autoSpaceDN w:val="0"/>
        <w:autoSpaceDE w:val="0"/>
        <w:widowControl/>
        <w:spacing w:line="362" w:lineRule="exact" w:before="0" w:after="0"/>
        <w:ind w:left="30" w:right="6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nằm ở việc kính yêu cha mẹ của chính mình; khi kính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cha mẹ của chính mình, bởi vậy mà tôn kính tổ tiên;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tôn kính tổ tiên, bởi vậy mà kính trọng trƣởng tộc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nhƣ tuân theo khuôn phép của dòng họ; khi kính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trƣởng tộc và tuân thủ khuôn phép của dòng họ, </w:t>
      </w:r>
    </w:p>
    <w:p>
      <w:pPr>
        <w:autoSpaceDN w:val="0"/>
        <w:autoSpaceDE w:val="0"/>
        <w:widowControl/>
        <w:spacing w:line="312" w:lineRule="exact" w:before="178" w:after="0"/>
        <w:ind w:left="-2850" w:right="2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11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Việc thiết lập nên đạo lý về tình yêu thƣơng và lòng cung kính, bắt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buộc phải bắt đầu từ ngƣời thân và bậc trƣởng bối trong gia đình, nhƣ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vậy gia đình và đất nƣớc đồng thời đƣợc cảm hóa bởi đạo đức cao đẹp,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cuối cùng bầu không khí chan hòa và hòa hợp chắc chắn sẽ trùm khắp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cả thiên hạ.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42 </w:t>
      </w:r>
    </w:p>
    <w:p>
      <w:pPr>
        <w:sectPr>
          <w:pgSz w:w="9072" w:h="13608"/>
          <w:pgMar w:top="464" w:right="99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 mà có thể đoàn kết những ngƣời trong dòng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trên xuống dƣới và từ thân đến sơ; khi đoàn kết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ngƣời trong dòng họ từ trên xuống dƣới và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đến sơ, bởi vậy việc tế lễ nơi tông miếu đƣợc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và trang nghiêm; khi việc tế lễ nơi tông miếu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kính và trang nghiêm, bởi vậy có thể trân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và xã tắc; khi trân trọng đất nƣớc và xã tắc,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yêu mến bá quan; khi bá quan đƣợc yêu mến,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mới có thể công bằng và thích đáng; khi hình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 công bằng và thích đáng, dân chúng tất sẽ đƣợc 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 lạc nghiệp; khi dân chúng an cƣ lạc nghiệp, tất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của cải đƣợc sung túc; khi của cải đƣợc sung túc,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nguyện vọng cao đẹp của bậc quân vƣơng và dân chúng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có thể đạt đƣợc; khi các nguyện vọng tốt đẹp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và dân chúng đều đạt đƣợc, vậy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thuần phong mỹ tục tự sẽ hình thành; khi thuần phong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mỹ tục hình thành rồi, sau đó ngƣời ngƣời đều đƣợc 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lạc. Trong [Kinh Thi ∙ Chu Tụng ∙ Thanh Miếu] có nói: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“Đức hạnh của Văn Vƣơng lẽ nào không sáng ngời, lẽ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nào không thể kế thừa sự nghiệp của tiền nhân hay sao?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ta mãi mãi yêu mến ông mà không ai chán ghét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cả!” Điều muốn nói chính là đạo lý này vậy.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474.0" w:type="dxa"/>
      </w:tblPr>
      <w:tblGrid>
        <w:gridCol w:w="3465"/>
        <w:gridCol w:w="3465"/>
      </w:tblGrid>
      <w:tr>
        <w:trPr>
          <w:trHeight w:hRule="exact" w:val="600"/>
        </w:trPr>
        <w:tc>
          <w:tcPr>
            <w:tcW w:type="dxa" w:w="990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00" w:after="0"/>
              <w:ind w:left="10" w:right="1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(Cuốn 7.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>Lễ Kí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) </w:t>
            </w:r>
          </w:p>
        </w:tc>
      </w:tr>
    </w:tbl>
    <w:p>
      <w:pPr>
        <w:autoSpaceDN w:val="0"/>
        <w:autoSpaceDE w:val="0"/>
        <w:widowControl/>
        <w:spacing w:line="366" w:lineRule="exact" w:before="1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C. Giáo tử [Khuyên dạy con] </w:t>
      </w:r>
    </w:p>
    <w:p>
      <w:pPr>
        <w:autoSpaceDN w:val="0"/>
        <w:autoSpaceDE w:val="0"/>
        <w:widowControl/>
        <w:spacing w:line="414" w:lineRule="exact" w:before="24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夏為天子十有餘世，殷為天子二十餘世，周為天子</w:t>
      </w:r>
    </w:p>
    <w:p>
      <w:pPr>
        <w:autoSpaceDN w:val="0"/>
        <w:autoSpaceDE w:val="0"/>
        <w:widowControl/>
        <w:spacing w:line="362" w:lineRule="exact" w:before="2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三十餘世，秦為天子二世而亡。人性不甚相遠也，何三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代之君，有道之長，而秦無道之暴也？其故可知也。古</w:t>
      </w:r>
    </w:p>
    <w:p>
      <w:pPr>
        <w:autoSpaceDN w:val="0"/>
        <w:autoSpaceDE w:val="0"/>
        <w:widowControl/>
        <w:spacing w:line="346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18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之王者，太子迺生，固舉以禮，使士負之，有司齊肅端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冕，見于天也；過闕則下，過廟則趍，孝子之道也。故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自為赤子，而教固已行矣。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（卷十六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漢書四）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(Trong sớ dâng lên Hán Văn Đế, Giả Nghị viết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rằng:) Thiên tử của nhà Hạ truyền đƣợc hơn mƣời đời,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tử của nhà Ân cũng truyền đƣợc hơn hai mƣơi đời,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tử của nhà Chu còn truyền đến tận hơn ba mƣơi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đời, nhƣng thiên tử của nhà Tần chỉ truyền đến đời thứ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hai đã bị diệt vong. Sự khác biệt trong bản tính vốn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con ngƣời không lớn, vậy vì đâu mà bậc quân chủ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ba nhà Hạ – Thƣơng – Chu trị quốc lại có đạo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bền lâu, còn nhà Tần lại vô đạo, để rồi bỗng chốc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diệt vong vậy? Nguyên nhân đó có thể biết đƣợc.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xƣa kia, khi thái tử vừa sinh ra đời, liền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hành vi cử chỉ phù hợp với lễ pháp để nêu gƣơng.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ngƣời cõng thái tử trên lƣng và các quan viên cung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nghiêm trang, mũ áo chỉnh tề, tế lễ đất trời;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ngang qua lầu khuê các trƣớc cung điện, liền xuống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ngựa xe mà đi bộ để bày tỏ tâm lễ phép, còn khi bƣớc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tông miếu lại cung kính và bƣớc ngắn mà nhanh,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đạo lý mà ngƣời con hiếu thảo phải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theo. Bởi vậy, khi thái tử vẫn còn là trẻ sơ sinh,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dục đã đƣợc thực thi.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4.) </w:t>
      </w:r>
    </w:p>
    <w:p>
      <w:pPr>
        <w:autoSpaceDN w:val="0"/>
        <w:autoSpaceDE w:val="0"/>
        <w:widowControl/>
        <w:spacing w:line="346" w:lineRule="exact" w:before="5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凡三王教世子，必以禮樂。樂所以脩內也，禮所以</w:t>
      </w:r>
    </w:p>
    <w:p>
      <w:pPr>
        <w:autoSpaceDN w:val="0"/>
        <w:autoSpaceDE w:val="0"/>
        <w:widowControl/>
        <w:spacing w:line="282" w:lineRule="exact" w:before="84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修外也。禮樂交錯於中，發形於外。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vị vua: Hạ Vũ, Thƣơng Thang và Chu Văn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Vƣơng, khi dạy dỗ thế tử, đều xem lễ nhạc là những bài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bắt buộc. Nhạc là để trau dồi và hun đúc tâm tính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nội tại, trong khi Lễ lại chấn chỉnh một cách nghiêm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khắc hành vi và cử chỉ bên ngoài. Khi việc tu dƣỡng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giữa Lễ và Nhạc cùng hòa quyện trong nội tâm,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sẽ biểu hiện ra hành vi bên ngoài.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 ~ </w:t>
      </w:r>
    </w:p>
    <w:p>
      <w:pPr>
        <w:autoSpaceDN w:val="0"/>
        <w:autoSpaceDE w:val="0"/>
        <w:widowControl/>
        <w:spacing w:line="280" w:lineRule="exact" w:before="304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石碏諫曰：『臣聞愛子，教之以義方，弗納于邪。</w:t>
      </w:r>
    </w:p>
    <w:p>
      <w:pPr>
        <w:autoSpaceDN w:val="0"/>
        <w:autoSpaceDE w:val="0"/>
        <w:widowControl/>
        <w:spacing w:line="376" w:lineRule="exact" w:before="10" w:after="13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驕、奢、淫、泆，所自邪也。四者之來，寵祿過也。』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357.9999999999998" w:type="dxa"/>
      </w:tblPr>
      <w:tblGrid>
        <w:gridCol w:w="3465"/>
        <w:gridCol w:w="3465"/>
      </w:tblGrid>
      <w:tr>
        <w:trPr>
          <w:trHeight w:hRule="exact" w:val="640"/>
        </w:trPr>
        <w:tc>
          <w:tcPr>
            <w:tcW w:type="dxa" w:w="31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（後補卷四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春秋左氏傳上）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phu Thạch Thƣớc khi khuyên giải Vệ Trang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Công, đã nói rằng: “Thần nghe nói, nếu thực sự thƣơng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con cái thì phải đem đạo nghĩa mà dạy dỗ, để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không bƣớc vào con đƣờng xấu ác. Ngạo mạn, xa </w:t>
      </w:r>
    </w:p>
    <w:p>
      <w:pPr>
        <w:autoSpaceDN w:val="0"/>
        <w:autoSpaceDE w:val="0"/>
        <w:widowControl/>
        <w:spacing w:line="346" w:lineRule="exact" w:before="3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xỉ, phóng túng và buông thả tất sẽ đi vào nẻo đƣờng tà.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Nguồn gốc của bốn bản tính xấu xa này là từ việc ban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ân sủng và sự giàu sang quá mức mà ra.”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(Bổ sung cuốn 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Thị Truyện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Thƣợng.)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 ~ </w:t>
      </w:r>
    </w:p>
    <w:p>
      <w:pPr>
        <w:autoSpaceDN w:val="0"/>
        <w:autoSpaceDE w:val="0"/>
        <w:widowControl/>
        <w:spacing w:line="282" w:lineRule="exact" w:before="298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袞病困，令世子曰：『汝幼少，未聞義方，早為人</w:t>
      </w:r>
    </w:p>
    <w:p>
      <w:pPr>
        <w:autoSpaceDN w:val="0"/>
        <w:autoSpaceDE w:val="0"/>
        <w:widowControl/>
        <w:spacing w:line="364" w:lineRule="exact" w:before="0" w:after="0"/>
        <w:ind w:left="30" w:right="9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君，但知樂不知苦，必將以驕奢為失也。接大臣，務以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禮；雖非大臣，老者猶宜答拜；事兄以敬，恤弟以慈。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兄弟有不良之行，當造膝諫之；諫之不從，流涕喻之；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喻之不改，乃白其母；若猶不改，當以奏聞，並辭國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土。與其守寵罹禍，不若貧賤全身也，此亦謂大罪惡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耳。其微過細愆，故當奄覆之。嗟乎！小子，慎脩乃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身，奉 聖朝以忠貞，事太妃以孝敬。閨闈之內，奉令於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太妃；閫閾之外，受教於沛王。無怠乃心，以慰余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508"/>
        </w:trPr>
        <w:tc>
          <w:tcPr>
            <w:tcW w:type="dxa" w:w="34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靈。』 </w:t>
            </w:r>
          </w:p>
          <w:p>
            <w:pPr>
              <w:autoSpaceDN w:val="0"/>
              <w:autoSpaceDE w:val="0"/>
              <w:widowControl/>
              <w:spacing w:line="414" w:lineRule="exact" w:before="614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  <w:u w:val="single"/>
              </w:rPr>
              <w:t>Việt ngữ: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45.99999999999966" w:type="dxa"/>
            </w:tblPr>
            <w:tblGrid>
              <w:gridCol w:w="1727"/>
              <w:gridCol w:w="1727"/>
            </w:tblGrid>
            <w:tr>
              <w:trPr>
                <w:trHeight w:hRule="exact" w:val="876"/>
              </w:trPr>
              <w:tc>
                <w:tcPr>
                  <w:tcW w:type="dxa" w:w="186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2" w:lineRule="exact" w:before="292" w:after="0"/>
                    <w:ind w:left="44" w:right="44" w:firstLine="0"/>
                    <w:jc w:val="lef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（卷二十六 </w:t>
                  </w:r>
                </w:p>
              </w:tc>
              <w:tc>
                <w:tcPr>
                  <w:tcW w:type="dxa" w:w="1544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2" w:lineRule="exact" w:before="292" w:after="0"/>
                    <w:ind w:left="6" w:right="6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魏志下） </w:t>
                  </w:r>
                </w:p>
              </w:tc>
            </w:tr>
          </w:tbl>
          <w:p/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402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Tào Cổn bệnh nặng, ông răn dạy ngƣời con trai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 tục ngôi vua rằng: “Con tuổi còn nhỏ, vẫn chƣa hiểu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lý xử thế và làm ngƣời. Trở thành bậc quân vƣơng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quá sớm, nếu chỉ biết hƣởng lạc mà không biết chịu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khổ, tất sẽ vì ngạo mạn và xa xỉ mà phạm nhiều tội lỗi.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đón tiếp đại thần, con buộc phải tôn trọng lễ nghĩa,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không phải là đại thần, nhƣng với bậc trƣởng bối cao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niên cũng phải nên vái lạy đáp lễ; khi phụng sự huynh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trƣởng phải cung kính, khi chăm sóc các em thì phải nhân </w:t>
      </w:r>
    </w:p>
    <w:p>
      <w:pPr>
        <w:autoSpaceDN w:val="0"/>
        <w:autoSpaceDE w:val="0"/>
        <w:widowControl/>
        <w:spacing w:line="346" w:lineRule="exact" w:before="3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04" w:right="10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ái. Trong các huynh đệ, nếu có hành vi không đẹp,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bên họ mà thẳng thắn khuyên bảo từ tận đáy lòng;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bảo mà họ vẫn không nghe, hãy khuyên nhủ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nƣớc mắt; khi khuyên nhủ mà họ vẫn không sửa đổi,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thì phải bẩm báo với mẫu thân của họ. Nếu họ vẫn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cứng đầu, phải dâng sớ lên thiên tử để tịch thu lại đất đai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 phong tặng. So với việc vì giữ lấy ân sủng mà gặp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họa, thì chịu cảnh nghèo hèn mà giữ đƣợc mạng sống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vẫn hơn. Đƣơng nhiên, đây là nói đến những tội lỗi lớn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thôi. Còn với những lỗi lầm nhỏ, phải che giấu cho họ.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Hỡi ôi, con trai! Phải cẩn trọng mà tu dƣỡng bản thân,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phụng sự triều đình phải trung thành kiên trinh, khi phụng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dƣỡng thái phi phải hiếu thuận cung kính. Việc trong nhà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nên nghe lời chỉ dạy của thái phi, còn việc bên ngoài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nên tiếp thu lời dạy của bá phụ Phái Vƣơng.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để tâm mình bê trễ, hãy lấy điều này để an ủi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linh hồn cha.” </w:t>
      </w:r>
    </w:p>
    <w:p>
      <w:pPr>
        <w:autoSpaceDN w:val="0"/>
        <w:autoSpaceDE w:val="0"/>
        <w:widowControl/>
        <w:spacing w:line="400" w:lineRule="exact" w:before="242" w:after="0"/>
        <w:ind w:left="90" w:right="9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368" w:lineRule="exact" w:before="2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D. Phu phụ [Mối quan hệ vợ chồng] </w:t>
      </w:r>
    </w:p>
    <w:p>
      <w:pPr>
        <w:autoSpaceDN w:val="0"/>
        <w:autoSpaceDE w:val="0"/>
        <w:widowControl/>
        <w:spacing w:line="416" w:lineRule="exact" w:before="238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500"/>
        <w:gridCol w:w="3500"/>
      </w:tblGrid>
      <w:tr>
        <w:trPr>
          <w:trHeight w:hRule="exact" w:val="472"/>
        </w:trPr>
        <w:tc>
          <w:tcPr>
            <w:tcW w:type="dxa" w:w="31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關關雎鳩，在河之洲。</w:t>
            </w:r>
          </w:p>
        </w:tc>
        <w:tc>
          <w:tcPr>
            <w:tcW w:type="dxa" w:w="34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6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興也。關關，和聲也。雎鳩，王雎也。鳥摯而有別，后</w:t>
            </w:r>
          </w:p>
        </w:tc>
      </w:tr>
    </w:tbl>
    <w:p>
      <w:pPr>
        <w:autoSpaceDN w:val="0"/>
        <w:autoSpaceDE w:val="0"/>
        <w:widowControl/>
        <w:spacing w:line="140" w:lineRule="exact" w:before="28" w:after="11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妃悅樂君子之德，無不和諧，又不淫其色，若雎鳩之有別焉，然後可以風化天下。夫婦有別，則父子親。父子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500"/>
        <w:gridCol w:w="3500"/>
      </w:tblGrid>
      <w:tr>
        <w:trPr>
          <w:trHeight w:hRule="exact" w:val="448"/>
        </w:trPr>
        <w:tc>
          <w:tcPr>
            <w:tcW w:type="dxa" w:w="66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親，則君臣敬。君臣敬，則朝廷正。朝廷正，則王化成也。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窈窕淑女，君子好仇。</w:t>
            </w:r>
          </w:p>
        </w:tc>
        <w:tc>
          <w:tcPr>
            <w:tcW w:type="dxa" w:w="2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窈</w:t>
            </w:r>
          </w:p>
        </w:tc>
      </w:tr>
    </w:tbl>
    <w:p>
      <w:pPr>
        <w:autoSpaceDN w:val="0"/>
        <w:autoSpaceDE w:val="0"/>
        <w:widowControl/>
        <w:spacing w:line="138" w:lineRule="exact" w:before="30" w:after="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窕，幽閑也。淑，善也。仇，逑也（仇，逑也，作仇，匹也）。后妃有關雎之德，是幽閑貞專之善女，宜為君</w:t>
      </w:r>
    </w:p>
    <w:p>
      <w:pPr>
        <w:autoSpaceDN w:val="0"/>
        <w:autoSpaceDE w:val="0"/>
        <w:widowControl/>
        <w:spacing w:line="140" w:lineRule="exact" w:before="226" w:after="26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子仇逑也。（仇逑也，作匹逑也）。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500"/>
        <w:gridCol w:w="3500"/>
      </w:tblGrid>
      <w:tr>
        <w:trPr>
          <w:trHeight w:hRule="exact" w:val="722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 </w:t>
            </w:r>
          </w:p>
        </w:tc>
        <w:tc>
          <w:tcPr>
            <w:tcW w:type="dxa" w:w="12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毛詩） </w:t>
            </w:r>
          </w:p>
        </w:tc>
      </w:tr>
    </w:tbl>
    <w:p>
      <w:pPr>
        <w:autoSpaceDN w:val="0"/>
        <w:autoSpaceDE w:val="0"/>
        <w:widowControl/>
        <w:spacing w:line="346" w:lineRule="exact" w:before="178" w:after="0"/>
        <w:ind w:left="3302" w:right="330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6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bãi bồi, đôi chim thƣ cƣu đậu trên cành cùng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nhau hót và phát ra hợp âm kruan kruan. Ngƣời con gái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nhu mì thiện lƣơng đó mới là ngƣời bạn đời lý tƣởng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của bậc quân tử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12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Mao Thi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PHẢN THÂN [KIỂM ĐIỂM BẢN THÂN] </w:t>
      </w:r>
    </w:p>
    <w:p>
      <w:pPr>
        <w:autoSpaceDN w:val="0"/>
        <w:autoSpaceDE w:val="0"/>
        <w:widowControl/>
        <w:spacing w:line="390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31 ~ </w:t>
      </w:r>
    </w:p>
    <w:p>
      <w:pPr>
        <w:autoSpaceDN w:val="0"/>
        <w:autoSpaceDE w:val="0"/>
        <w:widowControl/>
        <w:spacing w:line="282" w:lineRule="exact" w:before="288" w:after="0"/>
        <w:ind w:left="102" w:right="10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，非馬更異。教民亦然也。故遇禹、湯則為良</w:t>
      </w:r>
    </w:p>
    <w:p>
      <w:pPr>
        <w:autoSpaceDN w:val="0"/>
        <w:autoSpaceDE w:val="0"/>
        <w:widowControl/>
        <w:spacing w:line="364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民，遭桀、紂則為凶頑，治使然也。故善治國者，不尤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斯民而罪諸己，不責諸下而求諸身。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政要論）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Ngựa ở nơi Ngô Phản này, khi ngƣời bình thƣờng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cƣỡi chỉ là con ngựa kém cỏi, nhƣng khi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Bá Lạc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13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cƣỡi lại trở thành tuấn mã, đây không phải do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biệt đến từ ngựa (mà do sự khác biệt của ngƣời </w:t>
      </w:r>
    </w:p>
    <w:p>
      <w:pPr>
        <w:autoSpaceDN w:val="0"/>
        <w:autoSpaceDE w:val="0"/>
        <w:widowControl/>
        <w:spacing w:line="310" w:lineRule="exact" w:before="148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12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Quan hệ giữa vợ và chồng là điểm khởi đầu của ngũ luân, khi kết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hôn với ngƣời con gái có đức hạnh, rồi mới có thể giáo hóa thiên hạ,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bởi vậy ngài Văn Vƣơng đã nghĩ về điều này khi tìm kiếm ngƣời con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gái hiền thục giúp ông trị vì đất nƣớc. </w:t>
      </w:r>
    </w:p>
    <w:p>
      <w:pPr>
        <w:autoSpaceDN w:val="0"/>
        <w:autoSpaceDE w:val="0"/>
        <w:widowControl/>
        <w:spacing w:line="318" w:lineRule="exact" w:before="20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13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Bá Lạc là ngƣời chuyên thuần hóa ngựa và nổi tiếng về biệt tài xem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ngựa vào thời kỳ Xuân Thu.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cƣỡi chúng). Việc giáo hóa nhân dân cũng có cùng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lý đó. Do vậy, khi ngƣời dân gặp đƣợc bậc minh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nhƣ Đại Vũ và vua Thang, họ là những ngƣời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lƣơng thiện, nhƣng khi gặp kẻ bạo chúa nhƣ Hạ Kiệt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Trụ lại trở thành ngƣời dân hung dữ, ngu muội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ngoan cố, đây chính là do việc trị vì khác nhau đã tạo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 nhƣ vậy. Cho nên, một quân chủ giỏi việc trị quốc,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trách tội thần dân của mình mà kiểm điểm lỗi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lầm của bản thân; cũng sẽ không trách mắng cấp dƣới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thay vào đó nhìn nhận lại chính mình.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 ~ </w:t>
      </w:r>
    </w:p>
    <w:p>
      <w:pPr>
        <w:autoSpaceDN w:val="0"/>
        <w:autoSpaceDE w:val="0"/>
        <w:widowControl/>
        <w:spacing w:line="374" w:lineRule="exact" w:before="232" w:after="0"/>
        <w:ind w:left="96" w:right="9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君能為善，則吏必能為善矣；吏能為善，則民必</w:t>
      </w:r>
    </w:p>
    <w:p>
      <w:pPr>
        <w:autoSpaceDN w:val="0"/>
        <w:autoSpaceDE w:val="0"/>
        <w:widowControl/>
        <w:spacing w:line="364" w:lineRule="exact" w:before="0" w:after="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能為善矣。故民之不善，吏之罪也；吏之不善，君之過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也。嗚呼！戒之戒之！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484"/>
        </w:trPr>
        <w:tc>
          <w:tcPr>
            <w:tcW w:type="dxa" w:w="35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0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賈子）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bậc quân vƣơng có thể hành thiện, vậy thì quan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viên chắc chắn có thể hành thiện; khi quan viên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thiện, muôn dân cũng chắc chắn có thể hành thiện.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khi muôn dân bất thiện, đây là tội của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viên; còn khi quan viên bất thiện, đây là lỗi của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vƣơng. Than ôi! Đối với việc này, cảnh giác rồi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giác hơn!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Giả Tử.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愛人者，則人愛之；惡人者，則人惡之。知得之</w:t>
      </w:r>
    </w:p>
    <w:p>
      <w:pPr>
        <w:autoSpaceDN w:val="0"/>
        <w:autoSpaceDE w:val="0"/>
        <w:widowControl/>
        <w:spacing w:line="364" w:lineRule="exact" w:before="2" w:after="1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己者，則知得之人。所謂不出環堵之室，而知天下者，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知反己之謂也。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 </w:t>
            </w:r>
          </w:p>
        </w:tc>
        <w:tc>
          <w:tcPr>
            <w:tcW w:type="dxa" w:w="17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孔子家語）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biết yêu ngƣời sẽ đƣợc ngƣời yêu lại và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căm ghét ngƣời sẽ bị ngƣời căm ghét lại. Khi biết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 tu thân tốt, tất sẽ biết có thể nhận đƣợc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ủng hộ của quần chúng. Có câu nói rằng: “Dẫu không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khỏi mái nhà mà vẫn hiểu đƣợc thiên hạ.” Ý muốn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biết quay đầu để tu dƣỡng bản thân vậy.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 ~ </w:t>
      </w:r>
    </w:p>
    <w:p>
      <w:pPr>
        <w:autoSpaceDN w:val="0"/>
        <w:autoSpaceDE w:val="0"/>
        <w:widowControl/>
        <w:spacing w:line="280" w:lineRule="exact" w:before="300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古之大君子，修身治人，先正其心，自得而已</w:t>
      </w:r>
    </w:p>
    <w:p>
      <w:pPr>
        <w:autoSpaceDN w:val="0"/>
        <w:autoSpaceDE w:val="0"/>
        <w:widowControl/>
        <w:spacing w:line="364" w:lineRule="exact" w:before="2" w:after="10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矣。能自得，則無不得矣；茍自失，則無不失矣。無不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得者，治天下有餘。故否則保身居正，終年不失其和；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達則兼善天下，物無不得其所。無不失者，營妻子不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足。故否則是己非人，而禍逮乎其身；達則縱情用物，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而殃及乎天下。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14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anh minh thời xƣa, khi tu dƣỡng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hay trị vì muôn dân, trƣớc tiên đều chấn chỉnh </w:t>
      </w:r>
    </w:p>
    <w:p>
      <w:pPr>
        <w:autoSpaceDN w:val="0"/>
        <w:autoSpaceDE w:val="0"/>
        <w:widowControl/>
        <w:spacing w:line="346" w:lineRule="exact" w:before="2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 tƣởng của chính mình, khiến bản thân luôn ở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đạo. Nếu chính mình giữ gìn đƣợc chính đạo,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bất cứ việc gì đều có thể đúng mực; còn giả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để mất đi chính đạo, khi làm bất kỳ việc gì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đều không hợp tình hợp lý. Khi làm việc mà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chính đạo và đúng mực, họ tất sẽ có dƣ sức để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thiên hạ. Do vậy, khi thời thế không thuận, họ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bảo toàn tính mạng, giữ vững chính đạo và tiếp tục duy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trì đƣợc sự ôn hòa và thân ái; còn khi thời thế thuận lợi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có thể mang lợi ích cho toàn thiên hạ và khiến tất cả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– sự – vật đều đƣợc ổn thỏa. Giả nhƣ làm việc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 rời chính đạo và không đúng mực, vậy thì việc nuôi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vợ dạy con cũng còn chƣa xong. Bởi vậy (bậc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mà đánh mất chính đạo), khi thời thế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 thì khẳng định bản thân và đi trách cứ ngƣời,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 chiêu cảm tai họa giáng xuống thân mình; còn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thế hanh thông lại phóng túng theo dục vọng,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phung phí vô độ và gây ra tai họa cho thiên hạ.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 ~ </w:t>
      </w:r>
    </w:p>
    <w:p>
      <w:pPr>
        <w:autoSpaceDN w:val="0"/>
        <w:autoSpaceDE w:val="0"/>
        <w:widowControl/>
        <w:spacing w:line="280" w:lineRule="exact" w:before="302" w:after="42"/>
        <w:ind w:left="102" w:right="10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原天命，治心術，理好惡，適情性，而治道畢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716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矣。原天命，則不惑禍福，不惑禍福，則動靜脩理矣；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治心術，則不妄喜怒，不妄喜怒，則賞罰不阿矣；理好</w:t>
            </w:r>
          </w:p>
        </w:tc>
      </w:tr>
      <w:tr>
        <w:trPr>
          <w:trHeight w:hRule="exact" w:val="362"/>
        </w:trPr>
        <w:tc>
          <w:tcPr>
            <w:tcW w:type="dxa" w:w="56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惡，則不貪無用，不貪無用，則不以物害性矣</w:t>
            </w:r>
          </w:p>
        </w:tc>
        <w:tc>
          <w:tcPr>
            <w:tcW w:type="dxa" w:w="11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（本書不以物害性</w:t>
            </w:r>
          </w:p>
        </w:tc>
      </w:tr>
    </w:tbl>
    <w:p>
      <w:pPr>
        <w:autoSpaceDN w:val="0"/>
        <w:autoSpaceDE w:val="0"/>
        <w:widowControl/>
        <w:spacing w:line="352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矣作不害物性）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。適情性，則欲不過節，欲不過節，則養性知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足矣。四者不求於外，不假於人，反諸己而已。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590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（卷八 </w:t>
            </w:r>
          </w:p>
        </w:tc>
        <w:tc>
          <w:tcPr>
            <w:tcW w:type="dxa" w:w="17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韓詩外傳） </w:t>
            </w:r>
          </w:p>
        </w:tc>
      </w:tr>
    </w:tbl>
    <w:p>
      <w:pPr>
        <w:autoSpaceDN w:val="0"/>
        <w:autoSpaceDE w:val="0"/>
        <w:widowControl/>
        <w:spacing w:line="346" w:lineRule="exact" w:before="1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Tham chiếu quy luật của tự nhiên để chấn chỉnh tƣ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tƣởng của chính mình, điều chỉnh sự yêu ghét của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để khiến cảm xúc và tâm tính của bản thân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phù hợp và có chừng mực, nhƣ vậy đạo lý trị quốc đã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đủ. Nếu tìm hiểu quy luật của tự nhiên, sẽ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biết duyên khởi và quy luật pháp triển của họa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phúc, khi hiểu rõ nguồn gốc và quy luật pháp triển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họa phúc, vậy thì hành động hay dừng bƣớc đều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xác đáng và phù hợp. Nếu tu sửa nội tâm của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mình, sẽ không vui mừng hay nóng giận thất thƣờng,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không vui mừng hay nóng giận thất thƣờng,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thƣởng phạt mới không thiên vị. Nếu kiểm soát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cảm yêu ghét của chính mình, tất sẽ không tham thú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đồ vật vô dụng, khi không tham thú đồ vật vô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dụng, tất sẽ không bị những vật ngoài thân gây tổn hại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bản tính vốn có. Nếu giữ cho cảm xúc và tâm tính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mình đƣợc đúng mực, dục vọng sẽ không bị vƣợt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quá giới hạn, khi dục vọng không bị vƣợt quá giới hạn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có thể vun bồi tâm tính và biết đủ. Bốn phƣơng diện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không phải tìm kiếm ở bên ngoài, cũng không cần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tìm trợ giúp từ ngƣời khác, chỉ cần quay đầu và nhìn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lại bản thân mà thôi.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Thi Ngoại Truyện.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36 ~ </w:t>
      </w:r>
    </w:p>
    <w:p>
      <w:pPr>
        <w:autoSpaceDN w:val="0"/>
        <w:autoSpaceDE w:val="0"/>
        <w:widowControl/>
        <w:spacing w:line="282" w:lineRule="exact" w:before="29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傳曰：『審好惡，理情性，而王道畢矣。』能盡</w:t>
      </w:r>
    </w:p>
    <w:p>
      <w:pPr>
        <w:autoSpaceDN w:val="0"/>
        <w:autoSpaceDE w:val="0"/>
        <w:widowControl/>
        <w:spacing w:line="280" w:lineRule="exact" w:before="8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其性，然後能盡人物之性；能盡人物之性，可以贊天地</w:t>
      </w:r>
    </w:p>
    <w:p>
      <w:pPr>
        <w:autoSpaceDN w:val="0"/>
        <w:autoSpaceDE w:val="0"/>
        <w:widowControl/>
        <w:spacing w:line="346" w:lineRule="exact" w:before="2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18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之化。治性之道，必審己之所有餘，而強其所不足。蓋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聰明疏通者戒於大察；寡聞少見者戒於雍蔽；勇猛剛強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者戒於大暴；仁愛溫良者戒於無斷；湛靜安舒者戒於後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時；廣心浩大者戒於遺忘。必審己之所當戒，而齊之以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義，然後中和之化應，而巧偽之徒不敢比周而望進。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04" w:right="20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（後補卷二十 </w:t>
            </w:r>
          </w:p>
        </w:tc>
        <w:tc>
          <w:tcPr>
            <w:tcW w:type="dxa" w:w="1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漢書八）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4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chú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14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nói: “Quan sát tỉ mỉ tính thiện - </w:t>
      </w:r>
    </w:p>
    <w:p>
      <w:pPr>
        <w:autoSpaceDN w:val="0"/>
        <w:tabs>
          <w:tab w:pos="2910" w:val="left"/>
        </w:tabs>
        <w:autoSpaceDE w:val="0"/>
        <w:widowControl/>
        <w:spacing w:line="354" w:lineRule="exact" w:before="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ác của chính mình và điều chỉnh tâm tính, theo đó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 trị nƣớc bởi đức hạnh (vƣơng đạo) đã đƣợc hoàn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 rồi.” (Sau khi điều chỉnh tâm tính) tất có thể gợi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mở và phát huy hoàn toàn thiên tính của chính mình, kế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sẽ có thể sáng tỏ và phát huy thiên tính của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vạn vật. Khi sáng tỏ và phát huy thiên tính của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vạn vật tất có thể trợ giúp đất trời giáo hóa vạn vật.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điều chỉnh tâm tính nhất định phải nhận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 đƣợc điểm mạnh của chính mình, để sau đó ra sức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bù đắp những nhƣợc điểm của bản thân. Thông thƣờng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nói, ngƣời thông minh và am hiểu, phải cảnh giác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 khắc quá mức trong khi ngƣời không hiểu biết sâu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rộng phải tránh bị trì trệ và bế tắc; ngƣời dũng mãnh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kiên cƣờng phải tránh việc thô bạo quá mức trong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khoan dung nhân ái, ôn hòa lƣơng thiện phải cảnh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giác việc không đủ quyết đoán; ngƣời bình tĩnh an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hành động thong thả, phải đề phòng việc bỏ lỡ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cơ trong khi ngƣời có tấm lòng rộng mở phải cảnh giác </w:t>
      </w:r>
      <w:r>
        <w:br/>
      </w:r>
      <w:r>
        <w:tab/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14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Cuốn sách Hàn Thi Ngoại Truyện đƣợc biên soạn bởi Hàn Anh.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tránh bị lơ đễnh công việc. Nhất định phải nhận thức tỉ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mỉ những điểm mà bản thân cần phải thận trọng, đồng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dùng đạo nghĩa để điều chỉnh chính mình. Có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mới có thể khiến cảm xúc đƣợc ôn hòa và có chừng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mực, còn những kẻ nịnh bợ giả dối cũng không dám câu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kết để cùng mƣu cầu tƣ lợi, mƣu đồ đƣợc thăng tiến.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(Bổ sung cuốn 20.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8)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37 ~ </w:t>
      </w:r>
    </w:p>
    <w:p>
      <w:pPr>
        <w:autoSpaceDN w:val="0"/>
        <w:autoSpaceDE w:val="0"/>
        <w:widowControl/>
        <w:spacing w:line="280" w:lineRule="exact" w:before="302" w:after="0"/>
        <w:ind w:left="102" w:right="10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孔子曰：『君子者盂也，民者水也。盂方則水</w:t>
      </w:r>
    </w:p>
    <w:p>
      <w:pPr>
        <w:autoSpaceDN w:val="0"/>
        <w:autoSpaceDE w:val="0"/>
        <w:widowControl/>
        <w:spacing w:line="282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方，盂圓則水圓。』上何好而民不從？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“Bậc quân vƣơng tựa thể chiếc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bình chứa, ngƣời dân lại tựa nhƣ nƣớc. Bình chứa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vuông, vậy nƣớc sẽ hiện ra hình vuông và nếu bình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chứa là hình tròn, nƣớc cũng sẽ hiện ra hình tròn.”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trên có sở thích gì mà muôn dân lại không học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chạy theo chứ?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38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上求材，臣殘木；上求魚，臣乾谷；上求楫，而下</w:t>
      </w:r>
    </w:p>
    <w:p>
      <w:pPr>
        <w:autoSpaceDN w:val="0"/>
        <w:autoSpaceDE w:val="0"/>
        <w:widowControl/>
        <w:spacing w:line="240" w:lineRule="auto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致船；上言若</w:t>
      </w:r>
      <w:r>
        <w:drawing>
          <wp:inline xmlns:a="http://schemas.openxmlformats.org/drawingml/2006/main" xmlns:pic="http://schemas.openxmlformats.org/drawingml/2006/picture">
            <wp:extent cx="217169" cy="18944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169" cy="18944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，下言若綸。上有一善，下有二譽；上</w:t>
      </w:r>
    </w:p>
    <w:p>
      <w:pPr>
        <w:autoSpaceDN w:val="0"/>
        <w:autoSpaceDE w:val="0"/>
        <w:widowControl/>
        <w:spacing w:line="346" w:lineRule="exact" w:before="6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108" w:right="10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502"/>
        <w:gridCol w:w="3502"/>
      </w:tblGrid>
      <w:tr>
        <w:trPr>
          <w:trHeight w:hRule="exact" w:val="496"/>
        </w:trPr>
        <w:tc>
          <w:tcPr>
            <w:tcW w:type="dxa" w:w="2602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有三衰，下有九殺。</w:t>
            </w:r>
          </w:p>
        </w:tc>
        <w:tc>
          <w:tcPr>
            <w:tcW w:type="dxa" w:w="4262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衰殺皆喻儉（儉作踰）也。傳曰：『上之所好，下尤（尤作有）甚</w:t>
            </w:r>
          </w:p>
        </w:tc>
      </w:tr>
    </w:tbl>
    <w:p>
      <w:pPr>
        <w:autoSpaceDN w:val="0"/>
        <w:autoSpaceDE w:val="0"/>
        <w:widowControl/>
        <w:spacing w:line="138" w:lineRule="exact" w:before="24" w:after="18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焉。』故有九殺也。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502"/>
        <w:gridCol w:w="3502"/>
      </w:tblGrid>
      <w:tr>
        <w:trPr>
          <w:trHeight w:hRule="exact" w:val="532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trên nếu muốn có gỗ, kẻ ở dƣới sẽ hủy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hoại cả rừng cây và khi ngƣời ở trên muốn ăn cá, kẻ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dƣới sẽ tát cạn cả vực nƣớc sâu; ngƣời ở trên nếu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mái chèo, kẻ ở dƣới sẽ dâng hiến cả con thuyền;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ngƣời ở trên chỉ nhƣ một sợi tơ nhỏ, lời kẻ ở dƣới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bện tơ lớn. Khi ngƣời ở trên có một cử chỉ thiện,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ở dƣới sẽ có hai phần ngợi khen và khi ngƣời ở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giảm đƣợc ba phần hoang phí, kẻ ở dƣới sẽ giảm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gấp ba lần. </w:t>
      </w:r>
    </w:p>
    <w:p>
      <w:pPr>
        <w:autoSpaceDN w:val="0"/>
        <w:autoSpaceDE w:val="0"/>
        <w:widowControl/>
        <w:spacing w:line="400" w:lineRule="exact" w:before="240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60" w:lineRule="exact" w:before="260" w:after="0"/>
        <w:ind w:left="170" w:right="17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4. TÔN HIỀN [TRỌNG DỤNG NHÂN TÀI] </w:t>
      </w:r>
    </w:p>
    <w:p>
      <w:pPr>
        <w:autoSpaceDN w:val="0"/>
        <w:autoSpaceDE w:val="0"/>
        <w:widowControl/>
        <w:spacing w:line="388" w:lineRule="exact" w:before="21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39 ~ </w:t>
      </w:r>
    </w:p>
    <w:p>
      <w:pPr>
        <w:autoSpaceDN w:val="0"/>
        <w:autoSpaceDE w:val="0"/>
        <w:widowControl/>
        <w:spacing w:line="296" w:lineRule="exact" w:before="288" w:after="0"/>
        <w:ind w:left="170" w:right="17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古者聖王之為政，列德而尚賢；雖在農</w:t>
      </w:r>
      <w:r>
        <w:rPr>
          <w:rFonts w:ascii="宋体" w:hAnsi="宋体" w:eastAsia="宋体"/>
          <w:b w:val="0"/>
          <w:i w:val="0"/>
          <w:color w:val="000000"/>
          <w:sz w:val="28"/>
        </w:rPr>
        <w:t>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工肆之</w:t>
      </w:r>
    </w:p>
    <w:p>
      <w:pPr>
        <w:autoSpaceDN w:val="0"/>
        <w:autoSpaceDE w:val="0"/>
        <w:widowControl/>
        <w:spacing w:line="364" w:lineRule="exact" w:before="2" w:after="180"/>
        <w:ind w:left="30" w:right="17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人，有能則舉之，高與之爵，重與之祿，任之以事。非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為賢賜也，欲其事之成。故當以德就列，以官服事，以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勞受賞，量功而分祿。故官無常貴，而民無恒賤，有能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則舉之，無能則下之。舉公義，避私怨，故得士。得士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則謀不困，體不勞，名立而功成，美章而惡不生。故尚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賢者，政之本也。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502"/>
        <w:gridCol w:w="3502"/>
      </w:tblGrid>
      <w:tr>
        <w:trPr>
          <w:trHeight w:hRule="exact" w:val="77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3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墨子） </w:t>
            </w:r>
          </w:p>
        </w:tc>
      </w:tr>
    </w:tbl>
    <w:p>
      <w:pPr>
        <w:autoSpaceDN w:val="0"/>
        <w:autoSpaceDE w:val="0"/>
        <w:widowControl/>
        <w:spacing w:line="346" w:lineRule="exact" w:before="310" w:after="0"/>
        <w:ind w:left="3302" w:right="330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6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trị vì triều chính, bậc thánh vƣơng thời xƣa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ngƣời đức độ có đƣợc vị trí xứng đáng và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hiền tài đƣợc tôn trọng, dẫu là ngƣời làm nghề nông,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thủ công hay giao thƣơng, nếu là ngƣời có đức có tài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đƣợc lựa chọn và tiến cử, ban cho họ tƣớc vị rất cao,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cho họ bổng lộc rất hậu hĩnh, đem việc triều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giao phó cho họ. Điều này không chỉ đơn giản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có đức tài rồi ban thƣởng, mà bởi sự cống hiến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có thể thành tựu sự nghiệp. Do vậy, tùy theo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mà đảm nhận chức vị, dựa vào chức vị mà đảm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đƣơng trọng trách để phục vụ đất nƣớc, tùy theo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tích mà đƣợc ban thƣởng và dựa vào công lao để nhận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bổng lộc. Cho nên, quan viên sẽ không mãi mãi tôn quý,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ngƣời dân cũng không một đời thấp hèn, ngƣời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có tài sẽ đƣợc lựa chọn và tiến cử, kẻ bất tài vô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bị miễn nhiệm. Theo việc công mà đề bạt ngƣời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lấy thù riêng để bãi nhiệm họ, do đó mà có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hiền sĩ. Khi (quân vƣơng) có đƣợc bậc hiền tài, mƣu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 không cạn kiệt và thân thể cũng không mỏi mệt,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danh đƣợc tạo lập và sự nghiệp lại đƣợc thành tựu,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cao đẹp đƣợc sáng ngời và điều tà ác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nảy sinh. Bởi vậy mới nói, việc trân trọng hiền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nền tảng của việc trị quốc. </w:t>
      </w:r>
    </w:p>
    <w:p>
      <w:pPr>
        <w:autoSpaceDN w:val="0"/>
        <w:autoSpaceDE w:val="0"/>
        <w:widowControl/>
        <w:spacing w:line="400" w:lineRule="exact" w:before="96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Mặc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2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56 </w:t>
      </w:r>
    </w:p>
    <w:p>
      <w:pPr>
        <w:sectPr>
          <w:pgSz w:w="9072" w:h="13608"/>
          <w:pgMar w:top="464" w:right="96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40 ~ </w:t>
      </w:r>
    </w:p>
    <w:p>
      <w:pPr>
        <w:autoSpaceDN w:val="0"/>
        <w:autoSpaceDE w:val="0"/>
        <w:widowControl/>
        <w:spacing w:line="282" w:lineRule="exact" w:before="138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語曰：『世有亂人，而無亂法。』若使法可專任，</w:t>
      </w:r>
    </w:p>
    <w:p>
      <w:pPr>
        <w:autoSpaceDN w:val="0"/>
        <w:autoSpaceDE w:val="0"/>
        <w:widowControl/>
        <w:spacing w:line="280" w:lineRule="exact" w:before="84" w:after="102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則唐、虞可不須稷、契之佐，殷、周無貴伊、呂之輔矣。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（卷二十五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魏志上）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câu tục ngữ rằng: “Trên đời này, chỉ có nhân tài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trị vì đƣợc đất nƣớc, chứ không có thể chế pháp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lệnh khi tách rời thực tiễn của con ngƣời mà có thể tự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trị quốc.” Nếu việc trị quốc mà có thể chỉ cần dựa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pháp lệnh, vậy thì Đƣờng Nghiêu hay Ngu Thuấn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cần đến sự phò tá của ông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Tắc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15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ông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Tiết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16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 xml:space="preserve">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vua Thƣơng, vua Chu cũng không cần trọng dụng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trợ giúp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 Doãn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17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hay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Thượng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18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nữa rồi. </w:t>
      </w:r>
    </w:p>
    <w:p>
      <w:pPr>
        <w:autoSpaceDN w:val="0"/>
        <w:autoSpaceDE w:val="0"/>
        <w:widowControl/>
        <w:spacing w:line="312" w:lineRule="exact" w:before="36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15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Tiết là một vị quan chuyên trách về canh nông và là ngƣời rất có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đức hạnh ở triều đại Đƣờng – Ngu. Ông cũng đƣợc biết đến với tên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gọi là „Hậu Tắc‟ và cũng chính là tổ tiên của nhà Chu. Ông đƣợc trọng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dụng bởi vua Ngu Thuấn để hƣớng dẫn ngƣời dân trồng trọt canh tác. </w:t>
      </w:r>
    </w:p>
    <w:p>
      <w:pPr>
        <w:autoSpaceDN w:val="0"/>
        <w:autoSpaceDE w:val="0"/>
        <w:widowControl/>
        <w:spacing w:line="318" w:lineRule="exact" w:before="198" w:after="0"/>
        <w:ind w:left="30" w:right="3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16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Tiết là tổ tiên trong truyền thuyết của nhà Thƣơng và là con trai của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Đế Khốc. Trong suốt thời gian trị vì của vua Thuấn, ông đã có công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giúp Hạ Vũ trị thủy và cũng bởi công lao này mà đƣợc phong làm Tƣ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Đồ. </w:t>
      </w:r>
    </w:p>
    <w:p>
      <w:pPr>
        <w:autoSpaceDN w:val="0"/>
        <w:autoSpaceDE w:val="0"/>
        <w:widowControl/>
        <w:spacing w:line="318" w:lineRule="exact" w:before="198" w:after="0"/>
        <w:ind w:left="30" w:right="3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17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Y Doãn là đại thần ở thời đại của vua Thƣơng Thang. Ông phò tá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vua Thành Thang chinh phạt Hạ Kiệt và đƣợc tôn làm A Hành – một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ngƣời nắm quyền lực chính trị. Sau khi vua Thang qua đời, ông tiếp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tục phò tá hai vị vua là Ngoại Bính và Trọng Nhâm. Sau đó Thái Giáp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nối ngôi, nhƣng vì phóng túng quá mức nên đã bị Y Doãn đày đến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Đổng Cung trong ba năm, và rồi Y Doãn lại triệu mời Thái Giáp sau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khi đã hối lỗi quay về để khôi phục ngôi vua.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2" w:lineRule="exact" w:before="1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Ngụy Chí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Thƣợng) </w:t>
      </w:r>
    </w:p>
    <w:p>
      <w:pPr>
        <w:autoSpaceDN w:val="0"/>
        <w:autoSpaceDE w:val="0"/>
        <w:widowControl/>
        <w:spacing w:line="416" w:lineRule="exact" w:before="23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41 ~ </w:t>
      </w:r>
    </w:p>
    <w:p>
      <w:pPr>
        <w:autoSpaceDN w:val="0"/>
        <w:autoSpaceDE w:val="0"/>
        <w:widowControl/>
        <w:spacing w:line="282" w:lineRule="exact" w:before="282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凡治之道，莫如因智；智之道，莫如因賢。譬之猶</w:t>
      </w:r>
    </w:p>
    <w:p>
      <w:pPr>
        <w:autoSpaceDN w:val="0"/>
        <w:autoSpaceDE w:val="0"/>
        <w:widowControl/>
        <w:spacing w:line="280" w:lineRule="exact" w:before="84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相馬而借伯樂也，相玉而借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hyperlink r:id="rId21" w:history="1">
          <w:r>
            <w:rPr>
              <w:rStyle w:val="Hyperlink"/>
            </w:rPr>
            <w:t>猗</w:t>
          </w:r>
        </w:hyperlink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頓也，亦必不過矣。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7"/>
        <w:gridCol w:w="3467"/>
      </w:tblGrid>
      <w:tr>
        <w:trPr>
          <w:trHeight w:hRule="exact" w:val="45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là phƣơng pháp trị quốc, không có gì hơn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dựa vào trí tuệ và việc dựa vào trí tuệ lại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gì hơn việc trọng dụng bậc hiền tài. Cũng giống nhƣ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biết đƣợc ngựa tốt nhất định phải nhờ đến Bá Lạc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muốn lựa chọn đƣợc mỹ ngọc nhất định phải dựa vào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 Đốn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19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nhƣ vậy chắc chắn sẽ không có sai lầm. </w:t>
      </w:r>
    </w:p>
    <w:p>
      <w:pPr>
        <w:autoSpaceDN w:val="0"/>
        <w:autoSpaceDE w:val="0"/>
        <w:widowControl/>
        <w:spacing w:line="426" w:lineRule="exact" w:before="8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42 ~ </w:t>
      </w:r>
    </w:p>
    <w:p>
      <w:pPr>
        <w:autoSpaceDN w:val="0"/>
        <w:autoSpaceDE w:val="0"/>
        <w:widowControl/>
        <w:spacing w:line="280" w:lineRule="exact" w:before="142" w:after="182"/>
        <w:ind w:left="386" w:right="38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絕江者託於船，致遠者託於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hyperlink r:id="rId22" w:history="1">
          <w:r>
            <w:rPr>
              <w:rStyle w:val="Hyperlink"/>
            </w:rPr>
            <w:t>驥</w:t>
          </w:r>
        </w:hyperlink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，霸王者託於賢。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7"/>
        <w:gridCol w:w="3467"/>
      </w:tblGrid>
      <w:tr>
        <w:trPr>
          <w:trHeight w:hRule="exact" w:val="60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（卷三十九 </w:t>
            </w:r>
          </w:p>
        </w:tc>
        <w:tc>
          <w:tcPr>
            <w:tcW w:type="dxa" w:w="18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呂氏春秋）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muốn qua sông phải dựa vào thuyền bè và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muốn đến phƣơng xa phải dựa vào tuấn mã, còn </w:t>
      </w:r>
    </w:p>
    <w:p>
      <w:pPr>
        <w:autoSpaceDN w:val="0"/>
        <w:autoSpaceDE w:val="0"/>
        <w:widowControl/>
        <w:spacing w:line="304" w:lineRule="exact" w:before="90" w:after="0"/>
        <w:ind w:left="30" w:right="40" w:firstLine="0"/>
        <w:jc w:val="both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18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Lã Thƣợng là một nhà chiến lƣợc quân sự và cũng là tƣớng quân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của triều đại nhà Chu. Ông là quốc quân khai quốc của nƣớc Tề. </w:t>
      </w:r>
    </w:p>
    <w:p>
      <w:pPr>
        <w:autoSpaceDN w:val="0"/>
        <w:autoSpaceDE w:val="0"/>
        <w:widowControl/>
        <w:spacing w:line="318" w:lineRule="exact" w:before="20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19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Y Đốn là nhà buôn ngọc giàu có thời Chiến Quốc. Sau này từ „Y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Đốn‟ đƣợc dùng để chỉ ngƣời giàu có nói chung.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58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muốn thành tựu sự nghiệp xƣng bá hay xƣng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phải dựa vào trung thần có đức có tài.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43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夫鳥獸魚猶知假，而況萬乘之主乎，而獨不知比假</w:t>
      </w:r>
    </w:p>
    <w:p>
      <w:pPr>
        <w:autoSpaceDN w:val="0"/>
        <w:autoSpaceDE w:val="0"/>
        <w:widowControl/>
        <w:spacing w:line="364" w:lineRule="exact" w:before="0" w:after="264"/>
        <w:ind w:left="30" w:right="9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天下之英雄俊士，與之為伍，則豈不痛哉！故曰：以明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扶明，則升于天；以明扶闇，則歸其人；兩瞽相扶，不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觸牆木，不陷井阱，則其幸也。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186"/>
        </w:trPr>
        <w:tc>
          <w:tcPr>
            <w:tcW w:type="dxa" w:w="34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70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  <w:u w:val="single"/>
              </w:rPr>
              <w:t>Việt ngữ: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65.99999999999966" w:type="dxa"/>
            </w:tblPr>
            <w:tblGrid>
              <w:gridCol w:w="1727"/>
              <w:gridCol w:w="1727"/>
            </w:tblGrid>
            <w:tr>
              <w:trPr>
                <w:trHeight w:hRule="exact" w:val="714"/>
              </w:trPr>
              <w:tc>
                <w:tcPr>
                  <w:tcW w:type="dxa" w:w="1442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0" w:lineRule="exact" w:before="50" w:after="0"/>
                    <w:ind w:left="0" w:right="0" w:firstLine="0"/>
                    <w:jc w:val="center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（卷八 </w:t>
                  </w:r>
                </w:p>
              </w:tc>
              <w:tc>
                <w:tcPr>
                  <w:tcW w:type="dxa" w:w="1742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0" w:lineRule="exact" w:before="50" w:after="0"/>
                    <w:ind w:left="6" w:right="6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韓詩外傳） </w:t>
                  </w:r>
                </w:p>
              </w:tc>
            </w:tr>
          </w:tbl>
          <w:p/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40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chim chóc, muông thú hay cá bơi dƣới nƣớc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biết dựa vào sức mạnh từ bên ngoài, huống hồ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chủ trong tay có hàng vạn binh mã mà tuyệt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nhiên không biết dựa vào sức mạnh của những anh hùng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bậc hiền sĩ trong thiên hạ để cùng họ chung sức,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sao có thể không khiến ngƣời ta cảm thấy đáng tiếc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chứ! Bởi vậy mới nói, ngƣời có đôi mắt sáng mà trợ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giúp ngƣời sáng mắt, tất có thể vƣơn xa và bay cao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tận tầng mây, còn ngƣời có đôi mắt sáng mà trợ giúp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mù, tất có thể đƣa ngƣời mù trở về nhà; nhƣng cả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hai ngƣời mù mà trợ giúp lẫn nhau, nếu không va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bức tƣờng hay cây cối, không rơi xuống nƣớc hay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hố sâu, cũng đã xem là may mắn rồi.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Thi Ngoại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44 ~ </w:t>
      </w:r>
    </w:p>
    <w:p>
      <w:pPr>
        <w:autoSpaceDN w:val="0"/>
        <w:autoSpaceDE w:val="0"/>
        <w:widowControl/>
        <w:spacing w:line="280" w:lineRule="exact" w:before="300" w:after="0"/>
        <w:ind w:left="164" w:right="16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聞賢而不舉，殆也；聞善而不索，殆也；見能而不</w:t>
      </w:r>
    </w:p>
    <w:p>
      <w:pPr>
        <w:autoSpaceDN w:val="0"/>
        <w:autoSpaceDE w:val="0"/>
        <w:widowControl/>
        <w:spacing w:line="282" w:lineRule="exact" w:before="120" w:after="2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使，殆也；親仁而不固，殆也；同謀而不離，殆也。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502"/>
        <w:gridCol w:w="3502"/>
      </w:tblGrid>
      <w:tr>
        <w:trPr>
          <w:trHeight w:hRule="exact" w:val="64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3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16" w:lineRule="exact" w:before="1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6" w:after="0"/>
        <w:ind w:left="96" w:right="9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ngƣời lãnh đạo biết có bậc hiền tài mà không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dụng, (đất nƣớc hay tổ chức) sẽ hiểm nguy;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nói có ngƣời đức hạnh mà không đến thỉnh giáo họ,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(đất nƣớc hay tổ chức) sẽ hiểm nguy; khi gặp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tài rồi mà không tin dùng, (đất nƣớc hay tổ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chức) sẽ hiểm nguy; khi thân cận ngƣời nhân đức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tin không kiên định, (đất nƣớc hay tổ chức)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hiểm nguy; khi cộng sự mà lại phản bội lẫn nhau, (đất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hay tổ chức) sẽ hiểm nguy. </w:t>
      </w:r>
    </w:p>
    <w:p>
      <w:pPr>
        <w:autoSpaceDN w:val="0"/>
        <w:autoSpaceDE w:val="0"/>
        <w:widowControl/>
        <w:spacing w:line="400" w:lineRule="exact" w:before="260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6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45 ~ </w:t>
      </w:r>
    </w:p>
    <w:p>
      <w:pPr>
        <w:autoSpaceDN w:val="0"/>
        <w:autoSpaceDE w:val="0"/>
        <w:widowControl/>
        <w:spacing w:line="282" w:lineRule="exact" w:before="318" w:after="0"/>
        <w:ind w:left="170" w:right="17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孫子曰：『人主之患，不在於言不用賢，而在於誠</w:t>
      </w:r>
    </w:p>
    <w:p>
      <w:pPr>
        <w:autoSpaceDN w:val="0"/>
        <w:autoSpaceDE w:val="0"/>
        <w:widowControl/>
        <w:spacing w:line="400" w:lineRule="exact" w:before="0" w:after="2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不用賢。言用賢者口也，卻賢者行也；口行反，而欲賢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者之進、不肖之退，不亦難乎？』善哉言也！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502"/>
        <w:gridCol w:w="3502"/>
      </w:tblGrid>
      <w:tr>
        <w:trPr>
          <w:trHeight w:hRule="exact" w:val="62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3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中論）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5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60 </w:t>
      </w:r>
    </w:p>
    <w:p>
      <w:pPr>
        <w:sectPr>
          <w:pgSz w:w="9072" w:h="13608"/>
          <w:pgMar w:top="464" w:right="96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4" w:lineRule="exact" w:before="114" w:after="0"/>
        <w:ind w:left="22" w:right="22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Tuân Tử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20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từng nói: “Tai họa của bậc quân vƣơng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ở việc miệng nói không trọng dụng nhân tài,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nằm ở chỗ không thể thật tâm thật ý trọng dụng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hiền tài. Miệng nói trọng dụng nhân tài, nhƣng trên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tế lại cự tuyệt họ; lời nói và hành động tƣơng phản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mà lại mong chờ bậc hiền sĩ đến và kẻ bất lƣơng 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xa, chẳng phải rất khó hay sao?” Lời này nói mới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nhƣờng nào!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46 ~ </w:t>
      </w:r>
    </w:p>
    <w:p>
      <w:pPr>
        <w:autoSpaceDN w:val="0"/>
        <w:autoSpaceDE w:val="0"/>
        <w:widowControl/>
        <w:spacing w:line="306" w:lineRule="exact" w:before="276" w:after="182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帝者與師處，王者與交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（交作友）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處，亡主與役處。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鶡冠子）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chủ nếu thành tựu ở ngôi vị hoàng đế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ở cùng ngƣời thầy (kính trọng hiền nhân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thầy và cung kính mà học tập từ họ);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chủ nếu thành tựu sự nghiệp trị quốc thƣờng ở cùng bạn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hữu (xem hiền nhân nhƣ bạn hữu và cùng học tập lẫn </w:t>
      </w:r>
    </w:p>
    <w:p>
      <w:pPr>
        <w:autoSpaceDN w:val="0"/>
        <w:autoSpaceDE w:val="0"/>
        <w:widowControl/>
        <w:spacing w:line="306" w:lineRule="exact" w:before="538" w:after="0"/>
        <w:ind w:left="30" w:right="3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20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Tuân Tử (</w:t>
      </w:r>
      <w:r>
        <w:rPr>
          <w:rFonts w:ascii="宋体" w:hAnsi="宋体" w:eastAsia="宋体"/>
          <w:b w:val="0"/>
          <w:i w:val="0"/>
          <w:color w:val="000000"/>
          <w:sz w:val="24"/>
        </w:rPr>
        <w:t>荀子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) hay Tuân Khanh (</w:t>
      </w:r>
      <w:r>
        <w:rPr>
          <w:rFonts w:ascii="宋体" w:hAnsi="宋体" w:eastAsia="宋体"/>
          <w:b w:val="0"/>
          <w:i w:val="0"/>
          <w:color w:val="000000"/>
          <w:sz w:val="24"/>
        </w:rPr>
        <w:t>荀卿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), là một nhà tƣ tƣởng, nhà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văn và nhà chính trị nổi tiếng của nƣớc Triệu ở vào cuối thời kỳ Chiến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Quốc. Vào thời Tây Hán để tránh kị húy với tên của Tuyên Đế Lƣu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Tuân (</w:t>
      </w:r>
      <w:r>
        <w:rPr>
          <w:rFonts w:ascii="宋体" w:hAnsi="宋体" w:eastAsia="宋体"/>
          <w:b w:val="0"/>
          <w:i w:val="0"/>
          <w:color w:val="000000"/>
          <w:sz w:val="24"/>
        </w:rPr>
        <w:t>劉詢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) mà ông đƣợc gọi là Tôn Khanh, bởi vì cách phát âm thời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cổ đại của hai chữ </w:t>
      </w:r>
      <w:r>
        <w:rPr>
          <w:rFonts w:ascii="宋体" w:hAnsi="宋体" w:eastAsia="宋体"/>
          <w:b w:val="0"/>
          <w:i w:val="0"/>
          <w:color w:val="000000"/>
          <w:sz w:val="24"/>
        </w:rPr>
        <w:t>荀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[tuân] và </w:t>
      </w:r>
      <w:r>
        <w:rPr>
          <w:rFonts w:ascii="宋体" w:hAnsi="宋体" w:eastAsia="宋体"/>
          <w:b w:val="0"/>
          <w:i w:val="0"/>
          <w:color w:val="000000"/>
          <w:sz w:val="24"/>
        </w:rPr>
        <w:t>孫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[tôn] giống nhau. </w:t>
      </w:r>
    </w:p>
    <w:p>
      <w:pPr>
        <w:autoSpaceDN w:val="0"/>
        <w:autoSpaceDE w:val="0"/>
        <w:widowControl/>
        <w:spacing w:line="346" w:lineRule="exact" w:before="8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nhau); còn bậc quân chủ mà dẫn đến cảnh nƣớc nhà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diệt vong thƣờng ở cùng đầy tớ của chính mình (xem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 đều là đầy tớ và tự cao tự đại). </w:t>
      </w:r>
    </w:p>
    <w:p>
      <w:pPr>
        <w:autoSpaceDN w:val="0"/>
        <w:autoSpaceDE w:val="0"/>
        <w:widowControl/>
        <w:spacing w:line="426" w:lineRule="exact" w:before="6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Hạt Quan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416" w:lineRule="exact" w:before="8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47 ~ </w:t>
      </w:r>
    </w:p>
    <w:p>
      <w:pPr>
        <w:autoSpaceDN w:val="0"/>
        <w:autoSpaceDE w:val="0"/>
        <w:widowControl/>
        <w:spacing w:line="282" w:lineRule="exact" w:before="140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師臣者帝，賓臣者霸。故武王以大公為師，齊桓以</w:t>
      </w:r>
    </w:p>
    <w:p>
      <w:pPr>
        <w:autoSpaceDN w:val="0"/>
        <w:autoSpaceDE w:val="0"/>
        <w:widowControl/>
        <w:spacing w:line="280" w:lineRule="exact" w:before="84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夷吾為仲父。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7"/>
        <w:gridCol w:w="3467"/>
      </w:tblGrid>
      <w:tr>
        <w:trPr>
          <w:trHeight w:hRule="exact" w:val="44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（卷二十二 </w:t>
            </w:r>
          </w:p>
        </w:tc>
        <w:tc>
          <w:tcPr>
            <w:tcW w:type="dxa" w:w="18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後漢書二） </w:t>
            </w:r>
          </w:p>
        </w:tc>
      </w:tr>
    </w:tbl>
    <w:p>
      <w:pPr>
        <w:autoSpaceDN w:val="0"/>
        <w:autoSpaceDE w:val="0"/>
        <w:widowControl/>
        <w:spacing w:line="414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đối đãi với hạ thần nhƣ ngƣời thầy có thể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xƣng vƣơng và ngƣời đối đãi với hạ thần nhƣ khách quý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xƣng bá. Bởi vậy mà Chu Vũ Vƣơng coi Khƣơng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Công nhƣ ngƣời thầy, còn Tề Hoàn Công lại coi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Quản Trọng nhƣ ngƣời cha. </w:t>
      </w:r>
    </w:p>
    <w:p>
      <w:pPr>
        <w:autoSpaceDN w:val="0"/>
        <w:autoSpaceDE w:val="0"/>
        <w:widowControl/>
        <w:spacing w:line="400" w:lineRule="exact" w:before="24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48 ~ </w:t>
      </w:r>
    </w:p>
    <w:p>
      <w:pPr>
        <w:autoSpaceDN w:val="0"/>
        <w:autoSpaceDE w:val="0"/>
        <w:widowControl/>
        <w:spacing w:line="306" w:lineRule="exact" w:before="274" w:after="0"/>
        <w:ind w:left="102" w:right="10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治國安家，得人者也；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人，謂賢人也。伊尹赴而湯隆，甯戚到而齊興。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亡</w:t>
      </w:r>
    </w:p>
    <w:p>
      <w:pPr>
        <w:autoSpaceDN w:val="0"/>
        <w:autoSpaceDE w:val="0"/>
        <w:widowControl/>
        <w:spacing w:line="308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國破家，失人者也。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微子去而殷滅，伍員奔而楚亡。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是以明君賢臣，屈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己而申人。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7"/>
        <w:gridCol w:w="3467"/>
      </w:tblGrid>
      <w:tr>
        <w:trPr>
          <w:trHeight w:hRule="exact" w:val="606"/>
        </w:trPr>
        <w:tc>
          <w:tcPr>
            <w:tcW w:type="dxa" w:w="35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10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三略）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thịnh nhà an là bởi có bậc hiền tài và nƣớc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mất nhà tan cũng là do để mất họ. Bởi vậy, bậc minh </w:t>
      </w:r>
    </w:p>
    <w:p>
      <w:pPr>
        <w:autoSpaceDN w:val="0"/>
        <w:autoSpaceDE w:val="0"/>
        <w:widowControl/>
        <w:spacing w:line="346" w:lineRule="exact" w:before="2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62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và trung thần dẫu phải chịu thiệt thòi cũng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tài năng của bậc hiền sĩ đƣợc trọng dụng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 nguyện của họ đƣợc thực thi hết mức.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Tam Lược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49 ~ </w:t>
      </w:r>
    </w:p>
    <w:p>
      <w:pPr>
        <w:autoSpaceDN w:val="0"/>
        <w:autoSpaceDE w:val="0"/>
        <w:widowControl/>
        <w:spacing w:line="282" w:lineRule="exact" w:before="29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賢人在上位，則引其類而聚之朝；在下位，則思與</w:t>
      </w:r>
    </w:p>
    <w:p>
      <w:pPr>
        <w:autoSpaceDN w:val="0"/>
        <w:autoSpaceDE w:val="0"/>
        <w:widowControl/>
        <w:spacing w:line="364" w:lineRule="exact" w:before="0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其類俱進。故湯用伊尹，不仁者遠而眾賢至，類相致也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32.0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5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（卷十五 </w:t>
            </w:r>
          </w:p>
        </w:tc>
        <w:tc>
          <w:tcPr>
            <w:tcW w:type="dxa" w:w="11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漢書三)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hiền nhân mà ở trên cao tất sẽ thu hút ngƣời có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đức tài với mình hội tụ ở triều đình, còn khi hiền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mà ở bên dƣới sẽ kỳ vọng ngƣời có cùng đức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mình đều đƣợc trọng dụng. Bởi vậy, khi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Thang trọng dụng Y Doãn, kẻ bất nhân đều rời xa và rất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hiền sĩ lại cùng đến để phò tá ông. Đây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kết quả của việc chiêu cảm lẫn nhau của những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chí hƣớng.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50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鄭簡公謂子產曰：『飲酒之不樂，鐘鼓之不鳴，</w:t>
      </w:r>
    </w:p>
    <w:p>
      <w:pPr>
        <w:autoSpaceDN w:val="0"/>
        <w:autoSpaceDE w:val="0"/>
        <w:widowControl/>
        <w:spacing w:line="306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寡人之任也；國家之不入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（入疑乂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），朝廷之不治，與諸侯</w:t>
      </w:r>
    </w:p>
    <w:p>
      <w:pPr>
        <w:autoSpaceDN w:val="0"/>
        <w:autoSpaceDE w:val="0"/>
        <w:widowControl/>
        <w:spacing w:line="282" w:lineRule="exact" w:before="8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交之不得志，子之任也。』子產治鄭，國無盜賊，道無</w:t>
      </w:r>
    </w:p>
    <w:p>
      <w:pPr>
        <w:autoSpaceDN w:val="0"/>
        <w:autoSpaceDE w:val="0"/>
        <w:widowControl/>
        <w:spacing w:line="346" w:lineRule="exact" w:before="3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2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餓人。孔子曰：『若鄭簡公之好樂，雖抱鐘而朝可也。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』夫用賢，身樂而名附，事少而功多，國治而能逸。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Trịnh Giản Công nói với Tử Sản rằng: “Khi uống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rƣợu mà không tấu nhạc, trống chuông không trỗi,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trách nhiệm của ta. Nhƣng nếu đất nƣớc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nguồn thu, triều đình không đƣợc trị vì thỏa đáng và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kết bang giao với các nƣớc chƣ hầu mà không thể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 nhƣ chí nguyện của ta, đó lại là trách nhiệm của 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rồi.” Khi Tử Sản điều hành nƣớc Trịnh, đất nƣớc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nạn cƣớp bóc, trên đƣờng cũng không có ngƣời đói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khát. Khổng Tử mới nói rằng: “Yêu thích âm nhạc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Trịnh Giản Công thế này, dẫu có ôm chuông trống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 triều cũng còn đƣợc.” Khi giỏi việc trọng dụng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tài, tất sẽ đƣợc an lạc tấm thân mà thanh danh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đến, sự vụ có ít mà thành tựu lại nhiều, đất nƣớc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thịnh trị mà bản thân cũng đƣợc an nhàn.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2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5. NẠP GIÁN [TIẾP NHẬN LỜI KHUYÊN TỪ TRUNG THẦN] </w:t>
      </w:r>
    </w:p>
    <w:p>
      <w:pPr>
        <w:autoSpaceDN w:val="0"/>
        <w:autoSpaceDE w:val="0"/>
        <w:widowControl/>
        <w:spacing w:line="416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51 ~ </w:t>
      </w:r>
    </w:p>
    <w:p>
      <w:pPr>
        <w:autoSpaceDN w:val="0"/>
        <w:autoSpaceDE w:val="0"/>
        <w:widowControl/>
        <w:spacing w:line="306" w:lineRule="exact" w:before="274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至忠逆於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（舊無逆於之於字，補之）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耳、倒於心，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倒亦逆也。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非賢主</w:t>
      </w:r>
    </w:p>
    <w:p>
      <w:pPr>
        <w:autoSpaceDN w:val="0"/>
        <w:autoSpaceDE w:val="0"/>
        <w:widowControl/>
        <w:spacing w:line="308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，其孰能聽之？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聽，受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。故賢主之所說，不肖主之所誅也</w:t>
      </w:r>
    </w:p>
    <w:p>
      <w:pPr>
        <w:autoSpaceDN w:val="0"/>
        <w:autoSpaceDE w:val="0"/>
        <w:widowControl/>
        <w:spacing w:line="306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賢主悅忠言。不肖主反之。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今有樹於此，而欲其美也，人時灌之則</w:t>
      </w:r>
    </w:p>
    <w:p>
      <w:pPr>
        <w:autoSpaceDN w:val="0"/>
        <w:autoSpaceDE w:val="0"/>
        <w:widowControl/>
        <w:spacing w:line="346" w:lineRule="exact" w:before="5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8" w:lineRule="exact" w:before="174" w:after="2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惡之，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惡其灌之者也。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而日伐其根，則必無活樹矣。夫惡聞忠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32"/>
        </w:trPr>
        <w:tc>
          <w:tcPr>
            <w:tcW w:type="dxa" w:w="253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言，自伐之精者也。</w:t>
            </w:r>
          </w:p>
        </w:tc>
        <w:tc>
          <w:tcPr>
            <w:tcW w:type="dxa" w:w="25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精猶甚，甚於伐其根也。 </w:t>
            </w:r>
          </w:p>
        </w:tc>
        <w:tc>
          <w:tcPr>
            <w:tcW w:type="dxa" w:w="182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9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呂氏春秋） </w:t>
            </w:r>
          </w:p>
        </w:tc>
      </w:tr>
      <w:tr>
        <w:trPr>
          <w:trHeight w:hRule="exact" w:val="692"/>
        </w:trPr>
        <w:tc>
          <w:tcPr>
            <w:tcW w:type="dxa" w:w="2310"/>
            <w:vMerge/>
            <w:tcBorders/>
          </w:tcPr>
          <w:p/>
        </w:tc>
        <w:tc>
          <w:tcPr>
            <w:tcW w:type="dxa" w:w="25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（卷三十九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nói trung thực nhất sẽ khiến ngƣời cảm thấy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dễ nghe và không vừa lòng, nếu không phải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minh quân, liệu có ai tiếp nhận đƣợc đây?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mà bậc minh quân yêu mến lại chính là việc mà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hôn quân muốn trừng phạt và diệt trừ. Giả nhƣ nơi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một thân cây, bản thân mong muốn cây nhanh lớn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cành lá xum xuê, thế nhƣng khi ngƣời khác tƣới tắm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đặn, bản thân lại thấy chán ghét việc làm của ngƣời tƣới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cây, đồng thời hàng ngày còn chặt đốn gốc cây, vậy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cây này chắc chắn không sống nổi. Chán ghét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tiếp thu lời khuyên trung thực chính là hành vi tự hủy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hoại bản thân một cách nghiêm trọng nhất!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52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夫明主之聽於群臣，其計可用也，不羞其位；其</w:t>
      </w:r>
    </w:p>
    <w:p>
      <w:pPr>
        <w:autoSpaceDN w:val="0"/>
        <w:autoSpaceDE w:val="0"/>
        <w:widowControl/>
        <w:spacing w:line="364" w:lineRule="exact" w:before="0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言可行也，不責其辯。闇主則不然，信所愛習親近者，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雖邪枉不正，不能見也；疏遠卑賤者，雖竭力盡忠，不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能知也。有言者窮之以辭，有諫者誅之以罪。如此而欲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炤海內、存萬方，是猶塞耳而聽清濁，掩目而視青黃也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，其離聰明亦遠矣。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53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346" w:lineRule="exact" w:before="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chủ hiền minh khi nghe kiến nghị từ quần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thần, nếu kế sách của hạ thần mà khả dụng, họ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địa vị của ngƣời đó thấp kém mà cảm thấy xấu hổ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áp dụng. Nếu đề xuất của hạ thần mà khả thi, họ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yêu cầu ngƣời đó phải văn hay nói giỏi. Kẻ hôn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ngu muội lại không nhƣ vậy, họ tin tƣởng và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vị những kẻ thƣờng hay thân cận với họ, dẫu chúng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gian tà xấu ác, vi phạm kỷ cƣơng và phẩm chất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mẫu mực, nhƣng họ lại không nhận ra. Họ xa cách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ngƣời có địa vị thấp hèn, dẫu có tận trung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phụng hiến tài trí, nhƣng họ lại không hiểu đƣợc. Khi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khuyên giải, họ muốn truy rõ ngọn ngành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đối phƣơng đuối lý và khi có ngƣời thẳng thắn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can, họ lại dùng tội danh nào đó để trừng phạt.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nhƣ vậy mà vẫn muốn hiển vinh trong đất trời, vẫn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vỗ về muôn dân trong thiên hạ, việc này tựa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bịt đôi tai mà đi phân biệt độ trong đục của thanh 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hoặc che đôi mắt lại mà vẫn muốn nhìn tỏ muôn màu.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này thật quá xa vời!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3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53 ~ </w:t>
      </w:r>
    </w:p>
    <w:p>
      <w:pPr>
        <w:autoSpaceDN w:val="0"/>
        <w:autoSpaceDE w:val="0"/>
        <w:widowControl/>
        <w:spacing w:line="280" w:lineRule="exact" w:before="284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明主垂寬容之聽，崇諫爭之官，廣開忠直之路，不</w:t>
      </w:r>
    </w:p>
    <w:p>
      <w:pPr>
        <w:autoSpaceDN w:val="0"/>
        <w:autoSpaceDE w:val="0"/>
        <w:widowControl/>
        <w:spacing w:line="364" w:lineRule="exact" w:before="0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罪狂狷之言。然後百僚在位，竭忠盡謀，不懼後患，朝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廷無諂諛之士，元首無失道之愆。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52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（卷十九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漢書七） </w:t>
            </w:r>
          </w:p>
        </w:tc>
      </w:tr>
    </w:tbl>
    <w:p>
      <w:pPr>
        <w:autoSpaceDN w:val="0"/>
        <w:autoSpaceDE w:val="0"/>
        <w:widowControl/>
        <w:spacing w:line="346" w:lineRule="exact" w:before="1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06" w:right="10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92" w:right="9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vƣơng có thể mở rộng tấm lòng mà lắng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lời can gián từ bên dƣới, trân trọng các quan viên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dám thẳng thắn khuyên can, từ đó khai thông con đƣờng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ngƣời trung thành chính trực đƣợc lên tiếng và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trách tội những lời lẽ mạnh mẽ táo bạo từ bên dƣới.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vậy mới có thể khiến cho bá quan ở triều đình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vững chãi với cƣơng vị của mình mà tận lòng và mƣu trí,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nhƣ không e sợ hậu họa. Sau cùng, triều đình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còn kẻ bợ đỡ a dua mà bậc quân vƣơng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tội lỗi đi ngƣợc với đạo nghĩa. </w:t>
      </w:r>
    </w:p>
    <w:p>
      <w:pPr>
        <w:autoSpaceDN w:val="0"/>
        <w:autoSpaceDE w:val="0"/>
        <w:widowControl/>
        <w:spacing w:line="400" w:lineRule="exact" w:before="244" w:after="0"/>
        <w:ind w:left="92" w:right="9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– Tập 7)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54 ~ </w:t>
      </w:r>
    </w:p>
    <w:p>
      <w:pPr>
        <w:autoSpaceDN w:val="0"/>
        <w:autoSpaceDE w:val="0"/>
        <w:widowControl/>
        <w:spacing w:line="282" w:lineRule="exact" w:before="298" w:after="42"/>
        <w:ind w:left="168" w:right="16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防民之口，甚於防水。水壅而潰，傷人必多，民亦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501"/>
        <w:gridCol w:w="3501"/>
      </w:tblGrid>
      <w:tr>
        <w:trPr>
          <w:trHeight w:hRule="exact" w:val="716"/>
        </w:trPr>
        <w:tc>
          <w:tcPr>
            <w:tcW w:type="dxa" w:w="690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如之。是故為水者，決之使導；為民者，宣之使言。故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民之有口，猶土之有山川也，財用於是乎出；猶其有原</w:t>
            </w:r>
          </w:p>
        </w:tc>
      </w:tr>
      <w:tr>
        <w:trPr>
          <w:trHeight w:hRule="exact" w:val="376"/>
        </w:trPr>
        <w:tc>
          <w:tcPr>
            <w:tcW w:type="dxa" w:w="28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隰衍沃也，衣食於是乎</w:t>
            </w:r>
          </w:p>
        </w:tc>
        <w:tc>
          <w:tcPr>
            <w:tcW w:type="dxa" w:w="40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（舊無出猶至是乎十四字，補之）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生；口之宣言</w:t>
            </w:r>
          </w:p>
        </w:tc>
      </w:tr>
    </w:tbl>
    <w:p>
      <w:pPr>
        <w:autoSpaceDN w:val="0"/>
        <w:autoSpaceDE w:val="0"/>
        <w:widowControl/>
        <w:spacing w:line="344" w:lineRule="exact" w:before="0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也，善敗於是乎興。夫民慮之心，而宣之口，成而行之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。若壅其口，其與能幾何？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501"/>
        <w:gridCol w:w="3501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（卷十一 </w:t>
            </w:r>
          </w:p>
        </w:tc>
        <w:tc>
          <w:tcPr>
            <w:tcW w:type="dxa" w:w="13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史記上）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92" w:right="9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việc cản trở tiếng nói của thần dân, hậu quả </w:t>
      </w:r>
    </w:p>
    <w:p>
      <w:pPr>
        <w:autoSpaceDN w:val="0"/>
        <w:autoSpaceDE w:val="0"/>
        <w:widowControl/>
        <w:spacing w:line="362" w:lineRule="exact" w:before="0" w:after="0"/>
        <w:ind w:left="30" w:right="9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nghiêm trọng hơn việc chặn đứng dòng nƣớc cả.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dòng nƣớc lớn bị chặn và tích trữ lại, một khi vỡ đê,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bị hại chắc chắn sẽ rất nhiều và việc kìm nén </w:t>
      </w:r>
    </w:p>
    <w:p>
      <w:pPr>
        <w:autoSpaceDN w:val="0"/>
        <w:autoSpaceDE w:val="0"/>
        <w:widowControl/>
        <w:spacing w:line="346" w:lineRule="exact" w:before="102" w:after="0"/>
        <w:ind w:left="3302" w:right="330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6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tiếng nói của ngƣời dân cũng có cùng một đạo lý đó.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nên, ngƣời trị thuỷ phải khơi thông dòng chảy,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dòng nƣớc đƣợc lƣu thông; còn ngƣời trị vì muôn dân,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gợi mở để họ nói ra. Do vậy, việc ngƣời dân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miệng cũng giống nhƣ trái đất có núi sông, từ đây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vật chất của loài ngƣời mới đƣợc sinh ra; cũng lại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trái đất có các địa hình trùng điệp hay đồng bằng,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đây mà nguồn tài nguyên cho cơm ăn và áo mặc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loại mới đƣợc sinh ra, nếu có thể để nhân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nói ra từ tận đáy lòng, điểm mạnh hay yếu của nền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trị của một đất nƣớc mới đƣợc hiển lộ một cách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triệt để. Khi ngƣời dân công khai nói ra những điều suy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 trong lòng, ý kiến chín muồi sẽ đƣợc thực thi.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tiếng nói của ngƣời dân bị kìm nén và không đƣợc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ra, làm thế này liệu có đƣợc lâu dài chăng?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55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湯曰：『予有言，人視水視形，視民知治不。』伊</w:t>
      </w:r>
    </w:p>
    <w:p>
      <w:pPr>
        <w:autoSpaceDN w:val="0"/>
        <w:autoSpaceDE w:val="0"/>
        <w:widowControl/>
        <w:spacing w:line="364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尹曰：『明哉！言能聽，道乃進。君國子民，為善者在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王官，勉哉勉哉！』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08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（卷十一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史記上）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Thang nói rằng: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Ta từng nói, ngƣời ta khi soi vào mặt nƣớc có thể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đƣợc dung mạo của chính mình, còn khi thấy tình </w:t>
      </w:r>
    </w:p>
    <w:p>
      <w:pPr>
        <w:autoSpaceDN w:val="0"/>
        <w:autoSpaceDE w:val="0"/>
        <w:widowControl/>
        <w:spacing w:line="346" w:lineRule="exact" w:before="1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cuộc sống của dân chúng liền hiểu đƣợc nền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đó liệu có thanh bạch hay không? </w:t>
      </w:r>
    </w:p>
    <w:p>
      <w:pPr>
        <w:autoSpaceDN w:val="0"/>
        <w:autoSpaceDE w:val="0"/>
        <w:widowControl/>
        <w:spacing w:line="400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 Doãn lại nói: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Lời này quả thật chí lý! Nếu có thể tiếp thu ý kiến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ngƣời khác, đƣờng lối trị quốc mới có bƣớc tiến dài.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trị quốc hay chăm lo cho muôn dân, phải để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đức có tài đảm nhiệm chức vụ quan trọng ở triều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đình. Hãy cố gắng! Hãy cố gắng!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Sử Thi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56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夫子語我九言曰：『無始亂，無怙富，無恃寵，無</w:t>
      </w:r>
    </w:p>
    <w:p>
      <w:pPr>
        <w:autoSpaceDN w:val="0"/>
        <w:autoSpaceDE w:val="0"/>
        <w:widowControl/>
        <w:spacing w:line="306" w:lineRule="exact" w:before="58" w:after="3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違同，無敖禮，無驕能，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以能驕人。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無復怒，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復，重也。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無謀非德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124"/>
        </w:trPr>
        <w:tc>
          <w:tcPr>
            <w:tcW w:type="dxa" w:w="4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94" w:val="left"/>
                <w:tab w:pos="2606" w:val="left"/>
              </w:tabs>
              <w:autoSpaceDE w:val="0"/>
              <w:widowControl/>
              <w:spacing w:line="0" w:lineRule="exact" w:before="334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非所謀。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無犯非義。』 </w:t>
            </w:r>
            <w:r>
              <w:br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言簡子能用善言，所以遂興也。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</w:t>
            </w:r>
          </w:p>
          <w:p>
            <w:pPr>
              <w:autoSpaceDN w:val="0"/>
              <w:autoSpaceDE w:val="0"/>
              <w:widowControl/>
              <w:spacing w:line="280" w:lineRule="exact" w:before="364" w:after="0"/>
              <w:ind w:left="400" w:right="40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（卷六 </w:t>
            </w:r>
          </w:p>
        </w:tc>
        <w:tc>
          <w:tcPr>
            <w:tcW w:type="dxa" w:w="2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9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春秋左氏傳下）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22" w:lineRule="exact" w:before="19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Phu tử từng nói với ta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21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chín điều này: </w:t>
      </w:r>
    </w:p>
    <w:p>
      <w:pPr>
        <w:autoSpaceDN w:val="0"/>
        <w:autoSpaceDE w:val="0"/>
        <w:widowControl/>
        <w:spacing w:line="362" w:lineRule="exact" w:before="288" w:after="0"/>
        <w:ind w:left="596" w:right="19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trở thành ngọn nguồn của tai họa;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dựa dẫm vào tiền tài và quyền thế; </w:t>
      </w:r>
    </w:p>
    <w:p>
      <w:pPr>
        <w:autoSpaceDN w:val="0"/>
        <w:autoSpaceDE w:val="0"/>
        <w:widowControl/>
        <w:spacing w:line="312" w:lineRule="exact" w:before="226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21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Ở đây chính là cách tự xƣng của Triệu Giản Tử – một đại thần của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nƣớc Tấn. Ông vì giỏi trong việc tiếp thu ý kiến hữu ích từ ngƣời khác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mà gây dựng đƣợc cơ đồ. Đoạn trích lục trên ghi lại bài tán thán của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ông trong đám tang của Du Cát – chính khanh của nƣớc Trịnh.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62" w:after="0"/>
        <w:ind w:left="596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trông cậy vào ân sủng;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đi ngƣợc với ý nguyện chung của </w:t>
      </w:r>
    </w:p>
    <w:p>
      <w:pPr>
        <w:autoSpaceDN w:val="0"/>
        <w:autoSpaceDE w:val="0"/>
        <w:widowControl/>
        <w:spacing w:line="358" w:lineRule="exact" w:before="0" w:after="0"/>
        <w:ind w:left="956" w:right="9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chúng;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đối xử ngạo mạn với ngƣời có lễ </w:t>
      </w:r>
    </w:p>
    <w:p>
      <w:pPr>
        <w:autoSpaceDN w:val="0"/>
        <w:autoSpaceDE w:val="0"/>
        <w:widowControl/>
        <w:spacing w:line="356" w:lineRule="exact" w:before="0" w:after="0"/>
        <w:ind w:left="956" w:right="9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nghĩa; </w:t>
      </w:r>
    </w:p>
    <w:p>
      <w:pPr>
        <w:autoSpaceDN w:val="0"/>
        <w:autoSpaceDE w:val="0"/>
        <w:widowControl/>
        <w:spacing w:line="364" w:lineRule="exact" w:before="4" w:after="0"/>
        <w:ind w:left="596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vì có tài mà ngạo mạn;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7.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nổi giận nhiều lần với cùng một sự </w:t>
      </w:r>
    </w:p>
    <w:p>
      <w:pPr>
        <w:autoSpaceDN w:val="0"/>
        <w:autoSpaceDE w:val="0"/>
        <w:widowControl/>
        <w:spacing w:line="356" w:lineRule="exact" w:before="0" w:after="0"/>
        <w:ind w:left="956" w:right="9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việc; </w:t>
      </w:r>
    </w:p>
    <w:p>
      <w:pPr>
        <w:autoSpaceDN w:val="0"/>
        <w:autoSpaceDE w:val="0"/>
        <w:widowControl/>
        <w:spacing w:line="362" w:lineRule="exact" w:before="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8.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mƣu đồ những việc không hợp đạo;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9.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phạm vào những việc không phù </w:t>
      </w:r>
    </w:p>
    <w:p>
      <w:pPr>
        <w:autoSpaceDN w:val="0"/>
        <w:autoSpaceDE w:val="0"/>
        <w:widowControl/>
        <w:spacing w:line="358" w:lineRule="exact" w:before="0" w:after="0"/>
        <w:ind w:left="956" w:right="9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với chính nghĩa.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Thị Truyện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– Hạ) </w:t>
      </w:r>
    </w:p>
    <w:p>
      <w:pPr>
        <w:autoSpaceDN w:val="0"/>
        <w:autoSpaceDE w:val="0"/>
        <w:widowControl/>
        <w:spacing w:line="298" w:lineRule="exact" w:before="32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5"/>
        </w:rPr>
        <w:t xml:space="preserve">6. ĐỖ SÀM TÀ [NGĂN CHẶN VU KHỐNG VÀ HÀNH VI </w:t>
      </w:r>
      <w:r>
        <w:rPr>
          <w:rFonts w:ascii="Times New Roman Bold" w:hAnsi="Times New Roman Bold" w:eastAsia="Times New Roman Bold"/>
          <w:b/>
          <w:i w:val="0"/>
          <w:color w:val="000000"/>
          <w:sz w:val="25"/>
        </w:rPr>
        <w:t xml:space="preserve">XẤU ÁC] </w:t>
      </w:r>
    </w:p>
    <w:p>
      <w:pPr>
        <w:autoSpaceDN w:val="0"/>
        <w:autoSpaceDE w:val="0"/>
        <w:widowControl/>
        <w:spacing w:line="416" w:lineRule="exact" w:before="21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57 ~ </w:t>
      </w:r>
    </w:p>
    <w:p>
      <w:pPr>
        <w:autoSpaceDN w:val="0"/>
        <w:autoSpaceDE w:val="0"/>
        <w:widowControl/>
        <w:spacing w:line="280" w:lineRule="exact" w:before="28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否。《彖》曰：天地不交，而萬物不通；上下不交</w:t>
      </w:r>
    </w:p>
    <w:p>
      <w:pPr>
        <w:autoSpaceDN w:val="0"/>
        <w:autoSpaceDE w:val="0"/>
        <w:widowControl/>
        <w:spacing w:line="366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，而天下無邦也。內陰而外陽，內柔而外剛，內小人而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外君子。小人道長，君子道消也。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04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[Thoán Truyện] của Quẻ Bĩ có nói: “Nếu khí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đất trời không đƣợc lƣu thông, vạn vật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sinh trƣởng và nếu không có sự trao đổi chia sẻ giữa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và quần thần, (quan điểm ở trên và bên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dƣới sẽ rất khó đi đến thống nhất, tất sẽ dẫn đến cảnh </w:t>
      </w:r>
    </w:p>
    <w:p>
      <w:pPr>
        <w:autoSpaceDN w:val="0"/>
        <w:autoSpaceDE w:val="0"/>
        <w:widowControl/>
        <w:spacing w:line="346" w:lineRule="exact" w:before="2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dân ly tán), chính quyền sẽ không thể tồn tại. Quẻ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 đại diện cho sự mềm dẻo và là quẻ Khôn Nội,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quẻ Càn đại diện cho sự mạnh mẽ và là quẻ Càn Ngoại.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Quẻ này cho biết: “Kẻ tiểu nhân tự tƣ tự lợi mà tại vị,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có đức có tài sẽ phải về nơi hoang vu,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tƣợng trƣng cho tình cảnh mà trong đó con đƣờng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kẻ tiểu nhân thì vƣợng và con đƣờng của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tử lại suy. (Đây là điềm báo cho một đất nƣớc,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tổ chức sắp bị lụn bại.)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72"/>
        </w:trPr>
        <w:tc>
          <w:tcPr>
            <w:tcW w:type="dxa" w:w="567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僕臣正，厥后克正；僕臣諛，厥后自聖。</w:t>
            </w:r>
          </w:p>
        </w:tc>
        <w:tc>
          <w:tcPr>
            <w:tcW w:type="dxa" w:w="11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言僕臣皆正，則其</w:t>
            </w:r>
          </w:p>
        </w:tc>
      </w:tr>
      <w:tr>
        <w:trPr>
          <w:trHeight w:hRule="exact" w:val="364"/>
        </w:trPr>
        <w:tc>
          <w:tcPr>
            <w:tcW w:type="dxa" w:w="539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君乃能正。僕臣諂諛，則其君乃自謂聖。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后德惟臣，弗德惟臣。</w:t>
            </w:r>
          </w:p>
        </w:tc>
        <w:tc>
          <w:tcPr>
            <w:tcW w:type="dxa" w:w="14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君之有德，惟臣成之。</w:t>
            </w:r>
          </w:p>
        </w:tc>
      </w:tr>
      <w:tr>
        <w:trPr>
          <w:trHeight w:hRule="exact" w:val="364"/>
        </w:trPr>
        <w:tc>
          <w:tcPr>
            <w:tcW w:type="dxa" w:w="686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君之無德，惟臣誤之。言君所行善惡，專在左右也。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爾無昵于憸人，充耳目之官</w:t>
            </w:r>
          </w:p>
        </w:tc>
      </w:tr>
      <w:tr>
        <w:trPr>
          <w:trHeight w:hRule="exact" w:val="366"/>
        </w:trPr>
        <w:tc>
          <w:tcPr>
            <w:tcW w:type="dxa" w:w="28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，迪上以非先王之典。</w:t>
            </w:r>
          </w:p>
        </w:tc>
        <w:tc>
          <w:tcPr>
            <w:tcW w:type="dxa" w:w="403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汝無親近憸利小子之人，充備侍從，在視聽之官，導君上以非先</w:t>
            </w:r>
          </w:p>
        </w:tc>
      </w:tr>
    </w:tbl>
    <w:p>
      <w:pPr>
        <w:autoSpaceDN w:val="0"/>
        <w:autoSpaceDE w:val="0"/>
        <w:widowControl/>
        <w:spacing w:line="140" w:lineRule="exact" w:before="28" w:after="26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王之法也。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9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Chu Mục Công phong Bá Quýnh làm thái bộc để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dạy dỗ những ngƣời tùy tùng, trong sắc phong có viết: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tùy tùng và cận thần đều là bậc sĩ chính trực,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của họ cũng sẽ giữ tâm chính trực; còn khi tùy tùng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cận thần là gian tà bợ đỡ, quân chủ sẽ tự cho mình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anh minh. Bậc quân vƣơng có đức là ở hạ thần mà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thất đức cũng là từ hạ thần mà ra. Khanh </w:t>
      </w:r>
    </w:p>
    <w:p>
      <w:pPr>
        <w:autoSpaceDN w:val="0"/>
        <w:autoSpaceDE w:val="0"/>
        <w:widowControl/>
        <w:spacing w:line="346" w:lineRule="exact" w:before="3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thân cận với kẻ tiểu nhân gian tà nịnh bợ,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để bọn họ gánh vách trọng trách tựa nhƣ tai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mắt của quân vƣơng, để tránh bị chúng dẫn dắt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đi ngƣợc lại với phép tắc của bậc tiên vƣơng.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59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臣聞天下之禍，不由於外，皆興於內。是故虞舜升</w:t>
      </w:r>
    </w:p>
    <w:p>
      <w:pPr>
        <w:autoSpaceDN w:val="0"/>
        <w:autoSpaceDE w:val="0"/>
        <w:widowControl/>
        <w:spacing w:line="364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朝，先除四凶，然後用十六相。明惡人不去，則善人無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由進也。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（卷二十三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後漢書三）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(Phó Tiếp khi dâng sớ có khuyên can rằng:) Thần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nói tai ƣơng trong thiên hạ không phải gây ra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bên ngoài mà đều nảy sinh từ bên trong. Bởi vậy,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 Thuấn thƣợng triều nghị sự, việc đầu tiên là trừ bỏ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bốn thủ lĩnh bộ tộc hung bạo nổi danh khắp thiên hạ,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đó ngài trọng dụng mƣời sáu vị trung thần tài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vẹn toàn. Điều này cho thấy, nếu kẻ xấu ác không bị trừ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bỏ, bậc hiền sĩ cũng không đƣợc trọng dụng.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60 ~ </w:t>
      </w:r>
    </w:p>
    <w:p>
      <w:pPr>
        <w:autoSpaceDN w:val="0"/>
        <w:autoSpaceDE w:val="0"/>
        <w:widowControl/>
        <w:spacing w:line="280" w:lineRule="exact" w:before="300" w:after="0"/>
        <w:ind w:left="90" w:right="9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方正之臣得用，則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hyperlink r:id="rId23" w:history="1">
          <w:r>
            <w:rPr>
              <w:rStyle w:val="Hyperlink"/>
            </w:rPr>
            <w:t>姦</w:t>
          </w:r>
        </w:hyperlink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邪之臣困傷矣。是方正之與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hyperlink r:id="rId23" w:history="1">
          <w:r>
            <w:rPr>
              <w:rStyle w:val="Hyperlink"/>
            </w:rPr>
            <w:t>姦</w:t>
          </w:r>
        </w:hyperlink>
      </w:r>
    </w:p>
    <w:p>
      <w:pPr>
        <w:autoSpaceDN w:val="0"/>
        <w:autoSpaceDE w:val="0"/>
        <w:widowControl/>
        <w:spacing w:line="282" w:lineRule="exact" w:before="8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邪，不兩進之勢也。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hyperlink r:id="rId23" w:history="1">
          <w:r>
            <w:rPr>
              <w:rStyle w:val="Hyperlink"/>
            </w:rPr>
            <w:t>姦</w:t>
          </w:r>
        </w:hyperlink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邪之在主之側者，不能勿惡之；</w:t>
      </w:r>
    </w:p>
    <w:p>
      <w:pPr>
        <w:autoSpaceDN w:val="0"/>
        <w:autoSpaceDE w:val="0"/>
        <w:widowControl/>
        <w:spacing w:line="346" w:lineRule="exact" w:before="3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18" w:after="182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惟惡之，則必侯主間而日夜危之。人主弗察而用其言，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則忠臣無罪而困死，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hyperlink r:id="rId23" w:history="1">
          <w:r>
            <w:rPr>
              <w:rStyle w:val="Hyperlink"/>
            </w:rPr>
            <w:t>姦</w:t>
          </w:r>
        </w:hyperlink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臣無功而富貴。故曰：『忠臣死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於非罪，而邪臣起於非功。』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hạ thần với phẩm chất chính trực đƣợc trọng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dụng, vậy thì gian thần sẽ quẫn bách mà tự hủy hoại.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tình thế mà hạ thần chính trực và kẻ gian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không thể đồng thời đƣợc tiến cử. Gian thần khi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bên quân vƣơng, chúng không thể không căm ghét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thần chính trực; nếu đã căm ghét tất sẽ chầu chực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chờ thời cơ khi giữa quân vƣơng và trung thần có xa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cách, để rồi ngày đêm tính kế hãm hại. Nếu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không thể minh xét mà tin nghe lời của những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gian tà, vậy thì trung thần dẫu vô tội nhƣng cũng bị bức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hại cho đến chết, còn gian thần dẫu không có công lao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lại đƣợc hƣởng phú quý. Bởi vậy mới nói: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“Trung thần luôn bị chết bởi vô tội và gian thần lại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thăng tiến khi chẳng có chút công lao.”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61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世俗之人，聞譽則悅，聞毀則戚，此眾人之大情。</w:t>
      </w:r>
    </w:p>
    <w:p>
      <w:pPr>
        <w:autoSpaceDN w:val="0"/>
        <w:autoSpaceDE w:val="0"/>
        <w:widowControl/>
        <w:spacing w:line="364" w:lineRule="exact" w:before="2" w:after="0"/>
        <w:ind w:left="30" w:right="9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有同己則喜，異己則怒，此人之大情。故佞人善為譽者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也，善順從者也。人言是，亦是之；人言非，亦非之。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從人之所愛，隨人之所憎。故明君雖能納正直，未必親</w:t>
      </w:r>
    </w:p>
    <w:p>
      <w:pPr>
        <w:autoSpaceDN w:val="0"/>
        <w:autoSpaceDE w:val="0"/>
        <w:widowControl/>
        <w:spacing w:line="346" w:lineRule="exact" w:before="4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18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正直；雖能遠佞人，未必疏佞人。故舜、禹者，以能不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用佞人，亦未必憎佞人。語曰：『佞辨惑物，舜、禹不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能得憎。』不可不察乎！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尹文子）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thông thƣờng trên đời này, khi nghe ngƣời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khen ngợi bản thân thì vui sƣớng, nhƣng khi nghe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 phê bình lại tức tối, đây là lẽ thƣờng tình.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ngƣời khác đồng một ý kiến với bản thân thì 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hoan và lại nổi nóng nếu có khác biệt, đây cũng là lẽ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tình. Bởi vậy, kẻ nịnh bợ đều giỏi nói những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 tụng, đều giỏi hùa theo ngƣời khác. Nếu ngƣời khác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đúng, họ cũng nói đúng; nếu ngƣời khác nói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đúng, họ cũng nói không đúng. Hƣởng ứng theo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ngƣời khác thích thú và hùa theo điều mà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căm ghét. Bởi vậy, bậc quân vƣơng sáng suốt tuy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trọng dụng ngƣời chính trực và chí công vô tƣ,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cũng chƣa hẳn đã muốn gần gũi họ; tuy không tin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kẻ gian tà, nhƣng chƣa hẳn đã muốn rời xa chúng.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nên, dẫu bậc quân vƣơng hiền minh nhƣ Ngu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Thuấn hay Hạ Vũ cũng chỉ có thể làm đƣợc việc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dùng kẻ gian tà, nhƣng không chắc đã căm ghét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chúng. Ngƣời xƣa thƣờng nói: “Kẻ giảo hoạt có thể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mê hoặc lòng ngƣời, đến Ngu Thuấn hay Hạ Vũ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làm đƣợc điều là căm ghét chúng một cách có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trí.” Đối với điều này không thể không suy xét tỏ tƣờng!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Doãn 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62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或問：『佞孰為大？』傅子曰：『行足以服俗，辨</w:t>
      </w:r>
    </w:p>
    <w:p>
      <w:pPr>
        <w:autoSpaceDN w:val="0"/>
        <w:autoSpaceDE w:val="0"/>
        <w:widowControl/>
        <w:spacing w:line="364" w:lineRule="exact" w:before="2" w:after="182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足以惑眾，言必稱乎仁義，隱其惡心而不可卒見，伺主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之欲微合之，得其志敢以非道陷善人，稱之有術，飾之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有利，非聖人不能別。此大佞也。其次，心不欲為仁義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，言亦必稱之，行無大可非，動不違乎俗，合主所欲而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不敢正也，有害之者然後陷之。最下佞者，行不顧乎天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下，唯求主心，使文巧辭自利而已，顯然害善，行之不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怍。』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ngƣời hỏi: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Ngƣời thế nào mới xem là loại nịnh thần ghê gớm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vậy?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Phó Tử đáp rằng: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Hành vi đủ khiến đại chúng trong xã hội tin phục,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ngụy biện đủ để mê hoặc quần chúng, lời nói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ngợi khen điều nhân nghĩa, nhƣng những gì ẩn giấu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phía sau lại là tâm hiểm ác mà ngƣời khác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nhìn thấu trong phút chốc. Họ dò xét dục vọng của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rồi âm thầm hùa theo một cách khôn khéo,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đắc chí dám dùng cả thủ đoạn bất nghĩa để hãm hại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lành, dùng mƣu kế và cách thức nhất định để tán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 nhiều hành vi tổn hại tới điều thiện của chính mình,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lấy danh nghĩa làm lợi ích cho đất nƣớc để che đậy hành </w:t>
      </w:r>
    </w:p>
    <w:p>
      <w:pPr>
        <w:autoSpaceDN w:val="0"/>
        <w:autoSpaceDE w:val="0"/>
        <w:widowControl/>
        <w:spacing w:line="346" w:lineRule="exact" w:before="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 tổn hại điều thiện của chính mình, nếu không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sẽ không thể nhận biết. Hạng ngƣời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loại nịnh thần nguy hiểm nhất. Kế đến là hạng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tâm không muốn thực thi điều nhân nghĩa,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nói lại một mực ngợi khen, tƣ cách không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sự chỉ trích lớn mà hành vi cũng không trái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ngƣợc với tập tục của thế gian, nhƣng hùa theo dục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vọng ích kỷ của bậc quân vƣơng mà không dám khuyên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can, còn đối với ngƣời có nguy hại với chính mình thì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sức hãm hại. Loại nịnh thần hèn hạ nhất là không kiêng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nể lời chỉ trích của ngƣời trong thiên hạ, chỉ mong hùa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ý muốn của quân vƣơng, lời lẽ hoa mỹ nhƣng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 dối không chân thật, chỉ biết làm lợi cho riêng mình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thôi, hãm hại tàn nhẫn bậc thần tài ba và lƣơng thiện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cách lộ liễu, nhƣng vẫn là việc ta ta cứ làm, tuyệt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nhiên không cảm thấy hổ thẹn.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63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齊桓公問於管仲曰：『國何患？』對曰：『患夫社</w:t>
      </w:r>
    </w:p>
    <w:p>
      <w:pPr>
        <w:autoSpaceDN w:val="0"/>
        <w:autoSpaceDE w:val="0"/>
        <w:widowControl/>
        <w:spacing w:line="364" w:lineRule="exact" w:before="0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鼠。』桓公曰：『何謂也？』對曰：『夫社束木而塗之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，鼠因往託焉。熏之則恐燒其木，灌之則恐壞其塗。此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鼠所以不可得殺者，以社故也。夫國亦有社鼠，人主左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右是也。內則蔽善惡於君上，外則賣權重於百姓。不誅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之則為亂，誅之則為人主所案據，腹有之，此亦國之社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鼠也。』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77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（卷四十三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說苑） </w:t>
            </w:r>
          </w:p>
        </w:tc>
      </w:tr>
    </w:tbl>
    <w:p>
      <w:pPr>
        <w:autoSpaceDN w:val="0"/>
        <w:autoSpaceDE w:val="0"/>
        <w:widowControl/>
        <w:spacing w:line="346" w:lineRule="exact" w:before="3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Tề Hoàn Công hỏi Quản Trọng rằng: </w:t>
      </w:r>
    </w:p>
    <w:p>
      <w:pPr>
        <w:autoSpaceDN w:val="0"/>
        <w:autoSpaceDE w:val="0"/>
        <w:widowControl/>
        <w:spacing w:line="402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Điều đáng lo ngại trong việc trị quốc là gì? </w:t>
      </w:r>
    </w:p>
    <w:p>
      <w:pPr>
        <w:autoSpaceDN w:val="0"/>
        <w:autoSpaceDE w:val="0"/>
        <w:widowControl/>
        <w:spacing w:line="400" w:lineRule="exact" w:before="240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Quản Trọng đáp lại: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Điều đáng lo chính là lũ chuột ở tông miếu. </w:t>
      </w:r>
    </w:p>
    <w:p>
      <w:pPr>
        <w:autoSpaceDN w:val="0"/>
        <w:autoSpaceDE w:val="0"/>
        <w:widowControl/>
        <w:spacing w:line="400" w:lineRule="exact" w:before="240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Hoàn Công lại hỏi: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Ý là thế nào vậy? </w:t>
      </w:r>
    </w:p>
    <w:p>
      <w:pPr>
        <w:autoSpaceDN w:val="0"/>
        <w:autoSpaceDE w:val="0"/>
        <w:widowControl/>
        <w:spacing w:line="400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Trọng đáp rằng: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Tông miếu đó sau khi đƣợc dựng bằng gỗ, rồi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bùn quét lên và lũ chuột lại nƣơng náu trong đó.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dùng khói để hun chúng, e rằng sẽ đốt cháy khung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gỗ; còn nếu dùng nƣớc để dìm chúng, lại e rằng sẽ trôi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hết bùn ở trên đó. Sở dĩ đám chuột ở đây không thể diệt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trừ chính là do tông miếu. Đất nƣớc cũng lại có đám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chuột nơi tông miếu này, đó chính là những kẻ thân tín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bên quân vƣơng. Ở trong cung, bọn chúng giấu giếm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cả tình hình tốt xấu với quân vƣơng; còn ở ngoài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cung, chúng lại ỷ quyền thế hiếp đáp ngƣời, đàn áp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dân. Nếu không diệt trừ bọn chúng, tất sẽ nảy sinh tai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họa; nhƣng nếu muốn giết, chúng lại đƣợc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che chở, quân vƣơng bảo vệ và dung túng cho chúng.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kẻ này chính là loài chuột của đất nƣớc.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7. THẨM ĐOẠN [NHẠY CẢM VÀ SẮC BÉN] </w:t>
      </w:r>
    </w:p>
    <w:p>
      <w:pPr>
        <w:autoSpaceDN w:val="0"/>
        <w:autoSpaceDE w:val="0"/>
        <w:widowControl/>
        <w:spacing w:line="414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64 ~ </w:t>
      </w:r>
    </w:p>
    <w:p>
      <w:pPr>
        <w:autoSpaceDN w:val="0"/>
        <w:autoSpaceDE w:val="0"/>
        <w:widowControl/>
        <w:spacing w:line="280" w:lineRule="exact" w:before="286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聖人擇可言而後言，擇可行而後行。偷得利而後有</w:t>
      </w:r>
    </w:p>
    <w:p>
      <w:pPr>
        <w:autoSpaceDN w:val="0"/>
        <w:autoSpaceDE w:val="0"/>
        <w:widowControl/>
        <w:spacing w:line="364" w:lineRule="exact" w:before="0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害，偷得樂而後有憂者，聖人不為也。故聖人擇言必顧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其累，擇行必顧其憂。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lựa chọn lời có thể nói ra đƣợc, rồi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nói; lựa chọn việc có thể làm, rồi mới làm.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màng trƣớc mắt có đƣợc lợi ích mà tƣơng lai sẽ có tai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họa, chỉ màng trƣớc mắt có đƣợc niềm vui sƣớng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sau sẽ có điều âu lo, bậc thánh nhân sẽ không làm.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bậc thánh nhân khi lựa chọn nói lời nào, chắc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chắn sẽ xem xét đến những rắc rối mà chúng gây ra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lựa chọn làm việc gì, chắc chắn sẽ suy xét đến nỗi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âu lo mà chúng mang lại.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65 ~ </w:t>
      </w:r>
    </w:p>
    <w:p>
      <w:pPr>
        <w:autoSpaceDN w:val="0"/>
        <w:autoSpaceDE w:val="0"/>
        <w:widowControl/>
        <w:spacing w:line="282" w:lineRule="exact" w:before="14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上下離而不和，故雖自安，必且危之。故曰：『上</w:t>
      </w:r>
    </w:p>
    <w:p>
      <w:pPr>
        <w:autoSpaceDN w:val="0"/>
        <w:autoSpaceDE w:val="0"/>
        <w:widowControl/>
        <w:spacing w:line="282" w:lineRule="exact" w:before="80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下不和，雖安必危。』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4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16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hạ thần không thân cận với quốc quân của họ, </w:t>
      </w:r>
    </w:p>
    <w:p>
      <w:pPr>
        <w:autoSpaceDN w:val="0"/>
        <w:autoSpaceDE w:val="0"/>
        <w:widowControl/>
        <w:spacing w:line="360" w:lineRule="exact" w:before="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cũng không tin tƣởng quan viên của họ,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dƣới mà lục đục bất hòa, dẫu tự cho là an định, </w:t>
      </w:r>
    </w:p>
    <w:p>
      <w:pPr>
        <w:autoSpaceDN w:val="0"/>
        <w:autoSpaceDE w:val="0"/>
        <w:widowControl/>
        <w:spacing w:line="346" w:lineRule="exact" w:before="3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nhất định sẽ đi đến cảnh diệt vong. Bởi vậy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nói: “Nếu trên dƣới không đoàn kết, tuy có an định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thời, nhƣng tất yếu sẽ bị diệt vong.”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66 ~ </w:t>
      </w:r>
    </w:p>
    <w:p>
      <w:pPr>
        <w:autoSpaceDN w:val="0"/>
        <w:autoSpaceDE w:val="0"/>
        <w:widowControl/>
        <w:spacing w:line="282" w:lineRule="exact" w:before="298" w:after="42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今不務明其義，而徒設其祿，可以獲小人，難以得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52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君子。君子者，行不茍合，立不易方，不以天下枉道，</w:t>
            </w:r>
          </w:p>
        </w:tc>
      </w:tr>
      <w:tr>
        <w:trPr>
          <w:trHeight w:hRule="exact" w:val="364"/>
        </w:trPr>
        <w:tc>
          <w:tcPr>
            <w:tcW w:type="dxa" w:w="48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不以樂生害仁，安可以祿誘哉？雖強縛</w:t>
            </w:r>
          </w:p>
        </w:tc>
        <w:tc>
          <w:tcPr>
            <w:tcW w:type="dxa" w:w="20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(縛作搏)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執之，而不</w:t>
            </w:r>
          </w:p>
        </w:tc>
      </w:tr>
      <w:tr>
        <w:trPr>
          <w:trHeight w:hRule="exact" w:val="362"/>
        </w:trPr>
        <w:tc>
          <w:tcPr>
            <w:tcW w:type="dxa" w:w="596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獲已，亦杜口佯愚，茍免不暇。國之安危將何賴</w:t>
            </w:r>
          </w:p>
        </w:tc>
        <w:tc>
          <w:tcPr>
            <w:tcW w:type="dxa" w:w="9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（賴下有焉字</w:t>
            </w:r>
          </w:p>
        </w:tc>
      </w:tr>
    </w:tbl>
    <w:p>
      <w:pPr>
        <w:autoSpaceDN w:val="0"/>
        <w:autoSpaceDE w:val="0"/>
        <w:widowControl/>
        <w:spacing w:line="306" w:lineRule="exact" w:before="30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中論） </w:t>
            </w:r>
          </w:p>
        </w:tc>
      </w:tr>
    </w:tbl>
    <w:p>
      <w:pPr>
        <w:autoSpaceDN w:val="0"/>
        <w:autoSpaceDE w:val="0"/>
        <w:widowControl/>
        <w:spacing w:line="416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nay (bậc quân vƣơng) nếu không ra sức tu nhân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nghĩa, mà lập ra chức tƣớc hay ban phát bổng lộc hậu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hĩnh một cách tùy tiện, họ chỉ có đƣợc kẻ tiểu nhân,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khó để có đƣợc bậc quân tử. Ngƣời đƣợc xem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tử, sẽ không a dua hùa theo và không làm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xa rời đạo nghĩa, khi xử thế cũng không thay đổi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làm ngƣời, sẽ không vì sự ƣa thích của ngƣời đời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điều trái ngƣợc với đạo nghĩa, cũng không vì bảo toàn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tính mạng của bản thân mà tổn hại đến tình nhân ái. Sao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đem chức tƣớc và bổng lộc để mê hoặc họ chứ?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có dùng thủ đoạn ép buộc để khống chế họ,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khiến họ khuất phục, họ cũng chỉ ngậm miệng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nói, đóng giả ngu đần, tạm bợ qua loa để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thoát cảnh bị hãm hại còn không kịp, đâu còn sức </w:t>
      </w:r>
    </w:p>
    <w:p>
      <w:pPr>
        <w:autoSpaceDN w:val="0"/>
        <w:autoSpaceDE w:val="0"/>
        <w:widowControl/>
        <w:spacing w:line="346" w:lineRule="exact" w:before="3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lực để phò tá đất nƣớc. (Đến tình cảnh này), sự an nguy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đất nƣớc còn có thể nƣơng tựa vào đâu?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67 ~ </w:t>
      </w:r>
    </w:p>
    <w:p>
      <w:pPr>
        <w:autoSpaceDN w:val="0"/>
        <w:autoSpaceDE w:val="0"/>
        <w:widowControl/>
        <w:spacing w:line="308" w:lineRule="exact" w:before="274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人臣有三罪：一曰導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（導下有非字）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；二曰阿失；三曰尸</w:t>
      </w:r>
    </w:p>
    <w:p>
      <w:pPr>
        <w:autoSpaceDN w:val="0"/>
        <w:autoSpaceDE w:val="0"/>
        <w:widowControl/>
        <w:spacing w:line="306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寵。以非先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（先作引）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上，謂之導；從上之非，謂之阿；見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非不言，謂之尸。導臣誅，阿臣刑，尸臣絀。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申鑒）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thần có ba loại tội trạng: </w:t>
      </w:r>
    </w:p>
    <w:p>
      <w:pPr>
        <w:autoSpaceDN w:val="0"/>
        <w:autoSpaceDE w:val="0"/>
        <w:widowControl/>
        <w:spacing w:line="362" w:lineRule="exact" w:before="288" w:after="0"/>
        <w:ind w:left="596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Xúi giục quân vƣơng làm điều bất chính;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 sức hùa theo tội lỗi của quân vƣơng;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Giành lấy ân sủng bằng cách thức không chính </w:t>
      </w:r>
    </w:p>
    <w:p>
      <w:pPr>
        <w:autoSpaceDN w:val="0"/>
        <w:autoSpaceDE w:val="0"/>
        <w:widowControl/>
        <w:spacing w:line="356" w:lineRule="exact" w:before="0" w:after="0"/>
        <w:ind w:left="956" w:right="9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trực.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lời lẽ và hành vi không thích đáng để dẫn dắt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đƣợc gọi là „xúi giục‟. Phục tùng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và làm điều bất chính gọi là „a dua‟. Khi thấy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bất chính mà không khuyên can đƣợc gọi là „bù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nhìn‟. Hạ thần mà xúi giục quân vƣơng làm điều bất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phải nên giết, hạ thần a dua hùa theo phải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trừng trị và hạ thần tại vị mà không tận trung để khuyên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can phải nên phế bỏ.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8" w:lineRule="exact" w:before="174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臧孫曰：『季孫之愛我，疾疢也；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志相順從，身之害。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孟孫</w:t>
      </w:r>
    </w:p>
    <w:p>
      <w:pPr>
        <w:autoSpaceDN w:val="0"/>
        <w:autoSpaceDE w:val="0"/>
        <w:widowControl/>
        <w:spacing w:line="306" w:lineRule="exact" w:before="5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之惡我，藥石也。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志相違戾，猶藥石療疾。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美疢不如惡石。夫石猶</w:t>
      </w:r>
    </w:p>
    <w:p>
      <w:pPr>
        <w:autoSpaceDN w:val="0"/>
        <w:autoSpaceDE w:val="0"/>
        <w:widowControl/>
        <w:spacing w:line="306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生我；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愈己疾也。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疢之美，其毒滋多。孟孫死，吾亡無日矣</w:t>
      </w:r>
    </w:p>
    <w:p>
      <w:pPr>
        <w:autoSpaceDN w:val="0"/>
        <w:autoSpaceDE w:val="0"/>
        <w:widowControl/>
        <w:spacing w:line="282" w:lineRule="exact" w:before="84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28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2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Tang Vũ Trọng từng nói: “Quý Vũ Tử quý mến ta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(quan điểm hòa hợp, thuận theo ý ta), nhƣ thể khiến ta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đau đớn mà mắc phải cơn sốt, trong khi Mạnh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Trang Tử chán ghét ta (chí hƣớng trái ngƣợc), lại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dƣợc phẩm chữa trị bệnh khổ của ta. Cơn sốt tuy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đau đớn nhƣng chẳng thể bằng dƣợc phẩm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bị đau. Dƣợc phẩm có thể chữa bệnh, khiến ta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sống nhƣng khi mắc phải cơn sốt mà không biết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đau, khả năng tàn phá của nó còn nặng nề hơn thế.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nay, Mạnh Trang Tử đã không còn, ngày ta bị diệt vong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chẳng còn bao lâu nữa.”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Trung)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69 ~ </w:t>
      </w:r>
    </w:p>
    <w:p>
      <w:pPr>
        <w:autoSpaceDN w:val="0"/>
        <w:autoSpaceDE w:val="0"/>
        <w:widowControl/>
        <w:spacing w:line="282" w:lineRule="exact" w:before="298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善善而不能用，惡惡而不能去。彼善人知其貴己而</w:t>
      </w:r>
    </w:p>
    <w:p>
      <w:pPr>
        <w:autoSpaceDN w:val="0"/>
        <w:autoSpaceDE w:val="0"/>
        <w:widowControl/>
        <w:spacing w:line="364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不用則怨之；惡人見其賤己而不好則仇之。夫與善人為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怨，惡人為仇，欲毋亡，得乎？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（卷四十四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桓子新論）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1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lãnh đạo quý mến ngƣời thiện nhƣng không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dụng, căm ghét kẻ ác nhƣng lại không bãi bỏ.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ngƣời thiện đó khi biết họ trân trọng mình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trọng dụng, tất sẽ oán trách họ; kẻ ác khi thấy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khinh bỉ chính mình và không nhận đƣợc sự quý mến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họ, tất sẽ oán hận. Kết oán với ngƣời thiện và kết thù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kẻ ác, muốn không bị diệt vong, liệu có đƣợc chăng?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Hoàn Tử Tân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70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慶鄭曰：『背施，無親；幸災，不仁；貪愛，不祥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；怒鄰，不義。四德皆失，何以守國？』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35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1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（後補卷四 </w:t>
            </w:r>
          </w:p>
        </w:tc>
        <w:tc>
          <w:tcPr>
            <w:tcW w:type="dxa" w:w="23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春秋左氏傳上）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Khánh Trịnh – đại phu của nƣớc Tấn từng nói: “Khi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quay lƣng với ân huệ của ngƣời sẽ để mất ngƣời thân cận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ta; đối với tai họa của nƣớc bạn mà hả hê vui mừng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bất nhân; tham tiếc tiền của mà không chịu ban phát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ngƣời sẽ là không tốt lành và kích động nƣớc láng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giềng sẽ là bất nghĩa. Khi bốn đức tính đều bị mất đi,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 dựa vào đâu để bảo vệ đất nƣớc?” </w:t>
      </w:r>
    </w:p>
    <w:p>
      <w:pPr>
        <w:autoSpaceDN w:val="0"/>
        <w:autoSpaceDE w:val="0"/>
        <w:widowControl/>
        <w:spacing w:line="400" w:lineRule="exact" w:before="2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(Bổ sung cuốn 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Thị Truyện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– Thƣợng) </w:t>
      </w:r>
    </w:p>
    <w:p>
      <w:pPr>
        <w:autoSpaceDN w:val="0"/>
        <w:autoSpaceDE w:val="0"/>
        <w:widowControl/>
        <w:spacing w:line="346" w:lineRule="exact" w:before="15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71 ~ </w:t>
      </w:r>
    </w:p>
    <w:p>
      <w:pPr>
        <w:autoSpaceDN w:val="0"/>
        <w:autoSpaceDE w:val="0"/>
        <w:widowControl/>
        <w:spacing w:line="306" w:lineRule="exact" w:before="274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陽門之介夫死，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陽門，宋國門也。介夫，甲胄衛士。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司城子罕入而哭</w:t>
      </w:r>
    </w:p>
    <w:p>
      <w:pPr>
        <w:autoSpaceDN w:val="0"/>
        <w:autoSpaceDE w:val="0"/>
        <w:widowControl/>
        <w:spacing w:line="308" w:lineRule="exact" w:before="58" w:after="3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之哀。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子罕，樂喜也。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晉人之覘宋者，反報於晉侯曰： 『陽門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362"/>
        </w:trPr>
        <w:tc>
          <w:tcPr>
            <w:tcW w:type="dxa" w:w="653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之介夫死，而子罕哭之哀，而民悅，殆不可伐也。』</w:t>
            </w:r>
          </w:p>
        </w:tc>
        <w:tc>
          <w:tcPr>
            <w:tcW w:type="dxa" w:w="3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覘，</w:t>
            </w:r>
          </w:p>
        </w:tc>
      </w:tr>
      <w:tr>
        <w:trPr>
          <w:trHeight w:hRule="exact" w:val="516"/>
        </w:trPr>
        <w:tc>
          <w:tcPr>
            <w:tcW w:type="dxa" w:w="47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窺視也。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孔子聞之曰：『善哉！覘國乎！』</w:t>
            </w:r>
          </w:p>
        </w:tc>
        <w:tc>
          <w:tcPr>
            <w:tcW w:type="dxa" w:w="213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善其知微。 </w:t>
            </w:r>
          </w:p>
        </w:tc>
      </w:tr>
      <w:tr>
        <w:trPr>
          <w:trHeight w:hRule="exact" w:val="610"/>
        </w:trPr>
        <w:tc>
          <w:tcPr>
            <w:tcW w:type="dxa" w:w="57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 cổng thành Dƣơng Môn ở nƣớc Tống có ngƣời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lính canh bị chết, tƣ không Tử Hãn khi vào đám tang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khóc rất thƣơng tâm. Khi đó quân tình báo mai phục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Tống trở về và bẩm báo với Tấn Hầu rằng: </w:t>
      </w:r>
    </w:p>
    <w:p>
      <w:pPr>
        <w:autoSpaceDN w:val="0"/>
        <w:autoSpaceDE w:val="0"/>
        <w:widowControl/>
        <w:spacing w:line="400" w:lineRule="exact" w:before="24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Dƣơng Môn có tên lính gác chết mà Tử Hãn khóc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rất thƣơng tâm, nhân dân đều xúc động bởi ông ta (lúc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nƣớc Tống trên dƣới đoàn kết một lòng), e rằng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sang chinh phạt họ đƣợc đâu!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sau khi nghe đƣợc liền nói: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Tốt lắm! (Có thể từ manh mối nhỏ mà nắm bắt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đƣợc) ngƣời này đúng là giỏi về quan sát chính sự!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26" w:lineRule="exact" w:before="238" w:after="0"/>
        <w:ind w:left="2820" w:right="28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*** </w:t>
      </w:r>
    </w:p>
    <w:p>
      <w:pPr>
        <w:autoSpaceDN w:val="0"/>
        <w:autoSpaceDE w:val="0"/>
        <w:widowControl/>
        <w:spacing w:line="346" w:lineRule="exact" w:before="13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42"/>
        <w:gridCol w:w="3442"/>
      </w:tblGrid>
      <w:tr>
        <w:trPr>
          <w:trHeight w:hRule="exact" w:val="200"/>
        </w:trPr>
        <w:tc>
          <w:tcPr>
            <w:tcW w:type="dxa" w:w="344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4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554" w:lineRule="exact" w:before="3800" w:after="0"/>
        <w:ind w:left="2240" w:right="224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CHƯƠNG II </w:t>
      </w:r>
    </w:p>
    <w:p>
      <w:pPr>
        <w:autoSpaceDN w:val="0"/>
        <w:autoSpaceDE w:val="0"/>
        <w:widowControl/>
        <w:spacing w:line="554" w:lineRule="exact" w:before="188" w:after="0"/>
        <w:ind w:left="2016" w:right="201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THẦN THUẬT </w:t>
      </w:r>
    </w:p>
    <w:p>
      <w:pPr>
        <w:autoSpaceDN w:val="0"/>
        <w:autoSpaceDE w:val="0"/>
        <w:widowControl/>
        <w:spacing w:line="444" w:lineRule="exact" w:before="246" w:after="0"/>
        <w:ind w:left="180" w:right="18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[NGHỆ THUẬT PHÕ TÁ CỦA CÁC </w:t>
      </w:r>
    </w:p>
    <w:p>
      <w:pPr>
        <w:autoSpaceDN w:val="0"/>
        <w:autoSpaceDE w:val="0"/>
        <w:widowControl/>
        <w:spacing w:line="510" w:lineRule="exact" w:before="0" w:after="0"/>
        <w:ind w:left="2294" w:right="229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ĐẠI THẦN] </w:t>
      </w:r>
    </w:p>
    <w:p>
      <w:pPr>
        <w:autoSpaceDN w:val="0"/>
        <w:autoSpaceDE w:val="0"/>
        <w:widowControl/>
        <w:spacing w:line="346" w:lineRule="exact" w:before="49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84 </w:t>
      </w:r>
    </w:p>
    <w:p>
      <w:pPr>
        <w:sectPr>
          <w:pgSz w:w="9072" w:h="13608"/>
          <w:pgMar w:top="464" w:right="108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34" w:after="0"/>
        <w:ind w:left="170" w:right="17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LẬP TIẾT [TẠO LẬP CHÍ KHÍ] </w:t>
      </w:r>
    </w:p>
    <w:p>
      <w:pPr>
        <w:autoSpaceDN w:val="0"/>
        <w:autoSpaceDE w:val="0"/>
        <w:widowControl/>
        <w:spacing w:line="416" w:lineRule="exact" w:before="24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72 ~ </w:t>
      </w:r>
    </w:p>
    <w:p>
      <w:pPr>
        <w:autoSpaceDN w:val="0"/>
        <w:autoSpaceDE w:val="0"/>
        <w:widowControl/>
        <w:spacing w:line="280" w:lineRule="exact" w:before="31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忠臣之事主，投命委身，期於成功立事，便國利民</w:t>
      </w:r>
    </w:p>
    <w:p>
      <w:pPr>
        <w:autoSpaceDN w:val="0"/>
        <w:autoSpaceDE w:val="0"/>
        <w:widowControl/>
        <w:spacing w:line="282" w:lineRule="exact" w:before="120" w:after="2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。故不為難易變節、安危革行也。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44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政要論） </w:t>
            </w:r>
          </w:p>
        </w:tc>
      </w:tr>
    </w:tbl>
    <w:p>
      <w:pPr>
        <w:autoSpaceDN w:val="0"/>
        <w:autoSpaceDE w:val="0"/>
        <w:widowControl/>
        <w:spacing w:line="416" w:lineRule="exact" w:before="1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trung thần khi phụng sự quân vƣơng, họ đem </w:t>
      </w:r>
    </w:p>
    <w:p>
      <w:pPr>
        <w:autoSpaceDN w:val="0"/>
        <w:autoSpaceDE w:val="0"/>
        <w:widowControl/>
        <w:spacing w:line="378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 thân tâm và tính mạng của mình mà giao phó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mục đích có thể thành tựu nghiệp lớn để làm lợi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 dân. Bởi vậy, họ sẽ không vì khó khăn hay thuận lợi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thay đổi khí tiết của chính mình, cũng sẽ không vì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 nguy của cá nhân mà thay đổi phẩm chất. </w:t>
      </w:r>
    </w:p>
    <w:p>
      <w:pPr>
        <w:autoSpaceDN w:val="0"/>
        <w:autoSpaceDE w:val="0"/>
        <w:widowControl/>
        <w:spacing w:line="418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73 ~ </w:t>
      </w:r>
    </w:p>
    <w:p>
      <w:pPr>
        <w:autoSpaceDN w:val="0"/>
        <w:autoSpaceDE w:val="0"/>
        <w:widowControl/>
        <w:spacing w:line="282" w:lineRule="exact" w:before="31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若夫智慮足以圖國，忠貞足以悟主，公平足以懷眾</w:t>
      </w:r>
    </w:p>
    <w:p>
      <w:pPr>
        <w:autoSpaceDN w:val="0"/>
        <w:autoSpaceDE w:val="0"/>
        <w:widowControl/>
        <w:spacing w:line="400" w:lineRule="exact" w:before="0" w:after="202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，溫柔足以服人；不誹毀以取進，不刻人以自入，不茍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容以隱忠，不耽祿以賞高；通則使上恤其下，窮則教下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順其上。故用於上則民安，行於下則君尊。可謂進不失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忠，退不失行。此正士之義，為臣之體也。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體論）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 tuệ và mƣu lƣợc đủ để trị vì đất nƣớc, tấm lòng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kiên trung đủ khiến quân vƣơng đƣợc gợi mở, sự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và bình đẳng đủ khiến dân chúng an lòng và thái độ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điềm đạm thân tình đủ khiến ngƣời quy phục. Không vu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cáo ngƣời để mong thăng quan tiến chức, không tổn hại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để mong đƣợc trọng dụng, không khuất phục hùa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và cậy nhờ ngƣời đời để rồi đánh mất lòng 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của bản thân và cũng không tham quyền cao chức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mà làm tổn hại nhân cách cao quý của chính mình.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nắm quyền hành thì gợi mở để quân vƣơng chăm lo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thần dân, khi thất thế lại giáo hóa thần dân vâng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một cách có lý trí. Ngƣời thế này, khi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 bạt trọng dụng có thể khiến muôn dân đƣợc an lạc,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lui về phía sau lại có thể khiến quân vƣơng đƣợc tôn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quý. Có thể nói khi làm quan sẽ không để mất lòng 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và khi lui về ở ẩn cũng không đánh mất đức hạnh.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nghĩa khí của bậc sĩ chính trực, là chuẩn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mực căn bản mà ngƣời làm quan phải nên giữ vững.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74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夫為人臣，其猶土乎！萬物載焉，而不辭其重；水</w:t>
      </w:r>
    </w:p>
    <w:p>
      <w:pPr>
        <w:autoSpaceDN w:val="0"/>
        <w:autoSpaceDE w:val="0"/>
        <w:widowControl/>
        <w:spacing w:line="364" w:lineRule="exact" w:before="2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瀆污焉，而不辭其下；草木殖焉，而不有其功。此成功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而不處，為臣之體也。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體論）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6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một hạ thần, cũng tựa nhƣ một thửa ruộng vậy!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Nuôi dƣỡng vạn vật, nhƣng không vì gánh nặng mà chối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từ; dẫu bị nƣớc vẩn đục khiến cho dơ bẩn cũng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cự tuyệt và để chúng hòa quyện vào chính mình, khi cỏ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cây ở trên đƣợc xum xuê tốt tƣơi cũng không xem đó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lao của bản thân. Đây chính là thành tựu sự nghiệp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đòi hỏi công lao, đây chính là chuẩn mực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hạ thần. </w:t>
      </w:r>
    </w:p>
    <w:p>
      <w:pPr>
        <w:autoSpaceDN w:val="0"/>
        <w:autoSpaceDE w:val="0"/>
        <w:widowControl/>
        <w:spacing w:line="418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7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75 ~ </w:t>
      </w:r>
    </w:p>
    <w:p>
      <w:pPr>
        <w:autoSpaceDN w:val="0"/>
        <w:autoSpaceDE w:val="0"/>
        <w:widowControl/>
        <w:spacing w:line="282" w:lineRule="exact" w:before="14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人之事君也，言無小大，無愆也；事無勞逸，無所</w:t>
      </w:r>
    </w:p>
    <w:p>
      <w:pPr>
        <w:autoSpaceDN w:val="0"/>
        <w:autoSpaceDE w:val="0"/>
        <w:widowControl/>
        <w:spacing w:line="364" w:lineRule="exact" w:before="0" w:after="102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避也。其見識知也，則不恃恩寵而加敬；其見遺忘也，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則不懷怨恨而加勤。安危不貳其志，險易不革其心。孜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孜為此，以沒其身，惡有為此人君長而憎之者也？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昌言）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hạ thần phụng sự quân vƣơng, khi tấu sớ hay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bàn việc chính sự, dẫu lớn nhỏ đều không đƣợc sai sót,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gánh vác trọng trách dẫu vất vả thế nào cũng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né tránh hay chối từ. Khi đƣợc quân vƣơng ghi nhận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thông, sẽ không ỷ vào ân sủng đó mà càng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cống hiến hơn nữa; khi bị quân vƣơng lãng quên,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ôm lòng oán thán mà càng phải cần mẫn hơn thế.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bản thân có an lành hay hiểm nguy đều không thay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đổi chí hƣớng, dẫu tình thế có hung hiểm hay tốt lành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không thay đổi tấm chân tình. Nếu cứ thế mà cần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mẫn không ngừng nghỉ, một đời không đổi thay, đâu có </w:t>
      </w:r>
    </w:p>
    <w:p>
      <w:pPr>
        <w:autoSpaceDN w:val="0"/>
        <w:autoSpaceDE w:val="0"/>
        <w:widowControl/>
        <w:spacing w:line="346" w:lineRule="exact" w:before="4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thần thế này mà phải chịu sự chán ghét của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và cấp trên chứ? </w:t>
      </w:r>
    </w:p>
    <w:p>
      <w:pPr>
        <w:autoSpaceDN w:val="0"/>
        <w:autoSpaceDE w:val="0"/>
        <w:widowControl/>
        <w:spacing w:line="418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Xương Ngôn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6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2"/>
        </w:trPr>
        <w:tc>
          <w:tcPr>
            <w:tcW w:type="dxa" w:w="34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位弗期驕，祿弗期侈。</w:t>
            </w:r>
          </w:p>
        </w:tc>
        <w:tc>
          <w:tcPr>
            <w:tcW w:type="dxa" w:w="350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6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貴不與驕期，而驕自至；富不與侈期，而侈自來。驕侈</w:t>
            </w:r>
          </w:p>
        </w:tc>
      </w:tr>
      <w:tr>
        <w:trPr>
          <w:trHeight w:hRule="exact" w:val="516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216" w:val="left"/>
              </w:tabs>
              <w:autoSpaceDE w:val="0"/>
              <w:widowControl/>
              <w:spacing w:line="0" w:lineRule="exact" w:before="33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以行己，所以速亡也。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恭儉惟德，無載爾偽。</w:t>
            </w:r>
            <w:r>
              <w:br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言當恭儉，惟以立德，無行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hyperlink r:id="rId23" w:history="1">
                <w:r>
                  <w:rPr>
                    <w:rStyle w:val="Hyperlink"/>
                  </w:rPr>
                  <w:t>姦</w:t>
                </w:r>
              </w:hyperlink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偽也。 </w:t>
            </w:r>
          </w:p>
        </w:tc>
      </w:tr>
      <w:tr>
        <w:trPr>
          <w:trHeight w:hRule="exact" w:val="608"/>
        </w:trPr>
        <w:tc>
          <w:tcPr>
            <w:tcW w:type="dxa" w:w="57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địa vị tôn quý không hẹn cùng tâm ngạo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 (nhƣng lại sinh tâm ngạo mạn một cách không chủ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ý); ngƣời có đƣợc phúc lộc không hẹn cùng tính nết xa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xỉ (nhƣng lại bị nhiễm tính cách xa xỉ một cách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chủ ý). (Đem thái độ ngạo mạn và xa xỉ để kiến tạo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nghiệp, tất sẽ dẫn đến cảnh lụn bại.) Phải nên khiêm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 và tiết kiệm mới gây dựng đƣợc cơ đồ,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làm những việc giả dối và lọc lừa. </w:t>
      </w:r>
    </w:p>
    <w:p>
      <w:pPr>
        <w:autoSpaceDN w:val="0"/>
        <w:autoSpaceDE w:val="0"/>
        <w:widowControl/>
        <w:spacing w:line="418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77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子墨子曰：『世之君子，使之一犬一彘之宰，不能</w:t>
      </w:r>
    </w:p>
    <w:p>
      <w:pPr>
        <w:autoSpaceDN w:val="0"/>
        <w:autoSpaceDE w:val="0"/>
        <w:widowControl/>
        <w:spacing w:line="282" w:lineRule="exact" w:before="8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則辭之；使為一國之相，不能而為之。豈不悖哉？』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墨子）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Mặc Tử từng nói: “Ngƣời quân tử trên đời này, để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làm ngƣời cai quản việc bếp núc và chuyên giết mổ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chó lợn, nếu họ không thể làm tất sẽ từ chối. Để họ gánh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vác chức quan tể tƣớng của một đất nƣớc, tài năng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đủ mà lại vẫn cứ đảm nhiệm. Điều này chẳng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hết sức hoang đƣờng sao?” </w:t>
      </w:r>
    </w:p>
    <w:p>
      <w:pPr>
        <w:autoSpaceDN w:val="0"/>
        <w:autoSpaceDE w:val="0"/>
        <w:widowControl/>
        <w:spacing w:line="418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Mặc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1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78 ~ </w:t>
      </w:r>
    </w:p>
    <w:p>
      <w:pPr>
        <w:autoSpaceDN w:val="0"/>
        <w:autoSpaceDE w:val="0"/>
        <w:widowControl/>
        <w:spacing w:line="308" w:lineRule="exact" w:before="258" w:after="28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柳下惠為士師，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士師，典獄之官也。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三黜。人曰：『子未可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64"/>
        </w:trPr>
        <w:tc>
          <w:tcPr>
            <w:tcW w:type="dxa" w:w="5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以去乎？』曰：『直道而事人，焉往而不三黜？</w:t>
            </w:r>
          </w:p>
        </w:tc>
        <w:tc>
          <w:tcPr>
            <w:tcW w:type="dxa" w:w="9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茍直道以事人</w:t>
            </w:r>
          </w:p>
        </w:tc>
      </w:tr>
    </w:tbl>
    <w:p>
      <w:pPr>
        <w:autoSpaceDN w:val="0"/>
        <w:autoSpaceDE w:val="0"/>
        <w:widowControl/>
        <w:spacing w:line="306" w:lineRule="exact" w:before="28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，所至之國，俱當復三黜。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枉道而事人，何必去父母之邦？ 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Liễu Hạ Huệ khi còn đảm nhiệm chức quan chuyên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trách bộ hình, dẫu vô tội mà vẫn ba lần bị giáng chức.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ngƣời hỏi: </w:t>
      </w:r>
    </w:p>
    <w:p>
      <w:pPr>
        <w:autoSpaceDN w:val="0"/>
        <w:autoSpaceDE w:val="0"/>
        <w:widowControl/>
        <w:spacing w:line="400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Ông không thể rời khỏi nƣớc Lỗ sao?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Liễu Hạ Huệ đáp rằng: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Ta đem đạo lý chính trực mà phụng sự quân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vƣơng, đến đất nƣớc nào mà chẳng bị bãi nhiệm ba lần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chứ? Nếu ta đi ngƣợc với đạo lý chính nghĩa mà phụng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quân vƣơng, vậy hà cớ gì phải xa rời tổ quốc đây? </w:t>
      </w:r>
    </w:p>
    <w:p>
      <w:pPr>
        <w:autoSpaceDN w:val="0"/>
        <w:autoSpaceDE w:val="0"/>
        <w:widowControl/>
        <w:spacing w:line="346" w:lineRule="exact" w:before="6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3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79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震中子秉，字叔節……每朝廷有得失，輒盡忠規</w:t>
      </w:r>
    </w:p>
    <w:p>
      <w:pPr>
        <w:autoSpaceDN w:val="0"/>
        <w:autoSpaceDE w:val="0"/>
        <w:widowControl/>
        <w:spacing w:line="362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諫，多見納用。秉性不飲酒，嘗從容言曰：『我有三不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惑，酒色財也。』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1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（卷二十三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後漢書三）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con trai thứ của Dƣơng Chấn tên là Dƣơng </w:t>
      </w:r>
    </w:p>
    <w:p>
      <w:pPr>
        <w:autoSpaceDN w:val="0"/>
        <w:autoSpaceDE w:val="0"/>
        <w:widowControl/>
        <w:spacing w:line="366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Bỉnh, tự là Thúc Tiết… Mỗi khi triều đình có chuyện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lành dữ, ông luôn tận trung mà thẳng thắn khuyên can, 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kiến của ông đa phần đều đƣợc tiếp nhận. Dƣơng Bỉnh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nết trời cho không uống rƣợu, ông từng ung dung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điềm tĩnh mà nói rằng: “Ta sẽ không bị ba thứ khiến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mê hoặc. Đó là tửu, sắc và tài.” </w:t>
      </w:r>
    </w:p>
    <w:p>
      <w:pPr>
        <w:autoSpaceDN w:val="0"/>
        <w:autoSpaceDE w:val="0"/>
        <w:widowControl/>
        <w:spacing w:line="418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80 ~ </w:t>
      </w:r>
    </w:p>
    <w:p>
      <w:pPr>
        <w:autoSpaceDN w:val="0"/>
        <w:autoSpaceDE w:val="0"/>
        <w:widowControl/>
        <w:spacing w:line="282" w:lineRule="exact" w:before="300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世祖因言次謂威曰：『卿清孰如父清？』對曰：</w:t>
      </w:r>
    </w:p>
    <w:p>
      <w:pPr>
        <w:autoSpaceDN w:val="0"/>
        <w:autoSpaceDE w:val="0"/>
        <w:widowControl/>
        <w:spacing w:line="362" w:lineRule="exact" w:before="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『臣不如也。』世祖曰：『以何為勝邪？』對曰：『臣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父清恐人知，臣清恐人不知，是臣不及遠也。』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晉書下）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6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Vũ Đế Tƣ Mã Viêm trong lúc đàm đạo có hỏi Hồ </w:t>
      </w:r>
    </w:p>
    <w:p>
      <w:pPr>
        <w:autoSpaceDN w:val="0"/>
        <w:autoSpaceDE w:val="0"/>
        <w:widowControl/>
        <w:spacing w:line="380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Uy rằng: </w:t>
      </w:r>
    </w:p>
    <w:p>
      <w:pPr>
        <w:autoSpaceDN w:val="0"/>
        <w:autoSpaceDE w:val="0"/>
        <w:widowControl/>
        <w:spacing w:line="400" w:lineRule="exact" w:before="24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Nếu so sánh khanh với cha mình, ai liêm khiết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hơn?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Hồ Uy đáp rằng: </w:t>
      </w:r>
    </w:p>
    <w:p>
      <w:pPr>
        <w:autoSpaceDN w:val="0"/>
        <w:autoSpaceDE w:val="0"/>
        <w:widowControl/>
        <w:spacing w:line="400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Thần không liêm khiết đƣợc nhƣ cha. </w:t>
      </w:r>
    </w:p>
    <w:p>
      <w:pPr>
        <w:autoSpaceDN w:val="0"/>
        <w:autoSpaceDE w:val="0"/>
        <w:widowControl/>
        <w:spacing w:line="400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Vũ Đế lại hỏi: </w:t>
      </w:r>
    </w:p>
    <w:p>
      <w:pPr>
        <w:autoSpaceDN w:val="0"/>
        <w:autoSpaceDE w:val="0"/>
        <w:widowControl/>
        <w:spacing w:line="400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Cớ sao nói ông ấy hơn khanh vậy? </w:t>
      </w:r>
    </w:p>
    <w:p>
      <w:pPr>
        <w:autoSpaceDN w:val="0"/>
        <w:autoSpaceDE w:val="0"/>
        <w:widowControl/>
        <w:spacing w:line="332" w:lineRule="exact" w:before="29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Hồ Uy lại đáp: </w:t>
      </w:r>
    </w:p>
    <w:p>
      <w:pPr>
        <w:autoSpaceDN w:val="0"/>
        <w:autoSpaceDE w:val="0"/>
        <w:widowControl/>
        <w:spacing w:line="400" w:lineRule="exact" w:before="26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Cha của thần liêm khiết mà chỉ e ngƣời khác biết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đƣợc, còn thần liêm khiết lại chỉ e ngƣời khác không biết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đến. Đây chính là điểm mà thần còn kém xa cha mình. </w:t>
      </w:r>
    </w:p>
    <w:p>
      <w:pPr>
        <w:autoSpaceDN w:val="0"/>
        <w:autoSpaceDE w:val="0"/>
        <w:widowControl/>
        <w:spacing w:line="418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Tấn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2. TẬN TRUNG </w:t>
      </w:r>
    </w:p>
    <w:p>
      <w:pPr>
        <w:autoSpaceDN w:val="0"/>
        <w:autoSpaceDE w:val="0"/>
        <w:widowControl/>
        <w:spacing w:line="416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81 ~ </w:t>
      </w:r>
    </w:p>
    <w:p>
      <w:pPr>
        <w:autoSpaceDN w:val="0"/>
        <w:autoSpaceDE w:val="0"/>
        <w:widowControl/>
        <w:spacing w:line="306" w:lineRule="exact" w:before="258" w:after="28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民生於三，事之如一。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三，君、父、師也。如一，服勤至死也。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父生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66"/>
        </w:trPr>
        <w:tc>
          <w:tcPr>
            <w:tcW w:type="dxa" w:w="28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之，師教之，君食之。</w:t>
            </w:r>
          </w:p>
        </w:tc>
        <w:tc>
          <w:tcPr>
            <w:tcW w:type="dxa" w:w="36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食，謂祿也。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唯其所在，則致死焉，</w:t>
            </w:r>
          </w:p>
        </w:tc>
        <w:tc>
          <w:tcPr>
            <w:tcW w:type="dxa" w:w="3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在君</w:t>
            </w:r>
          </w:p>
        </w:tc>
      </w:tr>
    </w:tbl>
    <w:p>
      <w:pPr>
        <w:autoSpaceDN w:val="0"/>
        <w:autoSpaceDE w:val="0"/>
        <w:widowControl/>
        <w:spacing w:line="306" w:lineRule="exact" w:before="28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父，為君父。在師，為師也。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人之道也。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（卷八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國語）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2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(Đại phu Loan Cung Tử của Tấn Ai Hầu từng nói:)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trƣởng thành của một ngƣời là nhờ ba vị ân nhân,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là: quân chủ, cha mẹ và thầy giáo. Lòng kính yêu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họ là nhƣ nhau và một đời hết lòng phục vụ, bởi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cha mẹ sinh ra ta, ngƣời thầy dạy dỗ ta, còn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cho ta bổng lộc và ân huệ. Chỉ cần đạo nghĩa còn, ta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phải đền đáp đến khi nhắm mắt xuôi tay, đây là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làm ngƣời.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Quốc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2"/>
        </w:trPr>
        <w:tc>
          <w:tcPr>
            <w:tcW w:type="dxa" w:w="368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昔先正保衡，作我先王。</w:t>
            </w:r>
          </w:p>
        </w:tc>
        <w:tc>
          <w:tcPr>
            <w:tcW w:type="dxa" w:w="31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保衡，伊尹也。作，起也。正，長也，言先世長官</w:t>
            </w:r>
          </w:p>
        </w:tc>
      </w:tr>
      <w:tr>
        <w:trPr>
          <w:trHeight w:hRule="exact" w:val="364"/>
        </w:trPr>
        <w:tc>
          <w:tcPr>
            <w:tcW w:type="dxa" w:w="686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之臣也。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乃曰：『予弗克俾厥后惟堯舜，其心愧恥，若撻于</w:t>
            </w:r>
          </w:p>
        </w:tc>
      </w:tr>
      <w:tr>
        <w:trPr>
          <w:trHeight w:hRule="exact" w:val="366"/>
        </w:trPr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市。』</w:t>
            </w:r>
          </w:p>
        </w:tc>
        <w:tc>
          <w:tcPr>
            <w:tcW w:type="dxa" w:w="59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言伊尹不能使其君如堯舜，則心恥之，若見撻于市也。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一夫弗獲，則曰：</w:t>
            </w:r>
          </w:p>
        </w:tc>
      </w:tr>
    </w:tbl>
    <w:p>
      <w:pPr>
        <w:autoSpaceDN w:val="0"/>
        <w:autoSpaceDE w:val="0"/>
        <w:widowControl/>
        <w:spacing w:line="306" w:lineRule="exact" w:before="28" w:after="3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『時予之辜。』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伊尹見一夫不得其所，則以為己罪也。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右我烈祖，格于皇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1124"/>
        </w:trPr>
        <w:tc>
          <w:tcPr>
            <w:tcW w:type="dxa" w:w="35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74" w:val="left"/>
              </w:tabs>
              <w:autoSpaceDE w:val="0"/>
              <w:widowControl/>
              <w:spacing w:line="166" w:lineRule="exact" w:before="2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言以此道左右成湯，功至大天。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天。</w:t>
            </w:r>
          </w:p>
        </w:tc>
        <w:tc>
          <w:tcPr>
            <w:tcW w:type="dxa" w:w="21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9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9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Vị trung thần tài ba Y Doãn xƣa kia đã khiến cho </w:t>
      </w:r>
    </w:p>
    <w:p>
      <w:pPr>
        <w:autoSpaceDN w:val="0"/>
        <w:autoSpaceDE w:val="0"/>
        <w:widowControl/>
        <w:spacing w:line="362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nghiệp của tiên đế chúng ta đƣợc chấn hƣng. 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từng nói: “Nếu ta không thể khiến quân chủ trở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anh minh và tài ba nhƣ vua Nghiêu vua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Thuấn, trong lòng ta sẽ cảm thấy hổ hẹn và xấu hổ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bị ngƣời phạt roi nơi cửa chợ.” Dẫu còn một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chƣa đƣợc sắp xếp ổn thỏa, ông sẽ nói: “Đây là tội lỗi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ta mà!” Ông đã phò tá bậc tiên đế hiển hách Thành </w:t>
      </w:r>
    </w:p>
    <w:p>
      <w:pPr>
        <w:autoSpaceDN w:val="0"/>
        <w:autoSpaceDE w:val="0"/>
        <w:widowControl/>
        <w:spacing w:line="346" w:lineRule="exact" w:before="4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Thang của chúng ta nhƣ vậy, công trạng đã vƣơn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tận trời xanh.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83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景公問晏子曰：『忠臣之行，何如？』對曰：『選</w:t>
      </w:r>
    </w:p>
    <w:p>
      <w:pPr>
        <w:autoSpaceDN w:val="0"/>
        <w:autoSpaceDE w:val="0"/>
        <w:widowControl/>
        <w:spacing w:line="364" w:lineRule="exact" w:before="0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賢進能，不私乎內。稱身就位，計能受祿。睹賢不居其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上，受祿不過其量。不權君以為行，不稱位以為忠，不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掩賢以隱長，不刻下以諛上。順即進，否即退，不與君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行邪。』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（卷三十三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晏子）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Công hỏi Yến Tử rằng: </w:t>
      </w:r>
    </w:p>
    <w:p>
      <w:pPr>
        <w:autoSpaceDN w:val="0"/>
        <w:autoSpaceDE w:val="0"/>
        <w:widowControl/>
        <w:spacing w:line="400" w:lineRule="exact" w:before="240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Phẩm chất của một trung thần là thế nào?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Yến Tử đáp lại: </w:t>
      </w:r>
    </w:p>
    <w:p>
      <w:pPr>
        <w:autoSpaceDN w:val="0"/>
        <w:autoSpaceDE w:val="0"/>
        <w:widowControl/>
        <w:spacing w:line="400" w:lineRule="exact" w:before="242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Tuyển chọn ngƣời đức độ, tiến cử ngƣời có tài </w:t>
      </w:r>
    </w:p>
    <w:p>
      <w:pPr>
        <w:autoSpaceDN w:val="0"/>
        <w:autoSpaceDE w:val="0"/>
        <w:widowControl/>
        <w:spacing w:line="360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năng mà không thiên vị ngƣời thân hay bạn hữu. Tự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lƣờng đức hạnh của chính mình để đảm nhiệm chức vị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tƣơng xứng và tự xét năng lực của bản thân để nhận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bổng lộc. Khi gặp đƣợc bậc hiền nhân, chức vị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 không đƣợc vƣợt quá họ, bổng lộc nhận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cũng không đƣợc hơn bậc hiền tài. Làm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vì sự yêu ghét của quân vƣơng và tận hết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thành mà không tính toán địa vị của chính mình, </w:t>
      </w:r>
    </w:p>
    <w:p>
      <w:pPr>
        <w:autoSpaceDN w:val="0"/>
        <w:autoSpaceDE w:val="0"/>
        <w:widowControl/>
        <w:spacing w:line="346" w:lineRule="exact" w:before="2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6" w:lineRule="exact" w:before="132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che giấu nhân tài và vùi dập tài năng của họ,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đối xử hà khắc với cấp dƣới và xu nịnh bợ đỡ cấp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trên. Khi quân vƣơng tuân theo đạo nghĩa sẽ vào triều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quan, còn nếu không sẽ lui về ở ẩn, không cùng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làm những việc xấu ác.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84 ~ </w:t>
      </w:r>
    </w:p>
    <w:p>
      <w:pPr>
        <w:autoSpaceDN w:val="0"/>
        <w:autoSpaceDE w:val="0"/>
        <w:widowControl/>
        <w:spacing w:line="280" w:lineRule="exact" w:before="302" w:after="42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飲桓公酒，樂。公曰：『以火繼之。』辭曰：『臣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52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卜其晝，未卜其夜，不敢！』君子曰：『酒以成禮，不</w:t>
            </w:r>
          </w:p>
        </w:tc>
      </w:tr>
      <w:tr>
        <w:trPr>
          <w:trHeight w:hRule="exact" w:val="516"/>
        </w:trPr>
        <w:tc>
          <w:tcPr>
            <w:tcW w:type="dxa" w:w="19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繼以淫，義也；</w:t>
            </w:r>
          </w:p>
        </w:tc>
        <w:tc>
          <w:tcPr>
            <w:tcW w:type="dxa" w:w="492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夜飲為淫樂。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以君成禮，弗納於淫，仁也。 』 </w:t>
            </w:r>
          </w:p>
        </w:tc>
      </w:tr>
      <w:tr>
        <w:trPr>
          <w:trHeight w:hRule="exact" w:val="608"/>
        </w:trPr>
        <w:tc>
          <w:tcPr>
            <w:tcW w:type="dxa" w:w="45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（後補卷四 </w:t>
            </w:r>
          </w:p>
        </w:tc>
        <w:tc>
          <w:tcPr>
            <w:tcW w:type="dxa" w:w="23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春秋左氏傳上）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Trọng mời rƣợu Tề Hoàn Công khiến ông rất </w:t>
      </w:r>
    </w:p>
    <w:p>
      <w:pPr>
        <w:autoSpaceDN w:val="0"/>
        <w:autoSpaceDE w:val="0"/>
        <w:widowControl/>
        <w:spacing w:line="332" w:lineRule="exact" w:before="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vui. (Trời đã tối) Hoàn Công nói: </w:t>
      </w:r>
    </w:p>
    <w:p>
      <w:pPr>
        <w:autoSpaceDN w:val="0"/>
        <w:autoSpaceDE w:val="0"/>
        <w:widowControl/>
        <w:spacing w:line="400" w:lineRule="exact" w:before="26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Hãy thắp đèn lên và tiếp tục uống rƣợu. </w:t>
      </w:r>
    </w:p>
    <w:p>
      <w:pPr>
        <w:autoSpaceDN w:val="0"/>
        <w:autoSpaceDE w:val="0"/>
        <w:widowControl/>
        <w:spacing w:line="400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Trọng lễ phép mà từ chối rằng: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Thần chỉ nhận đƣợc quẻ cho việc dự yến tiệc vào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ngày, chứ không thấy nói đến việc dự yến tiệc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đêm, nên không dám vâng mệnh.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có bàn luận thế này: </w:t>
      </w:r>
    </w:p>
    <w:p>
      <w:pPr>
        <w:autoSpaceDN w:val="0"/>
        <w:autoSpaceDE w:val="0"/>
        <w:widowControl/>
        <w:spacing w:line="402" w:lineRule="exact" w:before="24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Rƣợu là dùng để hỗ trợ việc thực hiện lễ nghĩa, </w:t>
      </w:r>
    </w:p>
    <w:p>
      <w:pPr>
        <w:autoSpaceDN w:val="0"/>
        <w:autoSpaceDE w:val="0"/>
        <w:widowControl/>
        <w:spacing w:line="332" w:lineRule="exact" w:before="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tiếp tục vì ham vui mà quá chén, đây là </w:t>
      </w:r>
    </w:p>
    <w:p>
      <w:pPr>
        <w:autoSpaceDN w:val="0"/>
        <w:autoSpaceDE w:val="0"/>
        <w:widowControl/>
        <w:spacing w:line="346" w:lineRule="exact" w:before="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70" w:lineRule="exact" w:before="128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„Nghĩa‟. Uống rƣợu với quân vƣơng là để hoàn thành 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nghĩa, chứ không phải khiến họ rơi vào cảnh quá đà,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„Nhân‟.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(Bổ sung cuốn 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Thị Truyện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Thƣợng) </w:t>
      </w:r>
    </w:p>
    <w:p>
      <w:pPr>
        <w:autoSpaceDN w:val="0"/>
        <w:autoSpaceDE w:val="0"/>
        <w:widowControl/>
        <w:spacing w:line="332" w:lineRule="exact" w:before="2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KHUYẾN GIÁN [KHUYÊN CAN] </w:t>
      </w:r>
    </w:p>
    <w:p>
      <w:pPr>
        <w:autoSpaceDN w:val="0"/>
        <w:autoSpaceDE w:val="0"/>
        <w:widowControl/>
        <w:spacing w:line="416" w:lineRule="exact" w:before="22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85 ~ </w:t>
      </w:r>
    </w:p>
    <w:p>
      <w:pPr>
        <w:autoSpaceDN w:val="0"/>
        <w:autoSpaceDE w:val="0"/>
        <w:widowControl/>
        <w:spacing w:line="280" w:lineRule="exact" w:before="28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夫諫爭者，所以納君於道，矯枉正非，救上之謬</w:t>
      </w:r>
    </w:p>
    <w:p>
      <w:pPr>
        <w:autoSpaceDN w:val="0"/>
        <w:autoSpaceDE w:val="0"/>
        <w:widowControl/>
        <w:spacing w:line="282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也。上茍有謬而無救焉，則害於事，害於事則危道也。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政要論）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Thẳng thắn khuyên can chính là khiến quân vƣơng </w:t>
      </w:r>
    </w:p>
    <w:p>
      <w:pPr>
        <w:autoSpaceDN w:val="0"/>
        <w:autoSpaceDE w:val="0"/>
        <w:widowControl/>
        <w:spacing w:line="366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bƣớc vào con đƣờng trị quốc đúng đắn, sửa đổi hành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bất chính, sửa chữa khuyết điểm và cứu vãn sai sót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vƣơng. Khi quân vƣơng có những điểm sai lầm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ngƣời chấn chỉnh, tất sẽ nguy hại đến quốc sự;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nguy hại đến quốc sự, tất sẽ khiến đất nƣớc bƣớc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con đƣờng hiểm nguy.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86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《易》曰：『王臣謇謇，匪躬之故。』人臣之所以</w:t>
      </w:r>
    </w:p>
    <w:p>
      <w:pPr>
        <w:autoSpaceDN w:val="0"/>
        <w:autoSpaceDE w:val="0"/>
        <w:widowControl/>
        <w:spacing w:line="390" w:lineRule="exact" w:before="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謇謇為難，而諫其君者，非為身也，將欲以匡君之過，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矯君之失也。君有過失，危亡之萌也，見君之過失而不</w:t>
      </w:r>
    </w:p>
    <w:p>
      <w:pPr>
        <w:autoSpaceDN w:val="0"/>
        <w:autoSpaceDE w:val="0"/>
        <w:widowControl/>
        <w:spacing w:line="346" w:lineRule="exact" w:before="4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90" w:lineRule="exact" w:before="92" w:after="19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諫，是輕君之危亡也。夫輕君之危亡者，忠臣不忍為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4"/>
        <w:gridCol w:w="3464"/>
      </w:tblGrid>
      <w:tr>
        <w:trPr>
          <w:trHeight w:hRule="exact" w:val="63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8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（卷四十三 </w:t>
            </w:r>
          </w:p>
        </w:tc>
        <w:tc>
          <w:tcPr>
            <w:tcW w:type="dxa" w:w="12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8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說苑） </w:t>
            </w:r>
          </w:p>
        </w:tc>
      </w:tr>
    </w:tbl>
    <w:p>
      <w:pPr>
        <w:autoSpaceDN w:val="0"/>
        <w:autoSpaceDE w:val="0"/>
        <w:widowControl/>
        <w:spacing w:line="416" w:lineRule="exact" w:before="1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2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[Kinh Dịch] có nói: “Hạ thần có chí nguyện </w:t>
      </w:r>
    </w:p>
    <w:p>
      <w:pPr>
        <w:autoSpaceDN w:val="0"/>
        <w:autoSpaceDE w:val="0"/>
        <w:widowControl/>
        <w:spacing w:line="374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phò tá vƣơng thất, thƣờng có tính cách cƣơng nghị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trực và không vì bản thân.” Sở dĩ hạ thần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cƣơng nghị chính trực, đối mặt với gian nan để khuyên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giải quân vƣơng, không phải vì chính bản thân, mà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sửa chữa tội lỗi của quân vƣơng và uốn nắn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sai lầm của họ. Khi quân vƣơng có sai sót,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mầm mống của nguy cơ diệt vong, khi thấy lỗi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sai của quân vƣơng mà không khuyên can, chính là xem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nguy cơ diệt vong của họ. Việc xem thƣờng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cơ bị diệt vong của quân vƣơng, bậc trung thần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đành lòng đi làm. </w:t>
      </w:r>
    </w:p>
    <w:p>
      <w:pPr>
        <w:autoSpaceDN w:val="0"/>
        <w:autoSpaceDE w:val="0"/>
        <w:widowControl/>
        <w:spacing w:line="400" w:lineRule="exact" w:before="25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62" w:after="14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4"/>
        <w:gridCol w:w="3464"/>
      </w:tblGrid>
      <w:tr>
        <w:trPr>
          <w:trHeight w:hRule="exact" w:val="490"/>
        </w:trPr>
        <w:tc>
          <w:tcPr>
            <w:tcW w:type="dxa" w:w="53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8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子路問事君。子曰：『勿欺，而犯之。』</w:t>
            </w:r>
          </w:p>
        </w:tc>
        <w:tc>
          <w:tcPr>
            <w:tcW w:type="dxa" w:w="11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事君之道，義不可</w:t>
            </w:r>
          </w:p>
        </w:tc>
      </w:tr>
    </w:tbl>
    <w:p>
      <w:pPr>
        <w:autoSpaceDN w:val="0"/>
        <w:autoSpaceDE w:val="0"/>
        <w:widowControl/>
        <w:spacing w:line="140" w:lineRule="exact" w:before="42" w:after="2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欺，當犯顏諫爭。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4"/>
        <w:gridCol w:w="3464"/>
      </w:tblGrid>
      <w:tr>
        <w:trPr>
          <w:trHeight w:hRule="exact" w:val="121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82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346" w:lineRule="exact" w:before="6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96 </w:t>
      </w:r>
    </w:p>
    <w:p>
      <w:pPr>
        <w:sectPr>
          <w:pgSz w:w="9072" w:h="13608"/>
          <w:pgMar w:top="464" w:right="104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Lộ thỉnh giáo về đạo lý phụng sự quân vƣơng. </w:t>
      </w:r>
    </w:p>
    <w:p>
      <w:pPr>
        <w:autoSpaceDN w:val="0"/>
        <w:autoSpaceDE w:val="0"/>
        <w:widowControl/>
        <w:spacing w:line="362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dạy rằng: “Nhất định không đƣợc lừa dối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vƣơng, khi quân vƣơng có những điều không hợp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nghĩa, phải thẳng thắn khuyên can mà không e ngại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mếch lòng.” </w:t>
      </w:r>
    </w:p>
    <w:p>
      <w:pPr>
        <w:autoSpaceDN w:val="0"/>
        <w:autoSpaceDE w:val="0"/>
        <w:widowControl/>
        <w:spacing w:line="400" w:lineRule="exact" w:before="20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1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88 ~ </w:t>
      </w:r>
    </w:p>
    <w:p>
      <w:pPr>
        <w:autoSpaceDN w:val="0"/>
        <w:autoSpaceDE w:val="0"/>
        <w:widowControl/>
        <w:spacing w:line="282" w:lineRule="exact" w:before="260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《敬之》，群臣進戒嗣王也。敬之敬之，天維顯</w:t>
      </w:r>
    </w:p>
    <w:p>
      <w:pPr>
        <w:autoSpaceDN w:val="0"/>
        <w:tabs>
          <w:tab w:pos="6574" w:val="left"/>
        </w:tabs>
        <w:autoSpaceDE w:val="0"/>
        <w:widowControl/>
        <w:spacing w:line="168" w:lineRule="exact" w:before="26" w:after="0"/>
        <w:ind w:left="30" w:right="30" w:firstLine="0"/>
        <w:jc w:val="left"/>
      </w:pPr>
      <w:r>
        <w:tab/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顯，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思，命不易哉！無曰高高在上，陟降厥士，日監在茲。</w:t>
      </w:r>
    </w:p>
    <w:p>
      <w:pPr>
        <w:autoSpaceDN w:val="0"/>
        <w:autoSpaceDE w:val="0"/>
        <w:widowControl/>
        <w:spacing w:line="140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光也。監，視也。群臣見王，謀即政之事。故因此時戒之曰：敬之哉！敬之哉！天乃光明，去惡與善，其命吉凶，不</w:t>
      </w:r>
    </w:p>
    <w:p>
      <w:pPr>
        <w:autoSpaceDN w:val="0"/>
        <w:autoSpaceDE w:val="0"/>
        <w:widowControl/>
        <w:spacing w:line="138" w:lineRule="exact" w:before="226" w:after="24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變易也。無謂天高又高，在上遠人而不畏也。天上下其事，謂轉運日月，施其所行，日視瞻近在此也。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5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4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4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毛詩） </w:t>
            </w:r>
          </w:p>
        </w:tc>
      </w:tr>
    </w:tbl>
    <w:p>
      <w:pPr>
        <w:autoSpaceDN w:val="0"/>
        <w:autoSpaceDE w:val="0"/>
        <w:widowControl/>
        <w:spacing w:line="416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2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Nội dung của bài thơ [Kính Chi] viết về việc quần </w:t>
      </w:r>
    </w:p>
    <w:p>
      <w:pPr>
        <w:autoSpaceDN w:val="0"/>
        <w:autoSpaceDE w:val="0"/>
        <w:widowControl/>
        <w:spacing w:line="368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thẳng thắn nói lên lời khuyên răn Chu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khi ông sắp sửa nối ngôi. (Nội dung của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răn là:) Phải thận trọng! Phải thận trọng đấy!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Trời cao có mắt, sáng tỏ nhƣờng nào, giữ vững mệnh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trời đâu có dễ! Đừng tƣởng trời xanh ở tận trên cao,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trời xanh đang vận hành cả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nhật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nguyệt,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đang thực hiện chức trách của mình, trời xanh nhìn thấu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thảy và đang ngày ngày dõi theo chúng ta. </w:t>
      </w:r>
    </w:p>
    <w:p>
      <w:pPr>
        <w:autoSpaceDN w:val="0"/>
        <w:autoSpaceDE w:val="0"/>
        <w:widowControl/>
        <w:spacing w:line="400" w:lineRule="exact" w:before="24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Mao Thi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4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CỬ HIỀN [TIẾN CỬ NGƯỜI CÓ ĐỨC TÀI] </w:t>
      </w:r>
    </w:p>
    <w:p>
      <w:pPr>
        <w:autoSpaceDN w:val="0"/>
        <w:autoSpaceDE w:val="0"/>
        <w:widowControl/>
        <w:spacing w:line="414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89 ~ </w:t>
      </w:r>
    </w:p>
    <w:p>
      <w:pPr>
        <w:autoSpaceDN w:val="0"/>
        <w:autoSpaceDE w:val="0"/>
        <w:widowControl/>
        <w:spacing w:line="308" w:lineRule="exact" w:before="276" w:after="28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推賢讓能，庶官乃和。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賢能相讓，俊乂在官，所以和諧也。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舉能其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66"/>
        </w:trPr>
        <w:tc>
          <w:tcPr>
            <w:tcW w:type="dxa" w:w="49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官，惟爾之能；稱匪其人，惟爾弗任。</w:t>
            </w:r>
          </w:p>
        </w:tc>
        <w:tc>
          <w:tcPr>
            <w:tcW w:type="dxa" w:w="19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所舉能脩其官，惟亦汝之功能</w:t>
            </w:r>
          </w:p>
        </w:tc>
      </w:tr>
    </w:tbl>
    <w:p>
      <w:pPr>
        <w:autoSpaceDN w:val="0"/>
        <w:autoSpaceDE w:val="0"/>
        <w:widowControl/>
        <w:spacing w:line="140" w:lineRule="exact" w:before="28" w:after="26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也。舉非其人，惟亦汝之不勝其任也。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9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cùng nhau tiến cử ngƣời đức độ và khai thông </w:t>
      </w:r>
    </w:p>
    <w:p>
      <w:pPr>
        <w:autoSpaceDN w:val="0"/>
        <w:autoSpaceDE w:val="0"/>
        <w:widowControl/>
        <w:spacing w:line="366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đƣờng cho ngƣời tài, bá quan sẽ hòa hợp. Khi 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cử ngƣời có đức có tài để đảm nhiệm chức vị,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tài năng và đức hạnh của anh; còn nếu anh tiến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cử ngƣời không thể gách vách trọng trách của chức vị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đó, đây cũng chính là sự kém cỏi của anh.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90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鮑叔既進管仲，以身下之。子孫世祿於齊，常為名</w:t>
      </w:r>
    </w:p>
    <w:p>
      <w:pPr>
        <w:autoSpaceDN w:val="0"/>
        <w:autoSpaceDE w:val="0"/>
        <w:widowControl/>
        <w:spacing w:line="282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大夫。世不多管仲之賢，而多鮑叔能知人也。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（卷十二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史記下）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khi Bào Thúc Nha tiến cử Quản Trọng với Tề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Hoàn Công, chức vị của ông còn ở sau Quản Trọng.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con cháu của Bào Thúc Nha đời đời đều ở nƣớc </w:t>
      </w:r>
    </w:p>
    <w:p>
      <w:pPr>
        <w:autoSpaceDN w:val="0"/>
        <w:autoSpaceDE w:val="0"/>
        <w:widowControl/>
        <w:spacing w:line="346" w:lineRule="exact" w:before="1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6" w:lineRule="exact" w:before="132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Tề mà hƣởng thụ bổng lộc, trong đó rất nhiều ngƣời trở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đại phu có tiếng tăm của nƣớc Tề. Ngƣời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không khen ngợi đức hạnh và tài năng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Quản Trọng mà ngợi khen Bào Thúc Nha có tài nhận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 và tiến cử bậc hiền tài.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Sử Kí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Hạ) </w:t>
      </w:r>
    </w:p>
    <w:p>
      <w:pPr>
        <w:autoSpaceDN w:val="0"/>
        <w:autoSpaceDE w:val="0"/>
        <w:widowControl/>
        <w:spacing w:line="388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91 ~ </w:t>
      </w:r>
    </w:p>
    <w:p>
      <w:pPr>
        <w:autoSpaceDN w:val="0"/>
        <w:autoSpaceDE w:val="0"/>
        <w:widowControl/>
        <w:spacing w:line="282" w:lineRule="exact" w:before="288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夫推讓之風息，爭競之心生矣。孔子曰：『上興</w:t>
      </w:r>
    </w:p>
    <w:p>
      <w:pPr>
        <w:autoSpaceDN w:val="0"/>
        <w:autoSpaceDE w:val="0"/>
        <w:widowControl/>
        <w:spacing w:line="364" w:lineRule="exact" w:before="0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讓，則下不爭。』明讓不興，下必爭也。推讓之道興，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賢能之人，日見推舉；爭競之心生，賢能之人，日見謗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毀。夫爭者之欲自先，甚惡能者之先，不能無毀也。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（卷二十九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晉書上）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phong trào tiến cử ngƣời đức độ và mở đƣờng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ngƣời tài không còn nữa, tâm tranh giành và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đuổi danh lợi sẽ nảy sinh. Khổng Tử từng dạy rằng: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“Ngƣời ở trên mà có thể khiêm nhƣờng, ngƣời ở dƣới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không tranh đoạt.” Ý muốn nói rằng, nếu nếp sống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nhƣờng mà không đƣợc lan tỏa, ngƣời dân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yếu sẽ cùng nhau tranh đoạt. Nếu đạo khiêm nhƣờng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lan rộng, ngƣời có đức có tài sẽ ngày ngày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cử; nhƣng khi tâm tranh giành và theo đuổi danh lợi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nảy sinh, ngƣời có đức có tài sẽ ngày ngày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gánh lấy sự vu khống và lời gièm pha. Đây là do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tranh giành chịu sự sai khiến của dục vọng và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đƣợc ở trên ngƣời, rồi căm ghét ngƣời có đức có </w:t>
      </w:r>
    </w:p>
    <w:p>
      <w:pPr>
        <w:autoSpaceDN w:val="0"/>
        <w:autoSpaceDE w:val="0"/>
        <w:widowControl/>
        <w:spacing w:line="346" w:lineRule="exact" w:before="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hơn mình, bởi vậy mà không thể không bôi nhọ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tài.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Tấn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92 ~ </w:t>
      </w:r>
    </w:p>
    <w:p>
      <w:pPr>
        <w:autoSpaceDN w:val="0"/>
        <w:autoSpaceDE w:val="0"/>
        <w:widowControl/>
        <w:spacing w:line="282" w:lineRule="exact" w:before="300" w:after="182"/>
        <w:ind w:left="596" w:right="596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夫舉無他，唯善所在，親疏一也。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1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28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（卷六 </w:t>
            </w:r>
          </w:p>
        </w:tc>
        <w:tc>
          <w:tcPr>
            <w:tcW w:type="dxa" w:w="2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春秋左氏傳下）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tiến cử nhân tài không có tiêu chuẩn nào khác, </w:t>
      </w:r>
    </w:p>
    <w:p>
      <w:pPr>
        <w:autoSpaceDN w:val="0"/>
        <w:autoSpaceDE w:val="0"/>
        <w:widowControl/>
        <w:spacing w:line="37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miễn là ngƣời tài đức, dẫu quan hệ có thân hay sơ,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đối đãi công bằng.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Thị Truyện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Hạ) </w:t>
      </w:r>
    </w:p>
    <w:p>
      <w:pPr>
        <w:autoSpaceDN w:val="0"/>
        <w:autoSpaceDE w:val="0"/>
        <w:widowControl/>
        <w:spacing w:line="416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74"/>
        </w:trPr>
        <w:tc>
          <w:tcPr>
            <w:tcW w:type="dxa" w:w="624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凡人各賢其所悅，而悅其所快。世莫不舉賢，</w:t>
            </w:r>
          </w:p>
        </w:tc>
        <w:tc>
          <w:tcPr>
            <w:tcW w:type="dxa" w:w="6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6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賢其所悅</w:t>
            </w:r>
          </w:p>
        </w:tc>
      </w:tr>
      <w:tr>
        <w:trPr>
          <w:trHeight w:hRule="exact" w:val="364"/>
        </w:trPr>
        <w:tc>
          <w:tcPr>
            <w:tcW w:type="dxa" w:w="690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者，而悅其所行之快性（其所行之快性，作其性之所快），（凡）人無不舉與己同者，以為賢也。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或以</w:t>
            </w:r>
          </w:p>
        </w:tc>
      </w:tr>
      <w:tr>
        <w:trPr>
          <w:trHeight w:hRule="exact" w:val="366"/>
        </w:trPr>
        <w:tc>
          <w:tcPr>
            <w:tcW w:type="dxa" w:w="48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治，或以亂，非自遁也，求同于己者。</w:t>
            </w:r>
          </w:p>
        </w:tc>
        <w:tc>
          <w:tcPr>
            <w:tcW w:type="dxa" w:w="207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遁，失。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己未必賢，</w:t>
            </w:r>
          </w:p>
        </w:tc>
      </w:tr>
      <w:tr>
        <w:trPr>
          <w:trHeight w:hRule="exact" w:val="516"/>
        </w:trPr>
        <w:tc>
          <w:tcPr>
            <w:tcW w:type="dxa" w:w="505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而求與己同者也，而欲得賢，亦不幾矣！</w:t>
            </w:r>
          </w:p>
        </w:tc>
        <w:tc>
          <w:tcPr>
            <w:tcW w:type="dxa" w:w="185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幾，近也。 </w:t>
            </w:r>
          </w:p>
        </w:tc>
      </w:tr>
      <w:tr>
        <w:trPr>
          <w:trHeight w:hRule="exact" w:val="606"/>
        </w:trPr>
        <w:tc>
          <w:tcPr>
            <w:tcW w:type="dxa" w:w="505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42" w:right="4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85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ta thƣờng cho rằng những ngƣời mà mình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quý mến đều là bậc hiền tài, nhƣng điều mà mình 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lại là những hành vi khiến mình cảm thấy vui </w:t>
      </w:r>
    </w:p>
    <w:p>
      <w:pPr>
        <w:autoSpaceDN w:val="0"/>
        <w:autoSpaceDE w:val="0"/>
        <w:widowControl/>
        <w:spacing w:line="346" w:lineRule="exact" w:before="1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3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sƣớng. Trên đời không có ai mà không tiến cử ngƣời tài,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có ngƣời từ đó mà đạt đƣợc sự an định của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và có ngƣời lại đi đến sự hỗn loạn của đất nƣớc,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này không phải bởi họ cố ý tiến cử nhầm ngƣời,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ngƣời mà họ kiếm tìm đều là những ngƣời đồng tƣ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tƣởng với chính mình. Bản thân chƣa hẳn là ngƣời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 tài năng, nhƣng lại kiếm tìm những ngƣời tƣơng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với bản thân, rồi mong có đƣợc bậc hiền tài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sự, điều đó thật quá xa vời!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00" w:lineRule="exact" w:before="2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*** </w:t>
      </w:r>
    </w:p>
    <w:p>
      <w:pPr>
        <w:autoSpaceDN w:val="0"/>
        <w:autoSpaceDE w:val="0"/>
        <w:widowControl/>
        <w:spacing w:line="346" w:lineRule="exact" w:before="65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42"/>
        <w:gridCol w:w="3442"/>
      </w:tblGrid>
      <w:tr>
        <w:trPr>
          <w:trHeight w:hRule="exact" w:val="200"/>
        </w:trPr>
        <w:tc>
          <w:tcPr>
            <w:tcW w:type="dxa" w:w="344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4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556" w:lineRule="exact" w:before="3478" w:after="0"/>
        <w:ind w:left="2162" w:right="216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CHƯƠNG III </w:t>
      </w:r>
    </w:p>
    <w:p>
      <w:pPr>
        <w:autoSpaceDN w:val="0"/>
        <w:autoSpaceDE w:val="0"/>
        <w:widowControl/>
        <w:spacing w:line="554" w:lineRule="exact" w:before="186" w:after="0"/>
        <w:ind w:left="2410" w:right="241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QUÝ ĐỨC </w:t>
      </w:r>
    </w:p>
    <w:p>
      <w:pPr>
        <w:autoSpaceDN w:val="0"/>
        <w:autoSpaceDE w:val="0"/>
        <w:widowControl/>
        <w:spacing w:line="554" w:lineRule="exact" w:before="186" w:after="0"/>
        <w:ind w:left="728" w:right="72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[TRÂN TRỌNG ĐỨC HẠNH] </w:t>
      </w:r>
    </w:p>
    <w:p>
      <w:pPr>
        <w:autoSpaceDN w:val="0"/>
        <w:autoSpaceDE w:val="0"/>
        <w:widowControl/>
        <w:spacing w:line="346" w:lineRule="exact" w:before="57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102 </w:t>
      </w:r>
    </w:p>
    <w:p>
      <w:pPr>
        <w:sectPr>
          <w:pgSz w:w="9072" w:h="13608"/>
          <w:pgMar w:top="464" w:right="108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8" w:right="3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THƯỢNG ĐẠO [CHUỘNG ĐẠO] </w:t>
      </w:r>
    </w:p>
    <w:p>
      <w:pPr>
        <w:autoSpaceDN w:val="0"/>
        <w:autoSpaceDE w:val="0"/>
        <w:widowControl/>
        <w:spacing w:line="414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94 ~ </w:t>
      </w:r>
    </w:p>
    <w:p>
      <w:pPr>
        <w:autoSpaceDN w:val="0"/>
        <w:autoSpaceDE w:val="0"/>
        <w:widowControl/>
        <w:spacing w:line="344" w:lineRule="exact" w:before="244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文子問 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道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。老子曰：『夫道者，小行之小得福，</w:t>
      </w:r>
    </w:p>
    <w:p>
      <w:pPr>
        <w:autoSpaceDN w:val="0"/>
        <w:autoSpaceDE w:val="0"/>
        <w:widowControl/>
        <w:spacing w:line="282" w:lineRule="exact" w:before="76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大行之大得福，盡行之天下服。』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7"/>
        <w:gridCol w:w="3467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Tử thỉnh giáo Lão Tử về „đạo‟. Lão Tử trả lời </w:t>
      </w:r>
    </w:p>
    <w:p>
      <w:pPr>
        <w:autoSpaceDN w:val="0"/>
        <w:autoSpaceDE w:val="0"/>
        <w:widowControl/>
        <w:spacing w:line="366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 “Đối với „đạo‟, nếu thực hành với phạm vi nhỏ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đạt đƣợc phúc báu nhỏ, còn nếu thực hành một rộng rãi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đƣợc phúc báu lớn và nếu hoàn toàn thực hành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„đạo‟, vậy thì tất cả ngƣời trong thiên hạ đều sẽ quy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phục.” </w:t>
      </w:r>
    </w:p>
    <w:p>
      <w:pPr>
        <w:autoSpaceDN w:val="0"/>
        <w:autoSpaceDE w:val="0"/>
        <w:widowControl/>
        <w:spacing w:line="426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) </w:t>
      </w:r>
    </w:p>
    <w:p>
      <w:pPr>
        <w:autoSpaceDN w:val="0"/>
        <w:autoSpaceDE w:val="0"/>
        <w:widowControl/>
        <w:spacing w:line="414" w:lineRule="exact" w:before="25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95 ~ </w:t>
      </w:r>
    </w:p>
    <w:p>
      <w:pPr>
        <w:autoSpaceDN w:val="0"/>
        <w:autoSpaceDE w:val="0"/>
        <w:widowControl/>
        <w:spacing w:line="280" w:lineRule="exact" w:before="304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國之所以存者，得道也；所以亡者，理塞也。故得</w:t>
      </w:r>
    </w:p>
    <w:p>
      <w:pPr>
        <w:autoSpaceDN w:val="0"/>
        <w:autoSpaceDE w:val="0"/>
        <w:widowControl/>
        <w:spacing w:line="306" w:lineRule="exact" w:before="5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（生疑存）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道者，雖小必大；有亡徵者，雖成必敗。國之</w:t>
      </w:r>
    </w:p>
    <w:p>
      <w:pPr>
        <w:autoSpaceDN w:val="0"/>
        <w:autoSpaceDE w:val="0"/>
        <w:widowControl/>
        <w:spacing w:line="364" w:lineRule="exact" w:before="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亡也，大不足恃；道之行也，小不可輕。故存在得道，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不在於小；亡在失道，不在於大。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7"/>
        <w:gridCol w:w="3467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nhân của việc đất nƣớc đƣợc dài lâu là bởi </w:t>
      </w:r>
    </w:p>
    <w:p>
      <w:pPr>
        <w:autoSpaceDN w:val="0"/>
        <w:autoSpaceDE w:val="0"/>
        <w:widowControl/>
        <w:spacing w:line="332" w:lineRule="exact" w:before="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tuân theo đƣờng lối trị quốc phù hợp với đạo nghĩa và </w:t>
      </w:r>
    </w:p>
    <w:p>
      <w:pPr>
        <w:autoSpaceDN w:val="0"/>
        <w:autoSpaceDE w:val="0"/>
        <w:widowControl/>
        <w:spacing w:line="346" w:lineRule="exact" w:before="1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3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nhân sở dĩ đất nƣớc bị diệt vong là bởi không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đạo lý nhân nghĩa. Bởi vậy, khi tìm đƣợc con đƣờng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đất nƣớc trƣờng tồn, dẫu là đất nƣớc nhỏ bé cũng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phát triển lớn mạnh; còn nếu có dấu hiệu của sự diệt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vong, dẫu là nƣớc lớn và giàu mạnh cũng nhất định thất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bại. Đất nƣớc sắp bị diệt vong, dẫu có lớn mạnh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đáng để nƣơng tựa và khi đạo lý trị quốc đƣợc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thi, dẫu là đất nƣớc nhỏ bé cũng không thể xem thƣờng.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Mặt khác, nguyên nhân sở dĩ đất nƣớc đƣợc trƣờng tồn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việc có đạo, dẫu cho đất nƣớc đó có nhỏ bé và yếu thế;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nhân khiến đất nƣớc bị diệt vong là ở việc đánh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mất đạo lý, dẫu rằng đất nƣớc đó lớn mạnh.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96 ~ </w:t>
      </w:r>
    </w:p>
    <w:p>
      <w:pPr>
        <w:autoSpaceDN w:val="0"/>
        <w:autoSpaceDE w:val="0"/>
        <w:widowControl/>
        <w:spacing w:line="282" w:lineRule="exact" w:before="29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桀紂行惡，受天之罰；禹湯積德，以王天下。因此</w:t>
      </w:r>
    </w:p>
    <w:p>
      <w:pPr>
        <w:autoSpaceDN w:val="0"/>
        <w:autoSpaceDE w:val="0"/>
        <w:widowControl/>
        <w:spacing w:line="364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觀之，天德無私親，順之和起，逆之害生。此天文地理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人事之紀也。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（卷十八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漢書六）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Kiệt và Thƣơng Trụ gây nhiều tội ác, nên phải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chịu sự trừng phạt của trời xanh; còn Hạ Vũ và Thƣơng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Thang tích đức, cũng bởi vì nhân nghĩa mà đƣợc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yêu mến và từ đó có thể xƣng vƣơng. Từ đây thấy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rằng, ân đức của trời xanh không có thiên vị tình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riêng tƣ. Nếu thuận theo đạo trời, lợi ích tất sẽ lan rộng và </w:t>
      </w:r>
    </w:p>
    <w:p>
      <w:pPr>
        <w:autoSpaceDN w:val="0"/>
        <w:autoSpaceDE w:val="0"/>
        <w:widowControl/>
        <w:spacing w:line="346" w:lineRule="exact" w:before="4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làm trái, tai họa cũng sẽ nảy sinh. Đây chính là quy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luật của thiên văn, địa lý và con ngƣời vậy!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 – Tập 6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97 ~ </w:t>
      </w:r>
    </w:p>
    <w:p>
      <w:pPr>
        <w:autoSpaceDN w:val="0"/>
        <w:autoSpaceDE w:val="0"/>
        <w:widowControl/>
        <w:spacing w:line="282" w:lineRule="exact" w:before="300" w:after="42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人之情，欲壽而惡夭，欲安而惡危，欲榮而惡辱，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714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欲逸而惡勞。四欲得，四惡除，則心適矣。四欲之得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也，在於勝理；勝理以治身，則生全矣，生全則壽長</w:t>
            </w:r>
          </w:p>
        </w:tc>
      </w:tr>
      <w:tr>
        <w:trPr>
          <w:trHeight w:hRule="exact" w:val="378"/>
        </w:trPr>
        <w:tc>
          <w:tcPr>
            <w:tcW w:type="dxa" w:w="57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矣。勝理以治國，則法立矣，法立則天下服。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服於理也。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</w:t>
            </w:r>
          </w:p>
        </w:tc>
      </w:tr>
    </w:tbl>
    <w:p>
      <w:pPr>
        <w:autoSpaceDN w:val="0"/>
        <w:autoSpaceDE w:val="0"/>
        <w:widowControl/>
        <w:spacing w:line="280" w:lineRule="exact" w:before="4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適心之務，在勝理。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（卷三十九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呂氏春秋）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lẽ thƣờng tình, con ngƣời đều mong đƣợc </w:t>
      </w:r>
    </w:p>
    <w:p>
      <w:pPr>
        <w:autoSpaceDN w:val="0"/>
        <w:autoSpaceDE w:val="0"/>
        <w:widowControl/>
        <w:spacing w:line="36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trƣờng thọ mà chán ghét bị chết yểu, mong đƣợc bình 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chán ghét cảnh hiểm nguy, mong đƣợc vẻ vang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chán ghét cảnh tủi nhục, mong đƣợc an nhàn mà chán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ghét cảnh nhọc nhằn. Khi bốn nguyện vọng ở trên mà trở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hiện thực và bốn điều chán ghét có thể trừ bỏ, tinh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sẽ đƣợc thƣ thái và yên tĩnh. Trở thành hiện thực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bốn nguyện vọng là ở việc tuân theo sự - lý; nếu tuân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- lý để tu tâm dƣỡng tính, bản chất của sinh mệnh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bảo toàn và khi bản chất của sinh mệnh đƣợc bảo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toàn, hẳn nhiên sẽ đƣợc hƣởng trƣờng thọ. Nếu tuân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- lý để trị vì đất nƣớc, vậy thì luật pháp sẽ đƣợc thiết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lập; khi luật pháp đƣợc thiết lập, vậy thì ngƣời trong thiên </w:t>
      </w:r>
    </w:p>
    <w:p>
      <w:pPr>
        <w:autoSpaceDN w:val="0"/>
        <w:autoSpaceDE w:val="0"/>
        <w:widowControl/>
        <w:spacing w:line="346" w:lineRule="exact" w:before="7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tất sẽ quy thuận. Bởi vậy, mấu chốt của việc khiến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tinh thần đƣợc thƣ thái là ở chỗ tuân theo sự - lý.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98 ~ </w:t>
      </w:r>
    </w:p>
    <w:p>
      <w:pPr>
        <w:autoSpaceDN w:val="0"/>
        <w:autoSpaceDE w:val="0"/>
        <w:widowControl/>
        <w:spacing w:line="280" w:lineRule="exact" w:before="18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妖由人興也。人無釁焉，妖不自作。人棄常，則妖</w:t>
      </w:r>
    </w:p>
    <w:p>
      <w:pPr>
        <w:autoSpaceDN w:val="0"/>
        <w:autoSpaceDE w:val="0"/>
        <w:widowControl/>
        <w:spacing w:line="280" w:lineRule="exact" w:before="86" w:after="12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興。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357.9999999999998" w:type="dxa"/>
      </w:tblPr>
      <w:tblGrid>
        <w:gridCol w:w="3465"/>
        <w:gridCol w:w="3465"/>
      </w:tblGrid>
      <w:tr>
        <w:trPr>
          <w:trHeight w:hRule="exact" w:val="630"/>
        </w:trPr>
        <w:tc>
          <w:tcPr>
            <w:tcW w:type="dxa" w:w="31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2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（後補卷四 </w:t>
            </w:r>
          </w:p>
        </w:tc>
        <w:tc>
          <w:tcPr>
            <w:tcW w:type="dxa" w:w="23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2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春秋左氏傳上） </w:t>
            </w:r>
          </w:p>
        </w:tc>
      </w:tr>
    </w:tbl>
    <w:p>
      <w:pPr>
        <w:autoSpaceDN w:val="0"/>
        <w:autoSpaceDE w:val="0"/>
        <w:widowControl/>
        <w:spacing w:line="414" w:lineRule="exact" w:before="2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14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(Thân Nhu trả lời Lỗ Trang Công rằng:) Việc nảy </w:t>
      </w:r>
    </w:p>
    <w:p>
      <w:pPr>
        <w:autoSpaceDN w:val="0"/>
        <w:autoSpaceDE w:val="0"/>
        <w:widowControl/>
        <w:spacing w:line="366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sinh những sự vật và hiện tƣợng quái đản là do con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gây ra. Nếu bản thân loài ngƣời không có tội lỗi, sự vật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tƣợng đó sẽ không thể tự lan rộng. Khi con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ruồng bỏ luân thƣờng đạo lý, sự vật và hiện tƣợng quái dị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nảy sinh.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(Bổ sung cuốn 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Thị Truyện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Thƣợng) </w:t>
      </w:r>
    </w:p>
    <w:p>
      <w:pPr>
        <w:autoSpaceDN w:val="0"/>
        <w:autoSpaceDE w:val="0"/>
        <w:widowControl/>
        <w:spacing w:line="416" w:lineRule="exact" w:before="13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99 ~ </w:t>
      </w:r>
    </w:p>
    <w:p>
      <w:pPr>
        <w:autoSpaceDN w:val="0"/>
        <w:autoSpaceDE w:val="0"/>
        <w:widowControl/>
        <w:spacing w:line="280" w:lineRule="exact" w:before="182" w:after="28"/>
        <w:ind w:left="90" w:right="9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無惻隱之心，非人也；無羞惡之心，非人也；無辭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366"/>
        </w:trPr>
        <w:tc>
          <w:tcPr>
            <w:tcW w:type="dxa" w:w="5106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讓之心，非人也；無是非之心，非人也。</w:t>
            </w:r>
          </w:p>
        </w:tc>
        <w:tc>
          <w:tcPr>
            <w:tcW w:type="dxa" w:w="179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言無此四者，當若禽獸，非</w:t>
            </w:r>
          </w:p>
        </w:tc>
      </w:tr>
      <w:tr>
        <w:trPr>
          <w:trHeight w:hRule="exact" w:val="364"/>
        </w:trPr>
        <w:tc>
          <w:tcPr>
            <w:tcW w:type="dxa" w:w="690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人之心也。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惻隱之心，仁之端也；羞惡之心，義之端也；辭</w:t>
            </w:r>
          </w:p>
        </w:tc>
      </w:tr>
      <w:tr>
        <w:trPr>
          <w:trHeight w:hRule="exact" w:val="376"/>
        </w:trPr>
        <w:tc>
          <w:tcPr>
            <w:tcW w:type="dxa" w:w="5394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讓之心，禮之端也；是非之心，智之端也。</w:t>
            </w:r>
          </w:p>
        </w:tc>
        <w:tc>
          <w:tcPr>
            <w:tcW w:type="dxa" w:w="151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端者，首也。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人之</w:t>
            </w:r>
          </w:p>
        </w:tc>
      </w:tr>
      <w:tr>
        <w:trPr>
          <w:trHeight w:hRule="exact" w:val="352"/>
        </w:trPr>
        <w:tc>
          <w:tcPr>
            <w:tcW w:type="dxa" w:w="690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有是四端也，猶其有四體也。有是四端，而自謂不能</w:t>
            </w:r>
          </w:p>
        </w:tc>
      </w:tr>
      <w:tr>
        <w:trPr>
          <w:trHeight w:hRule="exact" w:val="364"/>
        </w:trPr>
        <w:tc>
          <w:tcPr>
            <w:tcW w:type="dxa" w:w="202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者，自賊者也；</w:t>
            </w:r>
          </w:p>
        </w:tc>
        <w:tc>
          <w:tcPr>
            <w:tcW w:type="dxa" w:w="4878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自賊害其性，使為不善。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謂其君不能者，賊其君者</w:t>
            </w:r>
          </w:p>
        </w:tc>
      </w:tr>
      <w:tr>
        <w:trPr>
          <w:trHeight w:hRule="exact" w:val="518"/>
        </w:trPr>
        <w:tc>
          <w:tcPr>
            <w:tcW w:type="dxa" w:w="690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74" w:val="left"/>
              </w:tabs>
              <w:autoSpaceDE w:val="0"/>
              <w:widowControl/>
              <w:spacing w:line="168" w:lineRule="exact" w:before="0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謂其君不能為善，而不匡正者，賊其君使陷惡者也。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</w:t>
            </w:r>
          </w:p>
        </w:tc>
      </w:tr>
      <w:tr>
        <w:trPr>
          <w:trHeight w:hRule="exact" w:val="688"/>
        </w:trPr>
        <w:tc>
          <w:tcPr>
            <w:tcW w:type="dxa" w:w="539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04" w:right="10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5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孟子） </w:t>
            </w:r>
          </w:p>
        </w:tc>
      </w:tr>
    </w:tbl>
    <w:p>
      <w:pPr>
        <w:autoSpaceDN w:val="0"/>
        <w:autoSpaceDE w:val="0"/>
        <w:widowControl/>
        <w:spacing w:line="346" w:lineRule="exact" w:before="2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một ngƣời mà không có tấm lòng trắc ẩn, sẽ </w:t>
      </w:r>
    </w:p>
    <w:p>
      <w:pPr>
        <w:autoSpaceDN w:val="0"/>
        <w:autoSpaceDE w:val="0"/>
        <w:widowControl/>
        <w:spacing w:line="364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xem là con ngƣời; đối với việc làm xấu ác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tâm hổ thẹn và chán ghét, sẽ không thể xem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ngƣời; nếu không có tâm nhã nhặn khiêm nhƣờng,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xem là con ngƣời và nếu không có khả năng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biết đúng sai, sẽ không thể xem là con ngƣời.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trắc ẩn là khởi đầu của „nhân ái‟, tâm hổ thẹn là khởi đầu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„đạo nghĩa‟, tâm nhã nhặn khiêm nhƣờng là khởi đầu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„lễ nghĩa‟ và khả năng nhận biết đúng sai là khởi đầu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„trí tuệ‟. Việc có đƣợc bốn sự khởi đầu lƣơng thiện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tựa nhƣ con ngƣời có tứ chi vậy, đều là khi sinh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vốn đã có đủ. Khi có đƣợc bốn sự khởi đầu tốt đẹp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cho rằng bản thân không thể hành thiện, đó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tổn hại thiên tính vốn thiện của chính mình và tự ruồng bỏ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thân. Là một hạ thần mà nghĩ rằng quân vƣơng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không thể hành thiện, và rồi không cố gắng khuyên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sửa đổi, đó chính là tổn hại quân vƣơng và đẩy họ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đƣờng bất nghĩa.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Mạnh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100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昔者聖人之作《易》也，將以順性命之理也。是以</w:t>
      </w:r>
    </w:p>
    <w:p>
      <w:pPr>
        <w:autoSpaceDN w:val="0"/>
        <w:autoSpaceDE w:val="0"/>
        <w:widowControl/>
        <w:spacing w:line="362" w:lineRule="exact" w:before="0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立天之道，曰陰與陽。立地之道，曰柔與剛。立人之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道，曰仁與義。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814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346" w:lineRule="exact" w:before="3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xƣa kia lập quẻ và viết thành cuốn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[Kinh Dịch], đều là thuận theo quy luật của tự nhiên.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(Sáu mƣơi tƣ quẻ, mỗi quẻ có sáu hào, trong sáu hào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bao gồm ba điều quý giá là trời, đất và con ngƣời. Hai hào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đầu tiên đại diện cho đất trong khi hào thứ ba và thứ tƣ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diện cho con ngƣời, còn hào thứ năm và thứ sáu đại diện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trời. Một khi vị trí của các hào đƣợc xác định, ba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tƣợng trời, đất và con ngƣời đều có đạo lý của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mình.) Đạo lý của trời là âm và dƣơng (hào thứ năm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dƣơng, hào trên cùng là âm). Đạo lý của đất là cƣơng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nhu (hào đầu tiên là dƣơng và tƣợng trƣng cho cƣơng, hào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hai là âm và tƣợng trƣng cho nhu). Đạo lý của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là nhân, là nghĩa (hào thứ ba là dƣơng và tƣợng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trƣng cho „nghĩa‟, hào thứ tƣ là âm và tƣợng trƣng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„nhân‟). (Con ngƣời sinh trƣởng trong trời đất, vốn đã hội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tụ tính chất cƣơng nhu và âm dƣơng của đất trời, đến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biểu hiện ra lại chính là nhân nghĩa.) </w:t>
      </w:r>
    </w:p>
    <w:p>
      <w:pPr>
        <w:autoSpaceDN w:val="0"/>
        <w:autoSpaceDE w:val="0"/>
        <w:widowControl/>
        <w:spacing w:line="400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101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君臣父子，上下長幼，貴賤親疏，皆得其分曰治。</w:t>
      </w:r>
    </w:p>
    <w:p>
      <w:pPr>
        <w:autoSpaceDN w:val="0"/>
        <w:autoSpaceDE w:val="0"/>
        <w:widowControl/>
        <w:spacing w:line="364" w:lineRule="exact" w:before="0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愛得分曰仁，施得分曰義，慮得分曰智，動得分曰適，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言得分曰信。皆得其分而後為成人。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3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giữa vua tôi, cha con, trên dƣới, già trẻ, sang hèn </w:t>
      </w:r>
    </w:p>
    <w:p>
      <w:pPr>
        <w:autoSpaceDN w:val="0"/>
        <w:autoSpaceDE w:val="0"/>
        <w:widowControl/>
        <w:spacing w:line="364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thân sơ đều thực hiện đúng với bổn phận, sẽ đƣợc gọi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„trị‟ (an định). Khi tình yêu thƣơng phù hợp với bổn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phận đƣợc gọi là „nhân‟, khi sự sẻ chia phù hợp với bổn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phận đƣợc gọi là „nghĩa‟, khi mƣu lƣợc phù hợp với bổn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phận đƣợc gọi là „trí‟, khi hành động phù hợp với bổn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phận đƣợc gọi là „thích‟ (xác đáng) và khi lời lẽ phù hợp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bổn phận đƣợc gọi là „tín‟. Khi các phƣơng diện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phù hợp với bổn phận của bản thân mới có thể xem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„ngƣời trƣởng thành‟.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102 ~ </w:t>
      </w:r>
    </w:p>
    <w:p>
      <w:pPr>
        <w:autoSpaceDN w:val="0"/>
        <w:autoSpaceDE w:val="0"/>
        <w:widowControl/>
        <w:spacing w:line="280" w:lineRule="exact" w:before="302" w:after="28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夫天地至神也，而有尊卑先後之序，而況人道乎！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66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明夫尊卑先後之序，固有物之所不能無也。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宗廟尚親，朝廷尚尊，鄉黨尚</w:t>
            </w:r>
          </w:p>
        </w:tc>
      </w:tr>
      <w:tr>
        <w:trPr>
          <w:trHeight w:hRule="exact" w:val="516"/>
        </w:trPr>
        <w:tc>
          <w:tcPr>
            <w:tcW w:type="dxa" w:w="36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齒，行事尚賢，大道之序也。</w:t>
            </w:r>
          </w:p>
        </w:tc>
        <w:tc>
          <w:tcPr>
            <w:tcW w:type="dxa" w:w="324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言非但人倫之所尚也。 </w:t>
            </w:r>
          </w:p>
        </w:tc>
      </w:tr>
      <w:tr>
        <w:trPr>
          <w:trHeight w:hRule="exact" w:val="608"/>
        </w:trPr>
        <w:tc>
          <w:tcPr>
            <w:tcW w:type="dxa" w:w="563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莊子）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đất trời là linh thiêng và huyền diệu nhất mà vẫn </w:t>
      </w:r>
    </w:p>
    <w:p>
      <w:pPr>
        <w:autoSpaceDN w:val="0"/>
        <w:autoSpaceDE w:val="0"/>
        <w:widowControl/>
        <w:spacing w:line="366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tồn tại thứ bậc của sang hèn hay trƣớc sau, huống chi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ngƣời! Ở tông miếu phải trân trọng thân tộc,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triều đình lại tôn kính trƣởng bối, ở làng quê kính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già và khi làm việc thì phải trân trọng ngƣời tài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độ. Đây là trật tự mà đạo lý lớn trong đất trời đã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ra.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Trang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103 ~ </w:t>
      </w:r>
    </w:p>
    <w:p>
      <w:pPr>
        <w:autoSpaceDN w:val="0"/>
        <w:autoSpaceDE w:val="0"/>
        <w:widowControl/>
        <w:spacing w:line="306" w:lineRule="exact" w:before="274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天地之道，貞觀者也。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明夫天地萬物，莫不保其貞以全其用也。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日月之</w:t>
      </w:r>
    </w:p>
    <w:p>
      <w:pPr>
        <w:autoSpaceDN w:val="0"/>
        <w:autoSpaceDE w:val="0"/>
        <w:widowControl/>
        <w:spacing w:line="282" w:lineRule="exact" w:before="84" w:after="12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道，貞明者也。天下之動，貞夫一者也。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48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6" w:lineRule="exact" w:before="8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14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lý mà đất trời làm gƣơng cho chúng ta là sự chở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che chăm sóc, nuôi dƣỡng và nâng đỡ vạn vật một cách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tâm bình đẳng; đất trời cũng bởi giữ vững chính đạo,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vạn vật một cách bình đẳng vô tƣ mà đƣợc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đời tôn kính và ngƣỡng mộ. Đạo lý mà nhật nguyệt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gƣơng cho chúng ta là chiếu sáng cho muôn loài một cách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tâm và bình đẳng, cũng bởi có thể chiếu sáng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loài một cách bình đẳng và trƣớc sau không thay đổi,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có thể đem lại ánh sáng chùm khắp cho thế gian này.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nhất cử nhất động trong thiên hạ đều quay trở về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mẫu mực và chuyên tâm, chí thành không tham dục,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mới có thể có đƣợc thành tựu.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402" w:lineRule="exact" w:before="13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104 ~ </w:t>
      </w:r>
    </w:p>
    <w:p>
      <w:pPr>
        <w:autoSpaceDN w:val="0"/>
        <w:autoSpaceDE w:val="0"/>
        <w:widowControl/>
        <w:spacing w:line="308" w:lineRule="exact" w:before="15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為道者日損，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損，華偽也。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損之又損之，以至於無為，無</w:t>
      </w:r>
    </w:p>
    <w:p>
      <w:pPr>
        <w:autoSpaceDN w:val="0"/>
        <w:autoSpaceDE w:val="0"/>
        <w:widowControl/>
        <w:spacing w:line="306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為而無不為也。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華去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hyperlink r:id="rId24" w:history="1">
          <w:r>
            <w:rPr>
              <w:rStyle w:val="Hyperlink"/>
            </w:rPr>
            <w:t>朴</w:t>
          </w:r>
        </w:hyperlink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全，則雖為而非為也。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天地有大美而不言，四</w:t>
      </w:r>
    </w:p>
    <w:p>
      <w:pPr>
        <w:autoSpaceDN w:val="0"/>
        <w:autoSpaceDE w:val="0"/>
        <w:widowControl/>
        <w:spacing w:line="308" w:lineRule="exact" w:before="58" w:after="3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時有明法而不議，萬物有成理而不說。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此孔子之所云：予欲無言。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至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62"/>
        </w:trPr>
        <w:tc>
          <w:tcPr>
            <w:tcW w:type="dxa" w:w="1144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人無為，</w:t>
            </w:r>
          </w:p>
        </w:tc>
        <w:tc>
          <w:tcPr>
            <w:tcW w:type="dxa" w:w="5394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任其自為而已。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大聖不作，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唯因任也。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觀於天地之謂也。</w:t>
            </w:r>
          </w:p>
        </w:tc>
        <w:tc>
          <w:tcPr>
            <w:tcW w:type="dxa" w:w="33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觀其</w:t>
            </w:r>
          </w:p>
        </w:tc>
      </w:tr>
    </w:tbl>
    <w:p>
      <w:pPr>
        <w:autoSpaceDN w:val="0"/>
        <w:autoSpaceDE w:val="0"/>
        <w:widowControl/>
        <w:spacing w:line="138" w:lineRule="exact" w:before="28" w:after="26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形容，象其物宜，與天地無異者。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83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莊子） </w:t>
            </w:r>
          </w:p>
        </w:tc>
      </w:tr>
    </w:tbl>
    <w:p>
      <w:pPr>
        <w:autoSpaceDN w:val="0"/>
        <w:autoSpaceDE w:val="0"/>
        <w:widowControl/>
        <w:spacing w:line="346" w:lineRule="exact" w:before="2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04" w:right="10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 Quẻ Lí (Thiên Trạch Lí) cho </w:t>
      </w:r>
    </w:p>
    <w:p>
      <w:pPr>
        <w:autoSpaceDN w:val="0"/>
        <w:autoSpaceDE w:val="0"/>
        <w:widowControl/>
        <w:spacing w:line="362" w:lineRule="exact" w:before="2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trời ở trên cao và đầm lầy ở bên dƣới, nghĩa là có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phân biệt giữa trên và dƣới, có trật tự của tôn ti, đây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việc thực hành của Lễ, bởi vậy „Lí‟ là nền tảng của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hạnh. Quẻ Khiêm (Địa Sơn Khiêm), cho thấy núi cao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lại bám sâu vào nền đất, chính là biểu tƣợng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tính khiêm nhƣờng, đây cũng chính là chiếc cán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hạnh, bởi vậy mà nhất định phải luôn nắm giữ,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buông lỏng. Quẻ Phục (Địa Lôi Phục), nghĩa là xem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tu dƣỡng để khôi phục đức hạnh làm nền tảng,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„Phục‟ là gốc rễ của đức hạnh. Quẻ Hằng (Lôi Phong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Hằng), là biểu tƣợng cho việc tu dƣỡng đức hạnh và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giữ vững đạo đức, trƣớc sau không đổi, bởi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„Hằng‟ là chiếc neo giữ của đức hạnh. Quẻ Tổn (Sơn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Trạch Tổn) biểu tƣợng cho việc có thể ngăn chặn tâm sân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hận, kìm nén tâm tham dục, đây chính là đang tu dƣỡng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đạo đức, bởi vậy „Tổn‟ chính là sự tu dƣỡng của đức hạnh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Quẻ Ích (Phong Lôi Ích), cho thấy khi ngƣời quân tử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hƣớng thiện và sửa chữa khuyết điểm, đức hạnh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càng đƣợc trau dồi, bởi vậy „Ích‟ chính là sự nâng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của đạo đức. Quẻ Khốn (Trạch Thủy Khốn), hố sâu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hiểm trở ở dƣới, trong khi niềm hân hoan ở phía trên,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là khi gặp phải hoàn cảnh hiểm nguy khốn đốn,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nhận biết làm thế nào mới phù hợp với chuẩn mực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đạo đức, vƣợt qua thử thách, cuối cùng có thể đem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thế lạc quan hân hoan để khắc phục khó khăn,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„Khốn‟ chính là khả năng nhận biết đức hạnh.” </w:t>
      </w:r>
    </w:p>
    <w:p>
      <w:pPr>
        <w:autoSpaceDN w:val="0"/>
        <w:autoSpaceDE w:val="0"/>
        <w:widowControl/>
        <w:spacing w:line="400" w:lineRule="exact" w:before="242" w:after="0"/>
        <w:ind w:left="90" w:right="9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6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105 ~ </w:t>
      </w:r>
    </w:p>
    <w:p>
      <w:pPr>
        <w:autoSpaceDN w:val="0"/>
        <w:autoSpaceDE w:val="0"/>
        <w:widowControl/>
        <w:spacing w:line="280" w:lineRule="exact" w:before="300" w:after="28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隨。《象》曰：澤中有雷，隨。君子以向晦入宴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126"/>
        </w:trPr>
        <w:tc>
          <w:tcPr>
            <w:tcW w:type="dxa" w:w="58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74" w:val="left"/>
              </w:tabs>
              <w:autoSpaceDE w:val="0"/>
              <w:widowControl/>
              <w:spacing w:line="168" w:lineRule="exact" w:before="2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澤中有雷，動悅之象也。物皆悅隨，可以無為，不勞明監。故君子向晦入宴息也。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息。</w:t>
            </w:r>
          </w:p>
          <w:p>
            <w:pPr>
              <w:autoSpaceDN w:val="0"/>
              <w:autoSpaceDE w:val="0"/>
              <w:widowControl/>
              <w:spacing w:line="280" w:lineRule="exact" w:before="362" w:after="0"/>
              <w:ind w:left="364" w:right="3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0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0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[Thoán Truyện] của Quẻ Tùy (Trạch Lôi Tùy) </w:t>
      </w:r>
    </w:p>
    <w:p>
      <w:pPr>
        <w:autoSpaceDN w:val="0"/>
        <w:autoSpaceDE w:val="0"/>
        <w:widowControl/>
        <w:spacing w:line="362" w:lineRule="exact" w:before="2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rằng: Trong đầm lầy có tiếng sấm, đây chính là biểu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tƣợng của Quẻ Tùy.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Nếu người quân tử học theo tinh thần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của quẻ này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khi sắp sửa hoàng hôn đã có thể vào nhà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nghỉ ngơi.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88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106 ~ </w:t>
      </w:r>
    </w:p>
    <w:p>
      <w:pPr>
        <w:autoSpaceDN w:val="0"/>
        <w:autoSpaceDE w:val="0"/>
        <w:widowControl/>
        <w:spacing w:line="306" w:lineRule="exact" w:before="264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為道者日損，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損，華偽也。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損之又損之，以至於無為，無</w:t>
      </w:r>
    </w:p>
    <w:p>
      <w:pPr>
        <w:autoSpaceDN w:val="0"/>
        <w:autoSpaceDE w:val="0"/>
        <w:widowControl/>
        <w:spacing w:line="306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為而無不為也。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華去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hyperlink r:id="rId24" w:history="1">
          <w:r>
            <w:rPr>
              <w:rStyle w:val="Hyperlink"/>
            </w:rPr>
            <w:t>朴</w:t>
          </w:r>
        </w:hyperlink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全，則雖為而非為也。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天地有大美而不言，四</w:t>
      </w:r>
    </w:p>
    <w:p>
      <w:pPr>
        <w:autoSpaceDN w:val="0"/>
        <w:autoSpaceDE w:val="0"/>
        <w:widowControl/>
        <w:spacing w:line="308" w:lineRule="exact" w:before="58" w:after="36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時有明法而不議，萬物有成理而不說。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此孔子之所云：予欲無言。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至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74"/>
        </w:trPr>
        <w:tc>
          <w:tcPr>
            <w:tcW w:type="dxa" w:w="1144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人無為，</w:t>
            </w:r>
          </w:p>
        </w:tc>
        <w:tc>
          <w:tcPr>
            <w:tcW w:type="dxa" w:w="5394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任其自為而已。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大聖不作，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唯因任也。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於天地之謂也。</w:t>
            </w:r>
          </w:p>
        </w:tc>
        <w:tc>
          <w:tcPr>
            <w:tcW w:type="dxa" w:w="33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觀其</w:t>
            </w:r>
          </w:p>
        </w:tc>
      </w:tr>
    </w:tbl>
    <w:p>
      <w:pPr>
        <w:autoSpaceDN w:val="0"/>
        <w:autoSpaceDE w:val="0"/>
        <w:widowControl/>
        <w:spacing w:line="138" w:lineRule="exact" w:before="30" w:after="26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形容，象其物宜，與天地無異者。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71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莊子） </w:t>
            </w:r>
          </w:p>
        </w:tc>
      </w:tr>
    </w:tbl>
    <w:p>
      <w:pPr>
        <w:autoSpaceDN w:val="0"/>
        <w:autoSpaceDE w:val="0"/>
        <w:widowControl/>
        <w:spacing w:line="312" w:lineRule="exact" w:before="78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Ngƣời quân tử thuận theo quy luật của tự nhiên mà hành động, lời nói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và hành vi đều khiến nhân dân vui mừng tin phục. Khi nhân dân vừa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ngƣỡng mộ đức hạnh của ngƣời quân tử lại vừa tự nguyện học tập theo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họ, từ đó ngƣời quân tử có thể trị quốc một cách vô vi, không cần phải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thẩm tra hỏi han từng sự vụ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mà tu dƣỡng đạo đức, mỗi ngày đều giảm đi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khí tham cầu và hƣ dối, giảm rồi lại giảm thêm nữa,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cùng đạt đến cảnh giới „vô vi‟. Cũng bởi „vô vi‟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„vô bất vi‟ (không có gì mà không đạt đƣợc). Đất trời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phẩm chất tốt đẹp nhất mà chẳng hề lên tiếng, bốn mùa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quy luật rõ ràng mà không hề bất đồng và vạn vật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 luật cố định cũng không hề nói ra. Ngƣời tu hành đắc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sẽ thuận theo quy luật của vũ trụ nhân sinh và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nhân vĩ đại tuyệt không hành động theo ý mình.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bởi họ quan sát đất trời vạn vật và tuân theo quy luật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tự nhiên.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Trang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107 ~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80" w:lineRule="exact" w:before="300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所謂無為者，非謂其引之不來，推之不往，迫而不</w:t>
      </w:r>
    </w:p>
    <w:p>
      <w:pPr>
        <w:autoSpaceDN w:val="0"/>
        <w:autoSpaceDE w:val="0"/>
        <w:widowControl/>
        <w:spacing w:line="364" w:lineRule="exact" w:before="0" w:after="184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應，感而不動，堅滯而不流，捲握而不散也。謂其私志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不入公道，嗜欲不枉正術，循理而舉事，因資而立功，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推自然之勢也。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gọi là vô vi, không phải là gọi mời mà anh ta </w:t>
      </w:r>
    </w:p>
    <w:p>
      <w:pPr>
        <w:autoSpaceDN w:val="0"/>
        <w:autoSpaceDE w:val="0"/>
        <w:widowControl/>
        <w:spacing w:line="362" w:lineRule="exact" w:before="2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đến, đẩy mà anh ta không đi, thúc giục mà anh ta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phản ứng, cảm kích mà anh ta không lay động,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khăng khăng cố chấp, cứng nhắc và không linh hoạt.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Vô vi chính là không đem tình cảm và kiến giải của cá </w:t>
      </w:r>
    </w:p>
    <w:p>
      <w:pPr>
        <w:autoSpaceDN w:val="0"/>
        <w:autoSpaceDE w:val="0"/>
        <w:widowControl/>
        <w:spacing w:line="346" w:lineRule="exact" w:before="1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8" w:lineRule="exact" w:before="130" w:after="0"/>
        <w:ind w:left="30" w:right="8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để trà trộn với công lý, không đem dục vọng xa xỉ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cá nhân để bẻ cong chuẩn mực đúng đắn;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tuân theo đạo lý để hành động, dựa vào điều kiện hiện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gây dựng cơ đồ, căn cứ tình hình tự nhiên để thực thi. </w:t>
      </w:r>
    </w:p>
    <w:p>
      <w:pPr>
        <w:autoSpaceDN w:val="0"/>
        <w:autoSpaceDE w:val="0"/>
        <w:widowControl/>
        <w:spacing w:line="400" w:lineRule="exact" w:before="82" w:after="0"/>
        <w:ind w:left="84" w:right="8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2. HIẾU ĐỄ [HIẾU THẢO VÀ CUNG KÍNH] </w:t>
      </w:r>
    </w:p>
    <w:p>
      <w:pPr>
        <w:autoSpaceDN w:val="0"/>
        <w:autoSpaceDE w:val="0"/>
        <w:widowControl/>
        <w:spacing w:line="414" w:lineRule="exact" w:before="5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108 ~ </w:t>
      </w:r>
    </w:p>
    <w:p>
      <w:pPr>
        <w:autoSpaceDN w:val="0"/>
        <w:autoSpaceDE w:val="0"/>
        <w:widowControl/>
        <w:spacing w:line="280" w:lineRule="exact" w:before="142" w:after="0"/>
        <w:ind w:left="160" w:right="16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樂正子春下堂而傷其足，數月不出，猶有憂色。門</w:t>
      </w:r>
    </w:p>
    <w:p>
      <w:pPr>
        <w:autoSpaceDN w:val="0"/>
        <w:autoSpaceDE w:val="0"/>
        <w:widowControl/>
        <w:spacing w:line="364" w:lineRule="exact" w:before="0" w:after="102"/>
        <w:ind w:left="30" w:right="16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弟子曰：『夫子之足瘳矣，數月不出，猶有憂色，何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也？』曰：『吾聞諸曾子，父母全而生之，子全而歸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之，可謂孝矣；不虧其體，不辱其身，可謂全矣。故君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子跬步弗敢忘孝也。今予忘孝之道，予是以有憂色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97"/>
        <w:gridCol w:w="3497"/>
      </w:tblGrid>
      <w:tr>
        <w:trPr>
          <w:trHeight w:hRule="exact" w:val="44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4" w:lineRule="exact" w:before="214" w:after="0"/>
        <w:ind w:left="88" w:right="8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lần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Nhạc Chính Tử Xuân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23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từ gian nhà chính đi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xuống, vì không cẩn thận mà bị trẹo chân, mất mấy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tháng ông không ra khỏi cửa, mặt mày luôn phiền muộn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Học trò của ông liền hỏi: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40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Thƣa thầy, chân của thầy chẳng phải đã khỏi rồi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sao? Vậy mà mấy tháng nay thầy không bƣớc ra khỏi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cửa, mặt mũi lại nhăn nhó u sầu, vì sao lại nhƣ vậy? </w:t>
      </w:r>
    </w:p>
    <w:p>
      <w:pPr>
        <w:autoSpaceDN w:val="0"/>
        <w:autoSpaceDE w:val="0"/>
        <w:widowControl/>
        <w:spacing w:line="402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Nhạc Chính Tử Xuân liền nói: </w:t>
      </w:r>
    </w:p>
    <w:p>
      <w:pPr>
        <w:autoSpaceDN w:val="0"/>
        <w:autoSpaceDE w:val="0"/>
        <w:widowControl/>
        <w:spacing w:line="304" w:lineRule="exact" w:before="80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23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Nhạc Chính Tử Xuân là ngƣời nƣớc Lỗ thời Xuân Thu và là đệ tử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của Tăng Sâm – ngƣời học trò xuất chúng của Khổng Tử.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114 </w:t>
      </w:r>
    </w:p>
    <w:p>
      <w:pPr>
        <w:sectPr>
          <w:pgSz w:w="9072" w:h="13608"/>
          <w:pgMar w:top="464" w:right="97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2" w:lineRule="exact" w:before="11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Trƣớc đây ta đã từng nghe thầy Tăng Tử của ta dạy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 “Cha mẹ sinh ra ta đủ đầy và trọn vẹn, khi chết đi ta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phải đem tấm thân này trọn vẹn mà trả lại cho mẹ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cha, đây mới gọi là tấm lòng hiếu thảo. Không hủy hoại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thể mà cha mẹ đã ban cho, không bôi nhọ danh dự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đời làm ngƣời, đây mới đƣợc xem là trả về cho cha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 một cách hoàn chỉnh. Bởi vậy, bậc quân tử dẫu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bƣớc nửa bƣớc chân cũng không dám quên đạo hiếu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cha mẹ.” Vậy mà lần này ta lại quên mất đạo hiếu,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nên ta mới có dáng vẻ u sầu thế này.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109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人之生也，百歲之中，有疾病焉。故君子思其不可</w:t>
      </w:r>
    </w:p>
    <w:p>
      <w:pPr>
        <w:autoSpaceDN w:val="0"/>
        <w:autoSpaceDE w:val="0"/>
        <w:widowControl/>
        <w:spacing w:line="364" w:lineRule="exact" w:before="0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復者，而先施焉。親戚既沒，雖欲孝，誰為孝乎？年既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耆艾，雖欲悌，誰為悌乎？故孝有不及，悌有不時，其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此之謂與！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曾子）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98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ta sống ở trên đời, trong một đời ngƣời khó </w:t>
      </w:r>
    </w:p>
    <w:p>
      <w:pPr>
        <w:autoSpaceDN w:val="0"/>
        <w:autoSpaceDE w:val="0"/>
        <w:widowControl/>
        <w:spacing w:line="360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tránh khỏi tật bệnh. Bởi vậy, ngƣời quân tử suy ngẫm về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sinh mạng không thể trở lại, nên phải làm tròn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hiếu đễ khi vẫn còn kịp. Nếu cha mẹ và ngƣời thân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 đời, dẫu muốn hết lòng hiếu thảo, nhƣng biết hiếu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thảo cùng ai đây? Khi tuổi (của mình) đã già, dẫu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trọng và yêu thƣơng huynh trƣởng, nhƣng biết tôn </w:t>
      </w:r>
    </w:p>
    <w:p>
      <w:pPr>
        <w:autoSpaceDN w:val="0"/>
        <w:autoSpaceDE w:val="0"/>
        <w:widowControl/>
        <w:spacing w:line="346" w:lineRule="exact" w:before="4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70" w:lineRule="exact" w:before="128" w:after="0"/>
        <w:ind w:left="3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ai đây? Bởi vậy, hiếu thảo với cha mẹ cũng có lúc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kịp và tôn kính huynh trƣởng cũng có lúc để lỡ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cơ. Ý muốn nói có lẽ chính là tình huống này vậy.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Tăng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110 ~ </w:t>
      </w:r>
    </w:p>
    <w:p>
      <w:pPr>
        <w:autoSpaceDN w:val="0"/>
        <w:autoSpaceDE w:val="0"/>
        <w:widowControl/>
        <w:spacing w:line="282" w:lineRule="exact" w:before="26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子曰：『武王、周公，其達孝矣乎！夫孝者，善繼</w:t>
      </w:r>
    </w:p>
    <w:p>
      <w:pPr>
        <w:autoSpaceDN w:val="0"/>
        <w:autoSpaceDE w:val="0"/>
        <w:widowControl/>
        <w:spacing w:line="280" w:lineRule="exact" w:before="84" w:after="16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人之志，善述人之事者也。』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6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4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2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từng nói: “Vũ Vƣơng và Chu Công thật </w:t>
      </w:r>
    </w:p>
    <w:p>
      <w:pPr>
        <w:autoSpaceDN w:val="0"/>
        <w:autoSpaceDE w:val="0"/>
        <w:widowControl/>
        <w:spacing w:line="368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đã hiểu sâu về đạo hiếu mà ngƣời làm con cần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có! Ngƣời đƣợc xem là ngƣời con hiếu thảo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giỏi việc kế thừa chí nguyện của tổ tiên, giỏi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 thừa sự nghiệp của tiên tổ vậy!”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452"/>
        </w:trPr>
        <w:tc>
          <w:tcPr>
            <w:tcW w:type="dxa" w:w="53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子曰：『昔者明王，事父孝，故事天明；</w:t>
            </w:r>
          </w:p>
        </w:tc>
        <w:tc>
          <w:tcPr>
            <w:tcW w:type="dxa" w:w="11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1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盡孝於父，則事天</w:t>
            </w:r>
          </w:p>
        </w:tc>
      </w:tr>
    </w:tbl>
    <w:p>
      <w:pPr>
        <w:autoSpaceDN w:val="0"/>
        <w:autoSpaceDE w:val="0"/>
        <w:widowControl/>
        <w:spacing w:line="306" w:lineRule="exact" w:before="30" w:after="2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明。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事母孝，故事地察；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盡孝於母能事地，察其高下，視其分察也。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長幼順，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364"/>
        </w:trPr>
        <w:tc>
          <w:tcPr>
            <w:tcW w:type="dxa" w:w="142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故上下治。</w:t>
            </w:r>
          </w:p>
        </w:tc>
        <w:tc>
          <w:tcPr>
            <w:tcW w:type="dxa" w:w="4970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卑事於尊，幼順於長，故上下治。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天地明察，神明彰矣。</w:t>
            </w:r>
          </w:p>
        </w:tc>
        <w:tc>
          <w:tcPr>
            <w:tcW w:type="dxa" w:w="470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事天能</w:t>
            </w:r>
          </w:p>
        </w:tc>
      </w:tr>
      <w:tr>
        <w:trPr>
          <w:trHeight w:hRule="exact" w:val="366"/>
        </w:trPr>
        <w:tc>
          <w:tcPr>
            <w:tcW w:type="dxa" w:w="6678"/>
            <w:gridSpan w:val="4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明，事地能察，德合天地，可謂彰也。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故雖天子，必有尊也，言有父也；</w:t>
            </w:r>
          </w:p>
        </w:tc>
        <w:tc>
          <w:tcPr>
            <w:tcW w:type="dxa" w:w="1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雖</w:t>
            </w:r>
          </w:p>
        </w:tc>
      </w:tr>
      <w:tr>
        <w:trPr>
          <w:trHeight w:hRule="exact" w:val="364"/>
        </w:trPr>
        <w:tc>
          <w:tcPr>
            <w:tcW w:type="dxa" w:w="596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貴為天子，必有所尊。事之若父，三老是也。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必有先也，言有兄也。』</w:t>
            </w:r>
          </w:p>
        </w:tc>
        <w:tc>
          <w:tcPr>
            <w:tcW w:type="dxa" w:w="900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必有所先，事</w:t>
            </w:r>
          </w:p>
        </w:tc>
      </w:tr>
    </w:tbl>
    <w:p>
      <w:pPr>
        <w:autoSpaceDN w:val="0"/>
        <w:autoSpaceDE w:val="0"/>
        <w:widowControl/>
        <w:spacing w:line="138" w:lineRule="exact" w:before="32" w:after="26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之若兄，五更是也。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34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孝經） </w:t>
            </w:r>
          </w:p>
        </w:tc>
      </w:tr>
    </w:tbl>
    <w:p>
      <w:pPr>
        <w:autoSpaceDN w:val="0"/>
        <w:autoSpaceDE w:val="0"/>
        <w:widowControl/>
        <w:spacing w:line="346" w:lineRule="exact" w:before="1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1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“Bậc đế vƣơng anh minh lỗi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lạc xƣa kia khi phụng sự cha già vì có thể hết lòng hiếu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thảo, nên khi phụng sự trời xanh mà có thể tỏ tƣờng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(nghĩa là hiểu và thuận theo đạo của trời). Khi phụng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 già vì có thể hết lòng hiếu thảo, nên khi phụng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mẹ mà có thể tỏ tƣờng (nghĩa là hiểu và thuận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của đất). Nếu mối quan hệ giữa trƣởng bối và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trẻ trong gia đình đƣợc hanh thông và hợp lễ, mối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hệ vua tôi trên dƣới cũng có trật tự kỷ cƣơng. Khi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thấu đạo lý của đất trời, sẽ cảm động đến thần linh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nhận đƣợc sự chở che rõ rệt. Bởi vậy, dẫu cao quý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bậc thiên tử, họ chắc chắn vẫn có ngƣời phải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kính và phụng dƣỡng nhƣ thể cha già, đây chính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„tam lão‟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; họ chắc chắn vẫn có ngƣời phải nên cung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và phụng sự nhƣ thể huynh trƣởng, đây chính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„ngũ canh‟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.”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 xml:space="preserve">24 </w:t>
      </w:r>
    </w:p>
    <w:p>
      <w:pPr>
        <w:autoSpaceDN w:val="0"/>
        <w:autoSpaceDE w:val="0"/>
        <w:widowControl/>
        <w:spacing w:line="400" w:lineRule="exact" w:before="26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112 ~ </w:t>
      </w:r>
    </w:p>
    <w:p>
      <w:pPr>
        <w:autoSpaceDN w:val="0"/>
        <w:autoSpaceDE w:val="0"/>
        <w:widowControl/>
        <w:spacing w:line="282" w:lineRule="exact" w:before="284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父母怨咎人不以正，已審其不然，可違而不報也；</w:t>
      </w:r>
    </w:p>
    <w:p>
      <w:pPr>
        <w:autoSpaceDN w:val="0"/>
        <w:autoSpaceDE w:val="0"/>
        <w:widowControl/>
        <w:spacing w:line="362" w:lineRule="exact" w:before="2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父母欲與人以官位爵祿，而才實不可，可違而不從也；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父母欲為奢泰侈靡，以適心快意，可違而不許也；父母</w:t>
      </w:r>
    </w:p>
    <w:p>
      <w:pPr>
        <w:autoSpaceDN w:val="0"/>
        <w:autoSpaceDE w:val="0"/>
        <w:widowControl/>
        <w:spacing w:line="300" w:lineRule="exact" w:before="720" w:after="0"/>
        <w:ind w:left="30" w:right="3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24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Đƣợc xƣng tôn là „Tam Lão Ngũ Canh‟, bậc quân vƣơng sẽ vô cùng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tôn kính đối với ngƣời thầy và các lão thần, họ thƣờng ở độ tuổi bảy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mƣơi và là bậc trƣởng bối vừa đức độ và lại vừa có kinh nghiệm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phong phú. </w:t>
      </w:r>
    </w:p>
    <w:p>
      <w:pPr>
        <w:autoSpaceDN w:val="0"/>
        <w:autoSpaceDE w:val="0"/>
        <w:widowControl/>
        <w:spacing w:line="346" w:lineRule="exact" w:before="3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18" w:after="182"/>
        <w:ind w:left="30" w:right="9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不好學問，疾子孫之為之，可違而學也；父母不好善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士，惡子孫交之，可違而友也；士友有患故，待己而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濟，父母不欲其行，可違而往也。故不可違而違，非孝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也；可違而不違，亦非孝也。好不違，非孝也；好違，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亦非孝也。其得義而已也。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昌言）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cha mẹ phàn nàn trách mắng ngƣời khác không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lẽ phải, ngƣời làm con khi biết đƣợc cha mẹ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vậy là không đúng, có thể trái lời cha mẹ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báo oán; khi cha mẹ muốn ban chức tƣớc và bổng lộc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ngƣời, nhƣng năng lực của ngƣời này thực sự khó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đảm đƣơng, có thể trái lời cha mẹ mà không nghe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theo; khi cha mẹ chạy theo lối sống xa xỉ phung phí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bản thân thỏa thích và vui sƣớng, có thể trái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cha mẹ mà không đáp ứng; khi cha mẹ không 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học vấn, từ đó phản đối con cháu nâng cao học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vấn, có thể đi ngƣợc với mong muốn của cha mẹ mà cầu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học; khi cha mẹ không ƣa thích bậc sĩ tài ba đức độ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muốn con cháu kết giao với những ngƣời này,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trái lời cha mẹ mà kết giao với họ; khi bạn hữu gặp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trắc trở và đang đợi bản thân đến giúp đỡ mà cha mẹ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phản đối việc này, có thể trái lời cha mẹ mà đi giúp họ.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điều không nên trái lời mà lại trái lời, đây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bất hiếu; điều phải nên trái lời mà lại vâng lời, cũng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bất hiếu. Một mực hoan hỉ mù quáng vâng lời cha mẹ,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bất hiếu; cũng tƣơng tự, nếu một mực hoan hỉ trái </w:t>
      </w:r>
    </w:p>
    <w:p>
      <w:pPr>
        <w:autoSpaceDN w:val="0"/>
        <w:autoSpaceDE w:val="0"/>
        <w:widowControl/>
        <w:spacing w:line="346" w:lineRule="exact" w:before="5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04" w:right="10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cha mẹ cũng là bất hiếu. Điều này đều phải xem xét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liệu có hợp đạo nghĩa hay không vậy! </w:t>
      </w:r>
    </w:p>
    <w:p>
      <w:pPr>
        <w:autoSpaceDN w:val="0"/>
        <w:autoSpaceDE w:val="0"/>
        <w:widowControl/>
        <w:spacing w:line="400" w:lineRule="exact" w:before="242" w:after="0"/>
        <w:ind w:left="90" w:right="9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Xương Ngôn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113 ~ </w:t>
      </w:r>
    </w:p>
    <w:p>
      <w:pPr>
        <w:autoSpaceDN w:val="0"/>
        <w:autoSpaceDE w:val="0"/>
        <w:widowControl/>
        <w:spacing w:line="282" w:lineRule="exact" w:before="300" w:after="0"/>
        <w:ind w:left="166" w:right="16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曾子曰：『君子立孝，其忠之用也，禮之貴也。故</w:t>
      </w:r>
    </w:p>
    <w:p>
      <w:pPr>
        <w:autoSpaceDN w:val="0"/>
        <w:autoSpaceDE w:val="0"/>
        <w:widowControl/>
        <w:spacing w:line="364" w:lineRule="exact" w:before="0" w:after="182"/>
        <w:ind w:left="30" w:right="16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為人子而不能孝其父者，不敢言人父不能畜其子者；為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人弟而不能承其兄者，不敢言人兄不能順其弟者；為人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臣而不能事其君者，不敢言人君不能使其臣者。故與父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言，言畜子；與子言，言孝父；與兄言，言順弟；與弟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言，言承兄；與君言，言使臣；與臣言，言事君。君子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之孝也，忠愛以敬，反是亂也。』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500"/>
        <w:gridCol w:w="3500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3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曾子）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98" w:right="9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 Tử dạy rằng: “Khi ngƣời quân tử lập chí làm </w:t>
      </w:r>
    </w:p>
    <w:p>
      <w:pPr>
        <w:autoSpaceDN w:val="0"/>
        <w:autoSpaceDE w:val="0"/>
        <w:widowControl/>
        <w:spacing w:line="362" w:lineRule="exact" w:before="2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tròn đạo hiếu, chính là sự biểu đạt chân thành từ nội tâm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thời chú trọng để hòa hợp với lễ nghĩa từ bên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ngoài. Bởi vậy, khi ngƣời làm con mà không thể hiếu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thảo với cha mẹ, sẽ không dám nói với ngƣời về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cha mẹ không nuôi dạy con cái của họ; ngƣời làm 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thể kính trọng và vâng lời huynh trƣởng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mình, sẽ không dám nói với ngƣời về việc huynh trƣởng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dạy dỗ em mình; là một hạ thần mà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phò tá quân vƣơng, sẽ không dám nói với ngƣời về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không thể trọng dụng quan viên.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ngƣời quân tử đàm đạo với bậc làm cha mẹ, chỉ nên </w:t>
      </w:r>
    </w:p>
    <w:p>
      <w:pPr>
        <w:autoSpaceDN w:val="0"/>
        <w:autoSpaceDE w:val="0"/>
        <w:widowControl/>
        <w:spacing w:line="346" w:lineRule="exact" w:before="3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6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3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về đạo lý nuôi dạy con; khi đàm đạo với ngƣời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con, chỉ nên nói đến đạo lý hiếu thảo với cha mẹ;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đàm đạo với ngƣời huynh trƣởng, chỉ nên nói đến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thƣơng các em mình; khi đàm đạo với ngƣời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em, chỉ nên nói đến đạo lý kính trọng và vâng lời huynh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trƣởng; khi đàm đạo với bậc quân vƣơng, chỉ nên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đạo lý trọng dụng hạ thần một cách đúng lễ;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đàm luận với hạ thần, chỉ nên nói đến đạo lý phò tá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vƣơng. Đạo hiếu của ngƣời quân tử thể hiện ở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trọng, lòng trung thành và tình yêu thƣơng đối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cả mọi ngƣời (bởi vì khi chân thành yêu thƣơng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 mọi ngƣời, bởi vậy khi kết giao cùng ngƣời, sẽ cùng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thái độ cung kính mà nỗ lực để giúp đỡ đối phƣơng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tròn bổn phận mà họ cần phải có để đạt đƣợc cuộc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sống hạnh phúc). Nếu không nhƣ thế, vậy thì trật tự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hệ giữa ngƣời với ngƣời trong xã hội tất sẽ bị hỗn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 rồi.”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Tăng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114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夫孝，置之而塞乎天地，敷之而橫乎四海，施諸後</w:t>
      </w:r>
    </w:p>
    <w:p>
      <w:pPr>
        <w:autoSpaceDN w:val="0"/>
        <w:autoSpaceDE w:val="0"/>
        <w:widowControl/>
        <w:spacing w:line="364" w:lineRule="exact" w:before="0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世而無朝夕。《詩》云：『自西自東，自南自北，無思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不服。』此之謂也。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10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hiếu, khi đƣợc thiết lập sẽ bao trùm trong đất </w:t>
      </w:r>
    </w:p>
    <w:p>
      <w:pPr>
        <w:autoSpaceDN w:val="0"/>
        <w:autoSpaceDE w:val="0"/>
        <w:widowControl/>
        <w:spacing w:line="366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trời, khi phổ cập sẽ lan tỏa khắp bốn phƣơng, khi lƣu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truyền cho đời sau sẽ mãi mãi còn đó. Trong [Kinh Thi]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nói: “Từ Đông sang Tây, từ Bắc đến Nam, không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nào mà không tuân theo.” Điều muốn nói chính là tình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huống này.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115 ~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990"/>
        <w:gridCol w:w="990"/>
        <w:gridCol w:w="990"/>
        <w:gridCol w:w="990"/>
        <w:gridCol w:w="990"/>
        <w:gridCol w:w="990"/>
        <w:gridCol w:w="990"/>
      </w:tblGrid>
      <w:tr>
        <w:trPr>
          <w:trHeight w:hRule="exact" w:val="474"/>
        </w:trPr>
        <w:tc>
          <w:tcPr>
            <w:tcW w:type="dxa" w:w="34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常棣之華，萼不煒煒。</w:t>
            </w:r>
          </w:p>
        </w:tc>
        <w:tc>
          <w:tcPr>
            <w:tcW w:type="dxa" w:w="3500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承華者曰萼。不當作跗，跗，萼足也。萼足得華之光明</w:t>
            </w:r>
          </w:p>
        </w:tc>
      </w:tr>
      <w:tr>
        <w:trPr>
          <w:trHeight w:hRule="exact" w:val="364"/>
        </w:trPr>
        <w:tc>
          <w:tcPr>
            <w:tcW w:type="dxa" w:w="6904"/>
            <w:gridSpan w:val="7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，煒煒然也。興者喻弟以敬事兄，兄以榮覆弟。恩義之顯，亦煒煒然也。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凡今之人，莫如兄</w:t>
            </w:r>
          </w:p>
        </w:tc>
      </w:tr>
      <w:tr>
        <w:trPr>
          <w:trHeight w:hRule="exact" w:val="362"/>
        </w:trPr>
        <w:tc>
          <w:tcPr>
            <w:tcW w:type="dxa" w:w="5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弟。</w:t>
            </w:r>
          </w:p>
        </w:tc>
        <w:tc>
          <w:tcPr>
            <w:tcW w:type="dxa" w:w="4674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人之恩親，無如兄弟之最厚。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鶺鴒在原，兄弟急難。</w:t>
            </w:r>
          </w:p>
        </w:tc>
        <w:tc>
          <w:tcPr>
            <w:tcW w:type="dxa" w:w="1650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鶺鴒，雍渠也。飛則鳴，</w:t>
            </w:r>
          </w:p>
        </w:tc>
      </w:tr>
      <w:tr>
        <w:trPr>
          <w:trHeight w:hRule="exact" w:val="368"/>
        </w:trPr>
        <w:tc>
          <w:tcPr>
            <w:tcW w:type="dxa" w:w="6388"/>
            <w:gridSpan w:val="6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行則搖，不能自舍爾。急難，言兄弟之相救於急難矣。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每有良朋，況也永歎。</w:t>
            </w:r>
          </w:p>
        </w:tc>
        <w:tc>
          <w:tcPr>
            <w:tcW w:type="dxa" w:w="5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況，茲</w:t>
            </w:r>
          </w:p>
        </w:tc>
      </w:tr>
      <w:tr>
        <w:trPr>
          <w:trHeight w:hRule="exact" w:val="364"/>
        </w:trPr>
        <w:tc>
          <w:tcPr>
            <w:tcW w:type="dxa" w:w="6904"/>
            <w:gridSpan w:val="7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也。永，長也。每，雖也。良，善也。當急難之時，雖有善同門來，茲對之長歎而已。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兄弟鬩于</w:t>
            </w:r>
          </w:p>
        </w:tc>
      </w:tr>
      <w:tr>
        <w:trPr>
          <w:trHeight w:hRule="exact" w:val="516"/>
        </w:trPr>
        <w:tc>
          <w:tcPr>
            <w:tcW w:type="dxa" w:w="197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牆，外禦其侮。</w:t>
            </w:r>
          </w:p>
        </w:tc>
        <w:tc>
          <w:tcPr>
            <w:tcW w:type="dxa" w:w="4926"/>
            <w:gridSpan w:val="5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鬩，狠也。禦，禁也。兄弟雖內鬩，外猶禦侮也。 </w:t>
            </w:r>
          </w:p>
        </w:tc>
      </w:tr>
      <w:tr>
        <w:trPr>
          <w:trHeight w:hRule="exact" w:val="608"/>
        </w:trPr>
        <w:tc>
          <w:tcPr>
            <w:tcW w:type="dxa" w:w="5716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 </w:t>
            </w:r>
          </w:p>
        </w:tc>
        <w:tc>
          <w:tcPr>
            <w:tcW w:type="dxa" w:w="118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毛詩）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đóa hoa đƣờng lệ nở rộ, đài hoa dƣới sự rạng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rỡ của đóa hoa cũng trở nên tƣơi sáng (tựa nhƣ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em cung kính đối với huynh trƣởng, niềm tự hào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huynh trƣởng cũng nâng đỡ ngƣời em). Đến nay,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phần đông trên thế gian này đều không thể gần gũi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anh em. Nhƣ loài chim chìa vôi kia khi không may rơi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xuống thảo nguyên mà chẳng đành lìa xa ngƣời bạn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hành, khi gặp cảnh gian khó, anh em chắc chắn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dang tay trợ giúp. Thƣờng ngày tuy có bạn tốt, nhƣng </w:t>
      </w:r>
    </w:p>
    <w:p>
      <w:pPr>
        <w:autoSpaceDN w:val="0"/>
        <w:autoSpaceDE w:val="0"/>
        <w:widowControl/>
        <w:spacing w:line="346" w:lineRule="exact" w:before="3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chỉ có thể than ngắn thở dài. Còn anh em trong gia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đình dẫu có tranh cãi, nhƣng khi có kẻ xâm phạm,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định đồng lòng mà chống trả.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Mao Thi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116 ~ </w:t>
      </w:r>
    </w:p>
    <w:p>
      <w:pPr>
        <w:autoSpaceDN w:val="0"/>
        <w:autoSpaceDE w:val="0"/>
        <w:widowControl/>
        <w:spacing w:line="280" w:lineRule="exact" w:before="28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惠伯曰：『喪，親之終也。雖不能始，善終可也。</w:t>
      </w:r>
    </w:p>
    <w:p>
      <w:pPr>
        <w:autoSpaceDN w:val="0"/>
        <w:autoSpaceDE w:val="0"/>
        <w:widowControl/>
        <w:spacing w:line="344" w:lineRule="exact" w:before="4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史佚有言曰：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兄弟致美。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各盡其美，義乃終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。救乏、賀善、吊</w:t>
      </w:r>
    </w:p>
    <w:p>
      <w:pPr>
        <w:autoSpaceDN w:val="0"/>
        <w:autoSpaceDE w:val="0"/>
        <w:widowControl/>
        <w:spacing w:line="280" w:lineRule="exact" w:before="76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災、祭敬、喪哀，情雖不同，毋絕其愛。親之道也。』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35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1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（後補卷四 </w:t>
            </w:r>
          </w:p>
        </w:tc>
        <w:tc>
          <w:tcPr>
            <w:tcW w:type="dxa" w:w="23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春秋左氏傳上）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Huệ Bá khuyên Tƣơng Trọng rằng: “Việc tang là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cuối cùng có thể làm với ngƣời thân. Dẫu quan hệ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xƣa của cả hai không mấy tốt đẹp, nhƣng bây giờ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kết thúc một cách thiện chí là có thể làm đƣợc. Sử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Dật cũng từng nói thế này: „Anh và em đều phải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tròn đạo nghĩa với nhau.‟ (Giữa anh em) phải cứu giúp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khốn khó, chúc mừng khi có chuyện vui và đồng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khi có tai họa, khi có việc tế lễ phải nhân đó mà tỏ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chí kính, khi gặp việc tang tóc phải tỏ lòng đau xót.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Giữa anh em dẫu trong lòng có thể vì những ấm ức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hòa thuận đồng lòng, nhƣng không đƣợc đoạn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tuyệt tình yêu thƣơng với nhau, đây chính là cách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lại gần nhau giữa những ngƣời thân.”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(Bổ sung cuốn 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Thị Truyện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Thƣợng) </w:t>
      </w:r>
    </w:p>
    <w:p>
      <w:pPr>
        <w:autoSpaceDN w:val="0"/>
        <w:autoSpaceDE w:val="0"/>
        <w:widowControl/>
        <w:spacing w:line="346" w:lineRule="exact" w:before="4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NHÂN NGHĨA [NHÂN TỪ VÀ CHÍNH NGHĨA] </w:t>
      </w:r>
    </w:p>
    <w:p>
      <w:pPr>
        <w:autoSpaceDN w:val="0"/>
        <w:autoSpaceDE w:val="0"/>
        <w:widowControl/>
        <w:spacing w:line="414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117 ~ </w:t>
      </w:r>
    </w:p>
    <w:p>
      <w:pPr>
        <w:autoSpaceDN w:val="0"/>
        <w:autoSpaceDE w:val="0"/>
        <w:widowControl/>
        <w:spacing w:line="308" w:lineRule="exact" w:before="278" w:after="180"/>
        <w:ind w:left="596" w:right="596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仁者愛人，義者修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（修作循）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理。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（卷三十八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孫卿子）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nhân từ là ngƣời yêu thƣơng ngƣời và ngƣời có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nghĩa là ngƣời tuân theo lẽ phải. </w:t>
      </w:r>
    </w:p>
    <w:p>
      <w:pPr>
        <w:autoSpaceDN w:val="0"/>
        <w:autoSpaceDE w:val="0"/>
        <w:widowControl/>
        <w:spacing w:line="418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118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孟子曰：『三代之得天下也以仁；其失天下也以不</w:t>
      </w:r>
    </w:p>
    <w:p>
      <w:pPr>
        <w:autoSpaceDN w:val="0"/>
        <w:autoSpaceDE w:val="0"/>
        <w:widowControl/>
        <w:spacing w:line="306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仁。國家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（無家字）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之所以廢興存亡者亦然。天子不仁，不</w:t>
      </w:r>
    </w:p>
    <w:p>
      <w:pPr>
        <w:autoSpaceDN w:val="0"/>
        <w:autoSpaceDE w:val="0"/>
        <w:widowControl/>
        <w:spacing w:line="306" w:lineRule="exact" w:before="5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保四海之內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（無之內二字）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；諸侯不仁，不保社稷；卿大夫不</w:t>
      </w:r>
    </w:p>
    <w:p>
      <w:pPr>
        <w:autoSpaceDN w:val="0"/>
        <w:autoSpaceDE w:val="0"/>
        <w:widowControl/>
        <w:spacing w:line="364" w:lineRule="exact" w:before="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仁，不保宗廟；士庶人不仁，不保四體。今惡死亡而樂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不仁，猶惡醉而強酒。 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孟子）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4" w:lineRule="exact" w:before="21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Mạnh Tử dạy rằng: “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Ba triều đại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25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đƣợc thiên hạ là </w:t>
      </w:r>
    </w:p>
    <w:p>
      <w:pPr>
        <w:autoSpaceDN w:val="0"/>
        <w:tabs>
          <w:tab w:pos="2910" w:val="left"/>
        </w:tabs>
        <w:autoSpaceDE w:val="0"/>
        <w:widowControl/>
        <w:spacing w:line="322" w:lineRule="exact" w:before="4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thực thi nền chính trị nhân đức và họ để mất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là bởi không thực thi nền chính trị nhân đức. Suy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vong hay hƣng thịnh, tồn tại hay diệt vong của các nƣớc </w:t>
      </w:r>
      <w:r>
        <w:br/>
      </w:r>
      <w:r>
        <w:tab/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25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Ba triều đại là: Nhà Hạ, nhà Thƣơng và nhà Chu.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 hầu cũng có cùng đạo lý nhƣ vậy. Nếu thiên tử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đức, sẽ không thể giữ đƣợc thiên hạ; khi chƣ hầu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nhân đức, sẽ không giữ đƣợc đất phong; nếu khanh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phu không nhân đức, sẽ không giữ đƣợc từ đƣờng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 tộc; nhân sĩ và muôn dân nếu không nhân đức,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bảo toàn tính mạng của chính mình. Đến nay,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ta chán ghét sự chết chóc nhƣng lại ƣa thích sự bạo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tàn, tựa nhƣ chán ghét bị say rƣợu nhƣng lại miễn cƣỡng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uống rƣợu vậy.”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Mạnh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119 ~ </w:t>
      </w:r>
    </w:p>
    <w:p>
      <w:pPr>
        <w:autoSpaceDN w:val="0"/>
        <w:autoSpaceDE w:val="0"/>
        <w:widowControl/>
        <w:spacing w:line="280" w:lineRule="exact" w:before="302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昔者聖人之崇仁也，將以興天下之利也。利或不興</w:t>
      </w:r>
    </w:p>
    <w:p>
      <w:pPr>
        <w:autoSpaceDN w:val="0"/>
        <w:autoSpaceDE w:val="0"/>
        <w:widowControl/>
        <w:spacing w:line="364" w:lineRule="exact" w:before="0" w:after="180"/>
        <w:ind w:left="30" w:right="9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，須仁以濟天下。有不得其所，若己推而委之於溝壑然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。夫仁者，蓋推己以及人也。故己所不欲，無施於人；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推己所欲，以及天下。推己心孝於父母，以及天下，則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天下之為人子者，不失其事親之道矣；推己心有樂於妻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子，以及天下，則天下之為人父者，不失其室家之觀矣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；推己之不忍於飢寒，以及天下之心，含生無凍餧之憂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矣。此三者，非難見之理，非難行之事，唯不內推其心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，以恕乎人，未之思耳，夫何遠之有哉？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xƣa, bậc thánh nhân tôn sùng nền chính trị nhân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và lấy đó thực thi để làm lợi ích cho thần dân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hạ. Nếu việc lợi ích cho ngƣời dân mà chƣa đƣợc </w:t>
      </w:r>
    </w:p>
    <w:p>
      <w:pPr>
        <w:autoSpaceDN w:val="0"/>
        <w:autoSpaceDE w:val="0"/>
        <w:widowControl/>
        <w:spacing w:line="346" w:lineRule="exact" w:before="3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thi phổ biến, họ nhất định sẽ đem nền chính trị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để cứu giúp cả thiên hạ. Nếu còn ngƣời bơ vơ, sẽ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chính mình đem họ mà vứt bỏ dƣới khe núi. Một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ái, sẽ đem trái tim của mình mà đối đãi ngƣời,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không muốn sẽ không làm với ngƣời; khi nghĩ về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mình mong mỏi sẽ đặt mình vào vị trí của ngƣời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 đến ngƣời trong thiên hạ. Nguyện đem tấm lòng hiếu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thảo của mình đối với cha mẹ để lan tỏa đến mọi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hạ, vậy thì ngƣời làm con trong thiên hạ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đánh mất chuẩn mực trong việc phụng dƣỡng song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thân; nguyện đem niềm hạnh phúc của chính mình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chung sống cùng vợ con để lan tỏa đến ngƣời trong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hạ, vậy thì bậc làm cha trong thiên hạ sẽ không đánh mất 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niềm hân hoan của gia đình; đem tâm trạng không chịu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đựng nổi sự đói khát của chính mình để nghĩ đến tâm trạng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đói khát của ngƣời trong thiên hạ, vậy thì các sinh linh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 sẽ không còn nỗi âu lo giằng xé bởi đói khát.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điểm này không phải là đạo lý khó hiểu, cũng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là việc khó lòng làm đƣợc, chỉ là không thể đem tâm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trạng suy từ mình để đối xử khoan dung với ngƣời,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suy nghẫm bằng trái tim cũng đành vậy. Đâu có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thực sự xa vời mà không thể thực hiện chứ? </w:t>
      </w:r>
    </w:p>
    <w:p>
      <w:pPr>
        <w:autoSpaceDN w:val="0"/>
        <w:autoSpaceDE w:val="0"/>
        <w:widowControl/>
        <w:spacing w:line="418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3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120 ~ </w:t>
      </w:r>
    </w:p>
    <w:p>
      <w:pPr>
        <w:autoSpaceDN w:val="0"/>
        <w:autoSpaceDE w:val="0"/>
        <w:widowControl/>
        <w:spacing w:line="280" w:lineRule="exact" w:before="302" w:after="180"/>
        <w:ind w:left="382" w:right="38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解。《象》曰：雪雨作，解。君子以赦過宥罪。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7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346" w:lineRule="exact" w:before="3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[Tƣợng Truyện] của Quẻ Giải nói rằng: “Ở trên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sấm sét và ở dƣới là nƣớc mƣa. Khi sấm sét cùng giao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hòa với nƣớc mƣa, năng lƣợng giữa âm và dƣơng trở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thoát, vạn vật êm ái mà không hề gƣợng gạo,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tƣợng trƣng của Quẻ Giải. Ngƣời quân tử đem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lý của quẻ này để xóa bỏ tội lỗi của ngƣời và khoan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dung thứ lỗi cho họ.” </w:t>
      </w:r>
    </w:p>
    <w:p>
      <w:pPr>
        <w:autoSpaceDN w:val="0"/>
        <w:autoSpaceDE w:val="0"/>
        <w:widowControl/>
        <w:spacing w:line="418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121 ~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80" w:lineRule="exact" w:before="300" w:after="3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膳夫掌王之食飲、膳羞。大喪則不舉，大荒則不舉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66"/>
        </w:trPr>
        <w:tc>
          <w:tcPr>
            <w:tcW w:type="dxa" w:w="6532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，大札則不舉，天地有災則不舉，邦有大故則不舉。</w:t>
            </w:r>
          </w:p>
        </w:tc>
        <w:tc>
          <w:tcPr>
            <w:tcW w:type="dxa" w:w="334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大荒</w:t>
            </w:r>
          </w:p>
        </w:tc>
      </w:tr>
    </w:tbl>
    <w:p>
      <w:pPr>
        <w:autoSpaceDN w:val="0"/>
        <w:autoSpaceDE w:val="0"/>
        <w:widowControl/>
        <w:spacing w:line="138" w:lineRule="exact" w:before="2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，凶年也。大札，疫癘也。天災，日月晦食也。地災，崩動也。大故，刑殺也。《春秋傳》曰：『司寇行戮，</w:t>
      </w:r>
    </w:p>
    <w:p>
      <w:pPr>
        <w:autoSpaceDN w:val="0"/>
        <w:autoSpaceDE w:val="0"/>
        <w:widowControl/>
        <w:spacing w:line="140" w:lineRule="exact" w:before="226" w:after="26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君為之不舉。』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92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（卷八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周禮）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 phu chuyên lo việc cơm nƣớc, giết mổ gia súc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trù bị thức ăn mà bậc thiên tử thƣờng dùng. Nhƣng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việc tang của thiên tử, hoàng hậu và thế tử sẽ không sát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sinh; khi gặp năm hạn hán mất mùa sẽ không sát sinh;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bệnh dịch tràn lan sẽ không sát sinh; khi có thiên tai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biến động sẽ không sát sinh; khi đất nƣớc có kẻ địch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xâm phạm hoặc khi thi hành tử tù cũng đều không sát sinh. </w:t>
      </w:r>
    </w:p>
    <w:p>
      <w:pPr>
        <w:autoSpaceDN w:val="0"/>
        <w:autoSpaceDE w:val="0"/>
        <w:widowControl/>
        <w:spacing w:line="418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Lễ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1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122 ~ </w:t>
      </w:r>
    </w:p>
    <w:p>
      <w:pPr>
        <w:autoSpaceDN w:val="0"/>
        <w:autoSpaceDE w:val="0"/>
        <w:widowControl/>
        <w:spacing w:line="306" w:lineRule="exact" w:before="274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仲春之月，養幼少，存諸孤。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助生氣也。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命有司，省囹</w:t>
      </w:r>
    </w:p>
    <w:p>
      <w:pPr>
        <w:autoSpaceDN w:val="0"/>
        <w:autoSpaceDE w:val="0"/>
        <w:widowControl/>
        <w:spacing w:line="308" w:lineRule="exact" w:before="58" w:after="3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圄，去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hyperlink r:id="rId25" w:history="1">
          <w:r>
            <w:rPr>
              <w:rStyle w:val="Hyperlink"/>
            </w:rPr>
            <w:t xml:space="preserve">桎 </w:t>
          </w:r>
        </w:hyperlink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梏，毋肆掠；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順陽氣也。省，減也。肆，謂死刑暴尸。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毋竭川澤，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882"/>
        </w:trPr>
        <w:tc>
          <w:tcPr>
            <w:tcW w:type="dxa" w:w="40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814" w:val="left"/>
              </w:tabs>
              <w:autoSpaceDE w:val="0"/>
              <w:widowControl/>
              <w:spacing w:line="166" w:lineRule="exact" w:before="0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順陽養物。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毋漉陂池，毋焚山林。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3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3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tháng thứ hai của mùa xuân, phải đặc biệt chăm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sóc trẻ nhỏ, thƣơng cảm và chăm lo cho trẻ em côi cút.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ra lệnh cho các quan viên bộ hình giảm thiểu phạm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giam giữ trong lao ngục, bỏ xích chân xiềng tay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họ, không đƣợc thi hành án tử và đem tử thi thị chúng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 tấn phạm nhân; không đƣợc tháo cạn nƣớc ở sông ngòi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ao hồ; không đƣợc để nƣớc ở hồ chứa bị khô cạn;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phóng lửa đốt rừng (phải thuận theo dƣơng khí sinh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sôi không dứt để nuôi dƣỡng vạn vật).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28" w:after="5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392"/>
        </w:trPr>
        <w:tc>
          <w:tcPr>
            <w:tcW w:type="dxa" w:w="59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8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國君春田不圍澤，大夫不掩群，士不取麛卵。</w:t>
            </w:r>
          </w:p>
        </w:tc>
        <w:tc>
          <w:tcPr>
            <w:tcW w:type="dxa" w:w="6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5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生乳之時</w:t>
            </w:r>
          </w:p>
        </w:tc>
      </w:tr>
    </w:tbl>
    <w:p>
      <w:pPr>
        <w:autoSpaceDN w:val="0"/>
        <w:autoSpaceDE w:val="0"/>
        <w:widowControl/>
        <w:spacing w:line="140" w:lineRule="exact" w:before="28" w:after="18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，重傷其類。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3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6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chủ các nƣớc chƣ hầu khi tổ chức săn bắt vào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mùa xuân, không đƣợc bao vây cả một trƣờng săn bắt;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phu không đƣợc đánh bắt cả bầy thú hoang; nhân sĩ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không đƣợc săn bắt cả thú non và trứng chim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(khi động vật đang trong giai đoạn sinh trƣởng và bú mẹ </w:t>
      </w:r>
    </w:p>
    <w:p>
      <w:pPr>
        <w:autoSpaceDN w:val="0"/>
        <w:autoSpaceDE w:val="0"/>
        <w:widowControl/>
        <w:spacing w:line="346" w:lineRule="exact" w:before="1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làm thế này, sẽ khiến tổn hại nghiêm trọng đến nòi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giống của động vật).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6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4"/>
        </w:trPr>
        <w:tc>
          <w:tcPr>
            <w:tcW w:type="dxa" w:w="51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子曰：『仁有三，與仁同功而異情。</w:t>
            </w:r>
          </w:p>
        </w:tc>
        <w:tc>
          <w:tcPr>
            <w:tcW w:type="dxa" w:w="17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利仁強仁，功雖與安仁者同</w:t>
            </w:r>
          </w:p>
        </w:tc>
      </w:tr>
      <w:tr>
        <w:trPr>
          <w:trHeight w:hRule="exact" w:val="364"/>
        </w:trPr>
        <w:tc>
          <w:tcPr>
            <w:tcW w:type="dxa" w:w="6866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，本情則異也。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與人同功，其仁未可知也；與仁同過，然後其</w:t>
            </w:r>
          </w:p>
        </w:tc>
      </w:tr>
      <w:tr>
        <w:trPr>
          <w:trHeight w:hRule="exact" w:val="364"/>
        </w:trPr>
        <w:tc>
          <w:tcPr>
            <w:tcW w:type="dxa" w:w="624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仁可知也。仁者安仁，智者利仁，畏罪者強仁。』</w:t>
            </w:r>
          </w:p>
        </w:tc>
        <w:tc>
          <w:tcPr>
            <w:tcW w:type="dxa" w:w="61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功者，人</w:t>
            </w:r>
          </w:p>
        </w:tc>
      </w:tr>
    </w:tbl>
    <w:p>
      <w:pPr>
        <w:autoSpaceDN w:val="0"/>
        <w:autoSpaceDE w:val="0"/>
        <w:widowControl/>
        <w:spacing w:line="140" w:lineRule="exact" w:before="28" w:after="26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所貪。過者，人所避。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92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có nói: “Việc thực thi đạo lý nhân đức có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tình huống (nhân đức tự nguyện, nhân đức có tính toán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nhân đức một cách miễn cƣỡng): Hiệu quả của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thi nhân đức có tính toán và miễn cƣỡng tuy có giống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việc thực thi nhân đức tự nguyện (đều có thể làm lợi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ích cho ngƣời, lợi ích cho xã hội), nhƣng tấm lòng lại khác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nhau (nhân đức một cách tự nguyện là không có mong cầu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thƣ thái mà thực thi nhân đức, còn nhân đức có tính toán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vì mong nhận đƣợc lợi ích mà thực hiện và nhân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miễn cƣỡng lại vì lo sợ hình phạt mà phải thực hiện).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huống thực hành nhân ái này, từ hiệu quả thấy đƣợc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nhau, khó để phán đoán liệu có phải là thực sự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bằng tâm nhân đức hay không? Nhƣng khi việc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nhân đức phải đối mặt với những việc liên quan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 – hại, thì có thể từ những phản ứng khác nhau mà thấy </w:t>
      </w:r>
    </w:p>
    <w:p>
      <w:pPr>
        <w:autoSpaceDN w:val="0"/>
        <w:autoSpaceDE w:val="0"/>
        <w:widowControl/>
        <w:spacing w:line="346" w:lineRule="exact" w:before="3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liệu có phải là ngƣời nhân đức hay không? Nếu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là ngƣời nhân ái sẽ tuân theo bản tính của mình mà thƣ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tự tại để thực thi; kẻ trí biết rằng việc thực thi nhân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lợi cho bản thân, cho nên hành thiện để cầu phúc báu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lo sợ phạm tội phải chịu hình phạt lại miễn cƣỡng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thi nhân đức.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125 ~ </w:t>
      </w:r>
    </w:p>
    <w:p>
      <w:pPr>
        <w:autoSpaceDN w:val="0"/>
        <w:autoSpaceDE w:val="0"/>
        <w:widowControl/>
        <w:spacing w:line="280" w:lineRule="exact" w:before="14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景公問晏子曰：『謀必得，事必成，有術乎？』對</w:t>
      </w:r>
    </w:p>
    <w:p>
      <w:pPr>
        <w:autoSpaceDN w:val="0"/>
        <w:autoSpaceDE w:val="0"/>
        <w:widowControl/>
        <w:spacing w:line="364" w:lineRule="exact" w:before="2" w:after="10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曰：『有。』公曰：『其術何如？』晏子曰：『謀度於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義者必得，事因於民者必成。反義而謀，背民而動，未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聞存者也。昔三代之興也，謀必度於義，事必因於民；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及其衰也，謀者反義，興事傷民。故度義因民，謀事之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術也。』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732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（卷三十三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晏子） </w:t>
            </w:r>
          </w:p>
        </w:tc>
      </w:tr>
    </w:tbl>
    <w:p>
      <w:pPr>
        <w:autoSpaceDN w:val="0"/>
        <w:autoSpaceDE w:val="0"/>
        <w:widowControl/>
        <w:spacing w:line="414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Công hỏi Yến Tử rằng: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Muốn khiến cho sự nghiệp mƣu lƣợc chắc chắn trở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hiện thực và những việc sẽ làm chắc chắn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công. Liệu có phƣơng pháp nào không? </w:t>
      </w:r>
    </w:p>
    <w:p>
      <w:pPr>
        <w:autoSpaceDN w:val="0"/>
        <w:autoSpaceDE w:val="0"/>
        <w:widowControl/>
        <w:spacing w:line="400" w:lineRule="exact" w:before="240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Yến Tử đáp: </w:t>
      </w:r>
    </w:p>
    <w:p>
      <w:pPr>
        <w:autoSpaceDN w:val="0"/>
        <w:autoSpaceDE w:val="0"/>
        <w:widowControl/>
        <w:spacing w:line="402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Có. </w:t>
      </w:r>
    </w:p>
    <w:p>
      <w:pPr>
        <w:autoSpaceDN w:val="0"/>
        <w:autoSpaceDE w:val="0"/>
        <w:widowControl/>
        <w:spacing w:line="400" w:lineRule="exact" w:before="240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Công mới hỏi: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Vậy phƣơng pháp đó là gì?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2" w:lineRule="exact" w:before="11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Yến Tử trả lời rằng: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Khi sự nghiệp mƣu lƣợc phù hợp với đạo nghĩa chắc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chắn trở thành hiện thực và việc muốn làm nếu thuận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dân chắc chắn thành công. Nếu đi ngƣợc với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mà mƣu lƣợc, đi ngƣợc với ý dân mà hành động, thật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từ xƣa đến nay chƣa từng nghe thấy có thể bền lâu.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đây, lúc ba đời Hạ - Thƣơng – Chu còn hƣng thịnh,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mƣu lƣợc kế sách buộc phải xem xét liệu có phù hợp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đạo nghĩa hay không và khi làm việc buộc phải tuân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ý nguyện của nhân dân. Đến khi họ bị lụn bại,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lƣợc mà họ vạch ra đều đi ngƣợc với đạo nghĩa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việc mà họ thực hiện lại gây tổn hại cho nhân dân.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phù hợp với đạo lý, tuân theo ý nguyện của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là phƣơng pháp đúng đắn để mƣu lƣợc và hành động.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126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夫君子者，易親而難狎，畏禍而難劫，嗜利而不為</w:t>
      </w:r>
    </w:p>
    <w:p>
      <w:pPr>
        <w:autoSpaceDN w:val="0"/>
        <w:autoSpaceDE w:val="0"/>
        <w:widowControl/>
        <w:spacing w:line="306" w:lineRule="exact" w:before="6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非，時動靜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（無靜字）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而不茍作。體雖安之，而弗敢處，然</w:t>
      </w:r>
    </w:p>
    <w:p>
      <w:pPr>
        <w:autoSpaceDN w:val="0"/>
        <w:autoSpaceDE w:val="0"/>
        <w:widowControl/>
        <w:spacing w:line="364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後禮生焉；心雖欲之，而弗敢言，然後義生焉。夫義節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欲而治，禮反情而辨者也。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4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鶡冠子）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bậc quân tử, tuy dễ dàng thân cận, nhƣng sẽ không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đƣợc ngƣời thân cận mà sinh tâm khinh mạn; lo tai họa,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khó mà dùng thủ đoạn uy hiếp và khiến họ khuất </w:t>
      </w:r>
    </w:p>
    <w:p>
      <w:pPr>
        <w:autoSpaceDN w:val="0"/>
        <w:autoSpaceDE w:val="0"/>
        <w:widowControl/>
        <w:spacing w:line="346" w:lineRule="exact" w:before="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phục; ƣa lợi ích, nhƣng sẽ không vì thế mà đi làm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trái với đạo nghĩa; khi thời cuộc hỗn loạn, cũng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đi ngƣợc với đạo lý chính nghĩa mà cẩu thả qua loa.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 rằng, vật ngoài thân và ngoại cảnh có thể khiến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cảm thấy thƣ thái, nhƣng cũng không dám để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rơi vào tình huống thƣ thái dễ chịu thế này, sau khi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vậy, lễ nghĩa sẽ từ đây mà sinh ra; nội tâm dẫu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một sự vật hợp ý nào đó, nhƣng cũng không dám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buông lỏng chính mình rồi tùy tiện mà mong có đƣợc,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đƣợc nhƣ vậy, chính nghĩa sẽ từ đây mà sinh ra.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là thông qua việc tiết chế dục vọng để đạt đến cảnh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giới tự mình hoàn thiện và lễ nghĩa là thông qua việc chuẩn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mực hóa nhân cách để có thể nhận biết rõ sự - lý.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Hạt Quan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127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天災流行，國家代有。救災恤鄰，道也。行道有福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35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1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（後補卷四 </w:t>
            </w:r>
          </w:p>
        </w:tc>
        <w:tc>
          <w:tcPr>
            <w:tcW w:type="dxa" w:w="23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春秋左氏傳上）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tai hoành hành, xảy ra liên tiếp ở khắp nơi. Cứu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trợ nơi gặp thiên tai, cứu giúp nƣớc láng giềng, đây là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nghĩa. Ngƣời làm theo đạo nghĩa sẽ có phúc báu. </w:t>
      </w:r>
    </w:p>
    <w:p>
      <w:pPr>
        <w:autoSpaceDN w:val="0"/>
        <w:autoSpaceDE w:val="0"/>
        <w:widowControl/>
        <w:spacing w:line="400" w:lineRule="exact" w:before="24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(Bổ sung cuốn 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Thị Truyện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Thƣợng) </w:t>
      </w:r>
    </w:p>
    <w:p>
      <w:pPr>
        <w:autoSpaceDN w:val="0"/>
        <w:autoSpaceDE w:val="0"/>
        <w:widowControl/>
        <w:spacing w:line="346" w:lineRule="exact" w:before="8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THÀNH TÍN [CHÂN THÀNH VÀ ĐÁNG TIN CẬY] </w:t>
      </w:r>
    </w:p>
    <w:p>
      <w:pPr>
        <w:autoSpaceDN w:val="0"/>
        <w:autoSpaceDE w:val="0"/>
        <w:widowControl/>
        <w:spacing w:line="414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128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君子之養其心，莫善於誠。夫誠，君子所以懷萬物</w:t>
      </w:r>
    </w:p>
    <w:p>
      <w:pPr>
        <w:autoSpaceDN w:val="0"/>
        <w:autoSpaceDE w:val="0"/>
        <w:widowControl/>
        <w:spacing w:line="362" w:lineRule="exact" w:before="2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也。天不言而人推高焉，地不言而人推厚焉，四時不言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而人期焉。此以至誠者也。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體論）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khi tu dƣỡng thân tâm, không có gì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trọng hơn „lòng chân thành‟. Chân thành, là thứ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ngƣời quân tử dùng để bao dung vạn vật. Trời xanh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 không nói ra, nhƣng ngƣời ta vẫn ngƣỡng mộ sự cao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lớn của trời; đất tuy không nói ra, nhƣng ngƣời ta vẫn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ngƣỡng mộ sự sâu dày của đất; bốn mùa tuy không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ra, nhƣng ngƣời ta vẫn mong mỏi sự viếng thăm.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là bởi có tâm chí thành mà thôi.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129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蓋天地著信，而四時不悖；日月著信，而昏明有常</w:t>
      </w:r>
    </w:p>
    <w:p>
      <w:pPr>
        <w:autoSpaceDN w:val="0"/>
        <w:autoSpaceDE w:val="0"/>
        <w:widowControl/>
        <w:spacing w:line="364" w:lineRule="exact" w:before="0" w:after="18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；王者體信，而萬國以安；諸侯秉信，而境內以和；君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子履信，而厥身以立。古之聖君賢佐，將化世美俗，去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信須臾，而能安上治民者，未之有也。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82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346" w:lineRule="exact" w:before="3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đất trời hiển lộ sự thành tín của mình, vận hành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bốn mùa sẽ không đi ngƣợc với quy luật và nếu nhật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nguyệt mà hiển lộ sự thành tín của mình, đêm tối và ban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sẽ tuần tự luân phiên; khi bậc quân vƣơng mà tuân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sự thành tín, các nƣớc chƣ hầu sẽ an định và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chƣ hầu giữ vững sự thành tín, nội bộ trong nƣớc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hòa hợp; ngƣời quân tử mà thực hành thành tín, tất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đứng vững trong xã hội. Bậc minh quân và 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xƣa kia, nếu muốn giáo hóa ngƣời đời và tạo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thuần phong mỹ tục, chỉ một giây phút xa rời thành tín,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lại có thể an định đất nƣớc và trị vì đƣợc muôn dân.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này là việc chƣa từng có.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130 ~ </w:t>
      </w:r>
    </w:p>
    <w:p>
      <w:pPr>
        <w:autoSpaceDN w:val="0"/>
        <w:autoSpaceDE w:val="0"/>
        <w:widowControl/>
        <w:spacing w:line="280" w:lineRule="exact" w:before="284" w:after="0"/>
        <w:ind w:left="90" w:right="9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曾子妻之市，其子隨而泣。其母曰：『汝還，顧反</w:t>
      </w:r>
    </w:p>
    <w:p>
      <w:pPr>
        <w:autoSpaceDN w:val="0"/>
        <w:autoSpaceDE w:val="0"/>
        <w:widowControl/>
        <w:spacing w:line="308" w:lineRule="exact" w:before="5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，為汝殺彘。』妻道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（道作適）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市來，曾子欲捕彘殺之，其</w:t>
      </w:r>
    </w:p>
    <w:p>
      <w:pPr>
        <w:autoSpaceDN w:val="0"/>
        <w:autoSpaceDE w:val="0"/>
        <w:widowControl/>
        <w:spacing w:line="364" w:lineRule="exact" w:before="0" w:after="18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妻止之曰：『特與嬰兒戲也。』曾子曰：『嬰兒者非有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知也，待父母而學之者也。今子欺之，是教子欺也。母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欺子，子而不信其母，非所以成教也。』遂殺彘。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10"/>
        </w:trPr>
        <w:tc>
          <w:tcPr>
            <w:tcW w:type="dxa" w:w="35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10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韓子）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hôm, vợ của Tăng Tử muốn sang chợ, nhƣng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trai khóc đòi đi theo. Ngƣời mẹ nói với con trai: </w:t>
      </w:r>
    </w:p>
    <w:p>
      <w:pPr>
        <w:autoSpaceDN w:val="0"/>
        <w:autoSpaceDE w:val="0"/>
        <w:widowControl/>
        <w:spacing w:line="346" w:lineRule="exact" w:before="5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2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Con về nhà, đợi mẹ về rồi mổ lợn cho con ăn.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vợ của Tăng Tử từ chợ trở về nhà thì thấy Tăng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đang chuẩn bị bắt lợn để giết, ngƣời vợ liền ngăn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nói: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Chỉ là nói đùa với con trẻ thôi mà. </w:t>
      </w:r>
    </w:p>
    <w:p>
      <w:pPr>
        <w:autoSpaceDN w:val="0"/>
        <w:autoSpaceDE w:val="0"/>
        <w:widowControl/>
        <w:spacing w:line="400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Tử liền nói: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Trẻ con chƣa hiểu chuyện, chúng sẽ học theo cha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mẹ. Nay nói dối chúng chính là dạy con trẻ lừa dối. Mẹ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lừa dối con mình, rồi con sẽ không tin tƣởng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 của mình, đây không phải là cách dùng để dạy bảo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cái!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rồi Tăng Tử ra tay giết lợn.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8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5. CHÍNH KỈ [TỰ SỬA MÌNH] </w:t>
      </w:r>
    </w:p>
    <w:p>
      <w:pPr>
        <w:autoSpaceDN w:val="0"/>
        <w:autoSpaceDE w:val="0"/>
        <w:widowControl/>
        <w:spacing w:line="416" w:lineRule="exact" w:before="22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131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恕者，以身為度者也。己所不欲，毋加諸人。惡諸</w:t>
      </w:r>
    </w:p>
    <w:p>
      <w:pPr>
        <w:autoSpaceDN w:val="0"/>
        <w:autoSpaceDE w:val="0"/>
        <w:widowControl/>
        <w:spacing w:line="280" w:lineRule="exact" w:before="84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人，則去諸己；欲諸人，則求諸己。此恕也。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„Thứ‟ hay là lòng khoan dung, chính là đặt chính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mình vào vị trí của ngƣời để nghĩ cho họ. </w:t>
      </w:r>
    </w:p>
    <w:p>
      <w:pPr>
        <w:autoSpaceDN w:val="0"/>
        <w:autoSpaceDE w:val="0"/>
        <w:widowControl/>
        <w:spacing w:line="346" w:lineRule="exact" w:before="2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điều mà chính mình không mong muốn nhận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cũng không đƣợc làm với ngƣời. Nếu chán ghét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tập khí thói xấu của ngƣời, vậy trƣớc tiên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trừ bỏ tập khí và thói xấu của chính mình; nếu mong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ngƣời khác làm đƣợc, trƣớc tiên mình phải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đƣợc. Đây chính là „thứ đạo‟.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~ 132 ~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80" w:lineRule="exact" w:before="140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事親而不為親所知，是孝未至者也；事君而不為君</w:t>
      </w:r>
    </w:p>
    <w:p>
      <w:pPr>
        <w:autoSpaceDN w:val="0"/>
        <w:autoSpaceDE w:val="0"/>
        <w:widowControl/>
        <w:spacing w:line="362" w:lineRule="exact" w:before="4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所知，是忠未至者也；與人交而不為人所知，是信義未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至者也。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昌言）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phụng dƣỡng song thân mà không đƣợc song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cảm thông, là bởi chƣa làm tròn đạo hiếu;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phụng sự quân vƣơng mà không đƣợc quân vƣơng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thông, là bởi chƣa tận trung và khi kết giao với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đƣợc ngƣời cảm thông, là do chƣa làm tròn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 nghĩa.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Xương Ngôn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133 ~ </w:t>
      </w:r>
    </w:p>
    <w:p>
      <w:pPr>
        <w:autoSpaceDN w:val="0"/>
        <w:autoSpaceDE w:val="0"/>
        <w:widowControl/>
        <w:spacing w:line="280" w:lineRule="exact" w:before="26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君子在位可畏，施舍可愛，進退可度，周旋可則，</w:t>
      </w:r>
    </w:p>
    <w:p>
      <w:pPr>
        <w:autoSpaceDN w:val="0"/>
        <w:autoSpaceDE w:val="0"/>
        <w:widowControl/>
        <w:spacing w:line="364" w:lineRule="exact" w:before="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容止可觀，作事可法，德行可象，聲氣可樂，動作有文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，言語有章，以臨其下，謂之有威儀也。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17.9999999999998" w:type="dxa"/>
      </w:tblPr>
      <w:tblGrid>
        <w:gridCol w:w="3465"/>
        <w:gridCol w:w="3465"/>
      </w:tblGrid>
      <w:tr>
        <w:trPr>
          <w:trHeight w:hRule="exact" w:val="592"/>
        </w:trPr>
        <w:tc>
          <w:tcPr>
            <w:tcW w:type="dxa" w:w="28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2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346" w:lineRule="exact" w:before="1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bậc quân tử tại vị có thể khiến ngƣời kính nể,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bởi ban đi ân huệ mà khiến ngƣời yêu mến,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thoái đáp lễ khiêm nhƣờng mà có thể làm thƣớc đo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kỷ cƣơng, khi kết giao qua lại có thể xem nhƣ chuẩn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mực, dung mạo cử chỉ xứng đáng để ngƣời quan sát,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xử thế hay trị vì chính sự lại xứng đáng để ngƣời học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tập, phẩm chất đạo đức có thể khiến ngƣời noi theo,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và khí chất khiến ngƣời hân hoan, động tác tao nhã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có tu dƣỡng, nói năng lại rõ ràng mạch lạc. Khi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đãi với cấp dƣới thế này đƣợc xem là có uy nghi.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Thị Truyện -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134 ~ </w:t>
      </w:r>
    </w:p>
    <w:p>
      <w:pPr>
        <w:autoSpaceDN w:val="0"/>
        <w:autoSpaceDE w:val="0"/>
        <w:widowControl/>
        <w:spacing w:line="306" w:lineRule="exact" w:before="11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非漠真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（漠真作淡漠）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無以明德，非寧靜無以致遠，非寬</w:t>
      </w:r>
    </w:p>
    <w:p>
      <w:pPr>
        <w:autoSpaceDN w:val="0"/>
        <w:autoSpaceDE w:val="0"/>
        <w:widowControl/>
        <w:spacing w:line="280" w:lineRule="exact" w:before="84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大無以並覆，非平正無以制斷。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4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không thể thờ ơ với danh lợi, sẽ không thể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sáng ngời tính đức; nếu không thể thanh tịnh và ít dục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vọng, sẽ không thể đạt đến cảnh giới cao xa; nếu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tấm lòng khoan dung quảng đại, sẽ không thể bao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dung vạn vật trong thiên hạ; nếu không có tác phong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tâm chính trực, sẽ không thể đƣa ra quyết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đúng đắn.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16" w:right="11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135 ~ </w:t>
      </w:r>
    </w:p>
    <w:p>
      <w:pPr>
        <w:autoSpaceDN w:val="0"/>
        <w:autoSpaceDE w:val="0"/>
        <w:widowControl/>
        <w:spacing w:line="306" w:lineRule="exact" w:before="274" w:after="42"/>
        <w:ind w:left="176" w:right="17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大人不唱游言。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游，猶浮也。不可用之言也。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可言也，不可行，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506"/>
        <w:gridCol w:w="3506"/>
      </w:tblGrid>
      <w:tr>
        <w:trPr>
          <w:trHeight w:hRule="exact" w:val="848"/>
        </w:trPr>
        <w:tc>
          <w:tcPr>
            <w:tcW w:type="dxa" w:w="694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814" w:val="left"/>
              </w:tabs>
              <w:autoSpaceDE w:val="0"/>
              <w:widowControl/>
              <w:spacing w:line="182" w:lineRule="exact" w:before="14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君子弗言也；可行也，弗可言，君子弗行也。則民言不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危，猶高也。言不高於行，行不高于言，言行相應。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危行，而行不危言矣。</w:t>
            </w:r>
          </w:p>
        </w:tc>
      </w:tr>
      <w:tr>
        <w:trPr>
          <w:trHeight w:hRule="exact" w:val="568"/>
        </w:trPr>
        <w:tc>
          <w:tcPr>
            <w:tcW w:type="dxa" w:w="57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2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4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104" w:right="10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địa vị cao quý không đƣợc đề cao và khích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lệ ngƣời ta nói những lời phù phiếm không thực tế.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thể nói mà không làm đƣợc, ngƣời quân tử sẽ không nói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có thể làm mà không thể nói ra 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ột cách đƣờng đƣờng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chính, ngƣời quân tử sẽ không đi làm. Nếu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vậy, nhân dân sẽ không thổi phồng sự việc và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làm những việc không dám để ngƣời biết đƣợc. </w:t>
      </w:r>
    </w:p>
    <w:p>
      <w:pPr>
        <w:autoSpaceDN w:val="0"/>
        <w:autoSpaceDE w:val="0"/>
        <w:widowControl/>
        <w:spacing w:line="400" w:lineRule="exact" w:before="202" w:after="0"/>
        <w:ind w:left="102" w:right="10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6. ĐỘ LƯỢNG [KHOAN DUNG] </w:t>
      </w:r>
    </w:p>
    <w:p>
      <w:pPr>
        <w:autoSpaceDN w:val="0"/>
        <w:autoSpaceDE w:val="0"/>
        <w:widowControl/>
        <w:spacing w:line="388" w:lineRule="exact" w:before="178" w:after="0"/>
        <w:ind w:left="3004" w:right="300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136 ~ </w:t>
      </w:r>
    </w:p>
    <w:p>
      <w:pPr>
        <w:autoSpaceDN w:val="0"/>
        <w:autoSpaceDE w:val="0"/>
        <w:widowControl/>
        <w:spacing w:line="280" w:lineRule="exact" w:before="250" w:after="0"/>
        <w:ind w:left="166" w:right="16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上不天，則下不偏覆；心不地，則物不畢載。大山不</w:t>
      </w:r>
    </w:p>
    <w:p>
      <w:pPr>
        <w:autoSpaceDN w:val="0"/>
        <w:autoSpaceDE w:val="0"/>
        <w:widowControl/>
        <w:spacing w:line="364" w:lineRule="exact" w:before="0" w:after="16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立好惡，故能成其高；江海不擇小助，故能成其富。故大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人寄形於天地，而萬物備；措心於山海，而國家富。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506"/>
        <w:gridCol w:w="3506"/>
      </w:tblGrid>
      <w:tr>
        <w:trPr>
          <w:trHeight w:hRule="exact" w:val="566"/>
        </w:trPr>
        <w:tc>
          <w:tcPr>
            <w:tcW w:type="dxa" w:w="35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10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韓子） </w:t>
            </w:r>
          </w:p>
        </w:tc>
      </w:tr>
    </w:tbl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102" w:right="10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quân vƣơng không noi gƣơng trời xanh sẽ </w:t>
      </w:r>
    </w:p>
    <w:p>
      <w:pPr>
        <w:autoSpaceDN w:val="0"/>
        <w:autoSpaceDE w:val="0"/>
        <w:widowControl/>
        <w:spacing w:line="36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chở che muôn dân và khi tấm lòng của quân </w:t>
      </w:r>
    </w:p>
    <w:p>
      <w:pPr>
        <w:autoSpaceDN w:val="0"/>
        <w:autoSpaceDE w:val="0"/>
        <w:widowControl/>
        <w:spacing w:line="346" w:lineRule="exact" w:before="166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5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không rộng lớn nhƣ trái đất sẽ không thể nâng đỡ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vạn vật. Núi Thái Sơn không có tâm yêu ghét đối với đá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sỏi, bởi vậy mà tạo nên sự cao lớn sừng sững của mình;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sông biển không kén chọn đối với dòng suối nhỏ,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mà tạo nên sự mênh mông rộng lớn của chính mình.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nên, khi quân vƣơng gửi gắm tấm thân mình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trời, họ sẽ khoan dung nhƣ bầu trời và quảng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trái đất, do đó mà vạn vật đƣợc phì nhiêu.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tâm tựa nhƣ ngọn núi cao không tách rời hạt bụi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nhỏ và sông biển lớn không kén chọn dòng chảy nhỏ,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cũng từ đây mà đất nƣớc trở nên giàu có và thịnh vƣợng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</w:p>
    <w:p>
      <w:pPr>
        <w:autoSpaceDN w:val="0"/>
        <w:autoSpaceDE w:val="0"/>
        <w:widowControl/>
        <w:spacing w:line="400" w:lineRule="exact" w:before="240" w:after="0"/>
        <w:ind w:left="92" w:right="9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137 ~ </w:t>
      </w:r>
    </w:p>
    <w:p>
      <w:pPr>
        <w:autoSpaceDN w:val="0"/>
        <w:autoSpaceDE w:val="0"/>
        <w:widowControl/>
        <w:spacing w:line="308" w:lineRule="exact" w:before="276" w:after="0"/>
        <w:ind w:left="164" w:right="16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王賞鬭辛、王孫由于、申包胥、鬭懷。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皆從王有大功。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子</w:t>
      </w:r>
    </w:p>
    <w:p>
      <w:pPr>
        <w:autoSpaceDN w:val="0"/>
        <w:autoSpaceDE w:val="0"/>
        <w:widowControl/>
        <w:spacing w:line="306" w:lineRule="exact" w:before="56" w:after="2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西曰：『請舍懷也。』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以初謀殺王故。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王曰：『大德滅小怨，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34"/>
        <w:gridCol w:w="2334"/>
        <w:gridCol w:w="2334"/>
      </w:tblGrid>
      <w:tr>
        <w:trPr>
          <w:trHeight w:hRule="exact" w:val="1126"/>
        </w:trPr>
        <w:tc>
          <w:tcPr>
            <w:tcW w:type="dxa" w:w="33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136" w:val="left"/>
              </w:tabs>
              <w:autoSpaceDE w:val="0"/>
              <w:widowControl/>
              <w:spacing w:line="166" w:lineRule="exact" w:before="4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終從其兄，免王大難，是大德也。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道也。』</w:t>
            </w:r>
          </w:p>
        </w:tc>
        <w:tc>
          <w:tcPr>
            <w:tcW w:type="dxa" w:w="1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98" w:after="0"/>
              <w:ind w:left="74" w:right="7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（卷六 </w:t>
            </w:r>
          </w:p>
        </w:tc>
        <w:tc>
          <w:tcPr>
            <w:tcW w:type="dxa" w:w="23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98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春秋左氏傳下）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Sở Chiêu Vƣơng ban thƣởng cho Đấu Tân, </w:t>
      </w:r>
    </w:p>
    <w:p>
      <w:pPr>
        <w:autoSpaceDN w:val="0"/>
        <w:autoSpaceDE w:val="0"/>
        <w:widowControl/>
        <w:spacing w:line="380" w:lineRule="exact" w:before="2" w:after="0"/>
        <w:ind w:left="30" w:right="9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Tôn Do Vu, Thân Bao Tƣ, Đấu Hoài và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khác,  Tử Tây liền nói: “Xin ngƣời chớ ban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thƣởng cho Đấu Hoài.” (Bởi trƣớc đó ông ta đã từng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sát hại Chiêu Vƣơng), nhƣng Chiêu Vƣơng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 “Ông ấy có ân đức lớn đối với ta, vậy nên có thể </w:t>
      </w:r>
    </w:p>
    <w:p>
      <w:pPr>
        <w:autoSpaceDN w:val="0"/>
        <w:autoSpaceDE w:val="0"/>
        <w:widowControl/>
        <w:spacing w:line="346" w:lineRule="exact" w:before="6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138 </w:t>
      </w:r>
    </w:p>
    <w:p>
      <w:pPr>
        <w:sectPr>
          <w:pgSz w:w="9072" w:h="13608"/>
          <w:pgMar w:top="464" w:right="96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08" w:right="10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76" w:lineRule="exact" w:before="14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xóa bỏ nỗi oán hận nhỏ trƣớc kia, điều này là phù hợp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đạo nghĩa.” </w:t>
      </w:r>
    </w:p>
    <w:p>
      <w:pPr>
        <w:autoSpaceDN w:val="0"/>
        <w:autoSpaceDE w:val="0"/>
        <w:widowControl/>
        <w:spacing w:line="400" w:lineRule="exact" w:before="258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Thị Truyện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Hạ) </w:t>
      </w:r>
    </w:p>
    <w:p>
      <w:pPr>
        <w:autoSpaceDN w:val="0"/>
        <w:autoSpaceDE w:val="0"/>
        <w:widowControl/>
        <w:spacing w:line="332" w:lineRule="exact" w:before="27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7. KHIÊM TỐN </w:t>
      </w:r>
    </w:p>
    <w:p>
      <w:pPr>
        <w:autoSpaceDN w:val="0"/>
        <w:autoSpaceDE w:val="0"/>
        <w:widowControl/>
        <w:spacing w:line="414" w:lineRule="exact" w:before="24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138 ~ </w:t>
      </w:r>
    </w:p>
    <w:p>
      <w:pPr>
        <w:autoSpaceDN w:val="0"/>
        <w:autoSpaceDE w:val="0"/>
        <w:widowControl/>
        <w:spacing w:line="280" w:lineRule="exact" w:before="320" w:after="60"/>
        <w:ind w:left="170" w:right="17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人之情，服於德，不服於力。故古之聖王，以其言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502"/>
        <w:gridCol w:w="3502"/>
      </w:tblGrid>
      <w:tr>
        <w:trPr>
          <w:trHeight w:hRule="exact" w:val="388"/>
        </w:trPr>
        <w:tc>
          <w:tcPr>
            <w:tcW w:type="dxa" w:w="69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下人，以其身後人，即天下推而不厭，戴而不重。此德</w:t>
            </w:r>
          </w:p>
        </w:tc>
      </w:tr>
      <w:tr>
        <w:trPr>
          <w:trHeight w:hRule="exact" w:val="414"/>
        </w:trPr>
        <w:tc>
          <w:tcPr>
            <w:tcW w:type="dxa" w:w="405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有餘，而氣順也。故知與之為得</w:t>
            </w:r>
          </w:p>
        </w:tc>
        <w:tc>
          <w:tcPr>
            <w:tcW w:type="dxa" w:w="284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（得作取）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，知後之為先，</w:t>
            </w:r>
          </w:p>
        </w:tc>
      </w:tr>
    </w:tbl>
    <w:p>
      <w:pPr>
        <w:autoSpaceDN w:val="0"/>
        <w:autoSpaceDE w:val="0"/>
        <w:widowControl/>
        <w:spacing w:line="280" w:lineRule="exact" w:before="60" w:after="2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即幾道矣。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502"/>
        <w:gridCol w:w="3502"/>
      </w:tblGrid>
      <w:tr>
        <w:trPr>
          <w:trHeight w:hRule="exact" w:val="64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3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4" w:lineRule="exact" w:before="1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8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lý của ngƣời là quy phục bởi đạo đức, chứ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phục tùng uy lực. Bởi vậy, bậc minh quân tài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xƣa kia khi ở nơi đâu cũng nói năng khiêm nhƣờng,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việc gì cũng ở sau ngƣời, ngƣời trong thiên hạ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kính mà không hề chán ghét họ, bởi vậy khi đặt họ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mà nhân dân lại không cảm thấy nặng nề.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chính là bởi đức hạnh có thừa mà khí lại thuận cùng đạo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Do vậy, khi 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iểu đƣợc „cho đi‟ chính là „nhận đƣợc‟,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đƣợc ở sau ngƣời, nhƣng trên thực tế lại ở trƣớc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ngƣời. Điều này đã tiến gần tới „đạo‟ rồi. </w:t>
      </w:r>
    </w:p>
    <w:p>
      <w:pPr>
        <w:autoSpaceDN w:val="0"/>
        <w:autoSpaceDE w:val="0"/>
        <w:widowControl/>
        <w:spacing w:line="400" w:lineRule="exact" w:before="260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28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6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139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夫學者損其自多，以虛受之。天道成而必變。凡持</w:t>
      </w:r>
    </w:p>
    <w:p>
      <w:pPr>
        <w:autoSpaceDN w:val="0"/>
        <w:autoSpaceDE w:val="0"/>
        <w:widowControl/>
        <w:spacing w:line="366" w:lineRule="exact" w:before="0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滿而能久者，未嘗有也。故曰：自賢者，則天下之善言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，不得聞其耳矣。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 </w:t>
            </w:r>
          </w:p>
        </w:tc>
        <w:tc>
          <w:tcPr>
            <w:tcW w:type="dxa" w:w="17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孔子家語）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ngƣời tu học, phải luôn chiết giảm tâm ngạo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 tự mãn của mình, thƣờng mang tâm khiêm nhƣờng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tiếp nhận lời gợi mở mà tất cả ngƣời và sự vật mang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lại. Quy luật của tự nhiên là: Sự phát triển của vạn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vạn vật một khi đạt đến cực điểm sẽ chuyển hƣớng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chiều ngƣợc lại. Bởi vậy, phàm những ai giữ thái độ tự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mãn mà đƣợc bền lâu, từ xƣa đến nay chƣa từng có.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mới nói, ngƣời tự cho là tài giỏi, vậy thì những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ý đẹp trong thiên hạ, họ sẽ không thể tiếp thu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nữa.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74"/>
        </w:trPr>
        <w:tc>
          <w:tcPr>
            <w:tcW w:type="dxa" w:w="25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不自見，故明；</w:t>
            </w:r>
          </w:p>
        </w:tc>
        <w:tc>
          <w:tcPr>
            <w:tcW w:type="dxa" w:w="412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聖人因天下之目以視，故能明達。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不自是，故彰；</w:t>
            </w:r>
          </w:p>
        </w:tc>
        <w:tc>
          <w:tcPr>
            <w:tcW w:type="dxa" w:w="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聖</w:t>
            </w:r>
          </w:p>
        </w:tc>
      </w:tr>
      <w:tr>
        <w:trPr>
          <w:trHeight w:hRule="exact" w:val="364"/>
        </w:trPr>
        <w:tc>
          <w:tcPr>
            <w:tcW w:type="dxa" w:w="454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人不自為是而非人，故能彰顯於世。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不自伐，故有功；</w:t>
            </w:r>
          </w:p>
        </w:tc>
        <w:tc>
          <w:tcPr>
            <w:tcW w:type="dxa" w:w="2320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聖人德化流行，不自取其美，故有功</w:t>
            </w:r>
          </w:p>
        </w:tc>
      </w:tr>
    </w:tbl>
    <w:p>
      <w:pPr>
        <w:autoSpaceDN w:val="0"/>
        <w:autoSpaceDE w:val="0"/>
        <w:widowControl/>
        <w:spacing w:line="308" w:lineRule="exact" w:before="28" w:after="2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於天下也。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不自矜，故長。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聖人不自貴大，故能長久不危也。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夫唯不爭，故天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32"/>
        </w:trPr>
        <w:tc>
          <w:tcPr>
            <w:tcW w:type="dxa" w:w="197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下莫能與之爭。</w:t>
            </w:r>
          </w:p>
        </w:tc>
        <w:tc>
          <w:tcPr>
            <w:tcW w:type="dxa" w:w="365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6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此言天下賢與不肖，無能與不爭者爭。 </w:t>
            </w:r>
          </w:p>
        </w:tc>
        <w:tc>
          <w:tcPr>
            <w:tcW w:type="dxa" w:w="127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9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老子） </w:t>
            </w:r>
          </w:p>
        </w:tc>
      </w:tr>
      <w:tr>
        <w:trPr>
          <w:trHeight w:hRule="exact" w:val="836"/>
        </w:trPr>
        <w:tc>
          <w:tcPr>
            <w:tcW w:type="dxa" w:w="2310"/>
            <w:vMerge/>
            <w:tcBorders/>
          </w:tcPr>
          <w:p/>
        </w:tc>
        <w:tc>
          <w:tcPr>
            <w:tcW w:type="dxa" w:w="36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chấp chƣớc vào thành kiến chủ quan của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 (mà nhìn nhận sự vật từ góc độ của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hạ), bởi vậy có thể thấu tỏ sự việc;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khăng khăng theo ý mình (mà tiếp thu lối tƣ duy đúng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đắn của ngƣời trong thiên hạ), bởi vậy mà đức hạnh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sáng ngời ở bên ngoài; không khoe khoang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thân, bởi vậy có thể thành tựu sự nghiệp; không tự phụ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tài năng của mình và không tự cao tự đại, bởi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trƣờng cửu và không gặp hiểm nguy. Cũng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không tranh với ngƣời, cho nên trong thiên hạ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ai tranh đƣợc với họ.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141 ~ </w:t>
      </w:r>
    </w:p>
    <w:p>
      <w:pPr>
        <w:autoSpaceDN w:val="0"/>
        <w:autoSpaceDE w:val="0"/>
        <w:widowControl/>
        <w:spacing w:line="280" w:lineRule="exact" w:before="14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君子務脩諸內，而讓之於外；務積於身，而處之以</w:t>
      </w:r>
    </w:p>
    <w:p>
      <w:pPr>
        <w:autoSpaceDN w:val="0"/>
        <w:autoSpaceDE w:val="0"/>
        <w:widowControl/>
        <w:spacing w:line="280" w:lineRule="exact" w:before="84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不足。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體論）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từ nội tâm ra sức mà tu dƣỡng chính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và lại khiêm nhƣờng ở bên ngoài (nhƣờng chức vị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ngƣời tài, nhƣờng công lao cho quần chúng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nhƣờng thanh danh cho cấp trên); ra sức vun bồi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hạnh, trí tuệ và năng lực của chính mình mà từng giây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từng phút tự nhủ bản thân vẫn còn thiếu sót.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142 ~ </w:t>
      </w:r>
    </w:p>
    <w:p>
      <w:pPr>
        <w:autoSpaceDN w:val="0"/>
        <w:autoSpaceDE w:val="0"/>
        <w:widowControl/>
        <w:spacing w:line="280" w:lineRule="exact" w:before="300" w:after="28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謙。《象》曰：地中有山，謙。君子以裒多益寡，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56"/>
        </w:trPr>
        <w:tc>
          <w:tcPr>
            <w:tcW w:type="dxa" w:w="141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稱物平施。</w:t>
            </w:r>
          </w:p>
        </w:tc>
        <w:tc>
          <w:tcPr>
            <w:tcW w:type="dxa" w:w="4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多者用謙以為裒，少者用謙以為益，隨物而與，施不失平也。 </w:t>
            </w:r>
          </w:p>
        </w:tc>
        <w:tc>
          <w:tcPr>
            <w:tcW w:type="dxa" w:w="118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  <w:tr>
        <w:trPr>
          <w:trHeight w:hRule="exact" w:val="530"/>
        </w:trPr>
        <w:tc>
          <w:tcPr>
            <w:tcW w:type="dxa" w:w="2310"/>
            <w:vMerge/>
            <w:tcBorders/>
          </w:tcPr>
          <w:p/>
        </w:tc>
        <w:tc>
          <w:tcPr>
            <w:tcW w:type="dxa" w:w="4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[Tƣợng Truyện] của Quẻ Khiêm nói rằng: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Biểu tƣợng của Quẻ Khiêm là cấn (núi) ở dƣới và khôn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(đất) ở trên, chính là hình ảnh ngọn núi cao lại ẩn sâu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lòng đất và tƣợng trƣng cho tài năng vĩ đại và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cao cả thƣờng tiềm ẩn bên trong chứ không hiển lộ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 ngoài, bởi vậy mới gọi là „khiêm‟. Bậc quân tử luôn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cho đi nhiều và nhận về ít để cân bằng sự - vật, sau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lấy ƣu điểm để bù đắp nhƣợc điểm và khiến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cân bằng.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143 ~ </w:t>
      </w:r>
    </w:p>
    <w:p>
      <w:pPr>
        <w:autoSpaceDN w:val="0"/>
        <w:autoSpaceDE w:val="0"/>
        <w:widowControl/>
        <w:spacing w:line="282" w:lineRule="exact" w:before="13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夫謙德之光，《周易》所美；滿溢之位，道家之所</w:t>
      </w:r>
    </w:p>
    <w:p>
      <w:pPr>
        <w:autoSpaceDN w:val="0"/>
        <w:autoSpaceDE w:val="0"/>
        <w:widowControl/>
        <w:spacing w:line="364" w:lineRule="exact" w:before="2" w:after="10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戒。故君子福大而愈懼，爵隆而益恭。遠察近覽，俯仰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有則，銘諸机杖，刻諸槃 杅，矜矜業業，無殆無荒。如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此，則百福是荷，慶流無窮矣。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（卷二十二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後漢書二） </w:t>
            </w:r>
          </w:p>
        </w:tc>
      </w:tr>
    </w:tbl>
    <w:p>
      <w:pPr>
        <w:autoSpaceDN w:val="0"/>
        <w:autoSpaceDE w:val="0"/>
        <w:widowControl/>
        <w:spacing w:line="414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sáng ngời của tâm khiêm tốn và tấm lòng nhân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là điều mà “Kinh Dịch” ra sức ngợi khen; ở vị trí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đầy quá hóa tràn là điều mà Đạo gia lấy đó làm bài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cảnh giác. Bởi vậy, đối với bậc quân tử, phúc báu </w:t>
      </w:r>
    </w:p>
    <w:p>
      <w:pPr>
        <w:autoSpaceDN w:val="0"/>
        <w:autoSpaceDE w:val="0"/>
        <w:widowControl/>
        <w:spacing w:line="346" w:lineRule="exact" w:before="1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càng lớn lại càng cảnh giác, chức vị càng cao lại càng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nhƣờng. Quan sát ngƣời thời xƣa và thời nay,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cử nhất động đều có chuẩn mực, đem lời dạy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khắc lên bàn ghế hay cây gậy chống, rồi khắc lên cả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mâm bát và cẩn trọng đề phòng, không dám xao nhãng.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nhƣ vậy mới có thể tiếp nhận vô số phúc báu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phúc trạch mới đƣợc nối dài.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 – Tập 2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144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凡趣舍之患，在於見可欲而不慮其敗，見可利而不</w:t>
      </w:r>
    </w:p>
    <w:p>
      <w:pPr>
        <w:autoSpaceDN w:val="0"/>
        <w:autoSpaceDE w:val="0"/>
        <w:widowControl/>
        <w:spacing w:line="364" w:lineRule="exact" w:before="0" w:after="180"/>
        <w:ind w:left="30" w:right="9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慮其害，故動近於危辱。昔孫叔敖三相楚國，而其心愈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卑，每益祿而其施愈博，位滋高而其禮愈恭。正考父傴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僂而走，晏平仲辭其賜邑。此皆守滿以沖，為臣之體也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體論）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 thƣờng, sai lầm mà ngƣời ta hay mắc phải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tiến lui hay nhận cho là chỉ thấy dục vọng của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đƣợc thỏa mãn chứ không nghĩ đến thất bại,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 đạt đƣợc lợi ích chứ không nghĩ đến những mối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mà chúng đem lại, bởi vậy chỉ một hành động nhỏ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tiến gần đến sự hiểm nguy hay ô nhục. Trƣớc kia,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Thúc Ngao dẫu ba lần làm tể tƣớng của nƣớc Sở,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trong tâm lại càng khiêm tốn, mỗi lần đƣợc tăng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thêm bổng lộc, ông ban phát đi lại càng nhiều hơn, khi </w:t>
      </w:r>
    </w:p>
    <w:p>
      <w:pPr>
        <w:autoSpaceDN w:val="0"/>
        <w:autoSpaceDE w:val="0"/>
        <w:widowControl/>
        <w:spacing w:line="346" w:lineRule="exact" w:before="3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10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địa vị càng cao, ông đối với ngƣời lại càng khiêm cung.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Cụ tổ của Khổng Tử là ngài Chính Khảo Phụ thì khiêm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tốn và cung kính khi bƣớc đi, Yến Anh từng từ chối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nhận thành ấp mà quân vƣơng phong tặng,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là với tâm thờ ơ trƣớc danh lợi cùng với tâm khiêm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tốn mà ở địa vị hiển hách và giữ gìn cơ nghiệp.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phẩm chất cơ bản mà một hạ thần cần phải có. </w:t>
      </w:r>
    </w:p>
    <w:p>
      <w:pPr>
        <w:autoSpaceDN w:val="0"/>
        <w:autoSpaceDE w:val="0"/>
        <w:widowControl/>
        <w:spacing w:line="400" w:lineRule="exact" w:before="82" w:after="0"/>
        <w:ind w:left="104" w:right="10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8. CẨN THẬN [CẨN TRỌNG] </w:t>
      </w:r>
    </w:p>
    <w:p>
      <w:pPr>
        <w:autoSpaceDN w:val="0"/>
        <w:autoSpaceDE w:val="0"/>
        <w:widowControl/>
        <w:spacing w:line="416" w:lineRule="exact" w:before="5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145 ~ </w:t>
      </w:r>
    </w:p>
    <w:p>
      <w:pPr>
        <w:autoSpaceDN w:val="0"/>
        <w:autoSpaceDE w:val="0"/>
        <w:widowControl/>
        <w:spacing w:line="282" w:lineRule="exact" w:before="140" w:after="0"/>
        <w:ind w:left="180" w:right="18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舜戒禹曰：『鄰哉，鄰哉！』言慎所近也。周公戒</w:t>
      </w:r>
    </w:p>
    <w:p>
      <w:pPr>
        <w:autoSpaceDN w:val="0"/>
        <w:autoSpaceDE w:val="0"/>
        <w:widowControl/>
        <w:spacing w:line="280" w:lineRule="exact" w:before="84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成王曰：『其朋，其朋！』言慎所與也。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507"/>
        <w:gridCol w:w="3507"/>
      </w:tblGrid>
      <w:tr>
        <w:trPr>
          <w:trHeight w:hRule="exact" w:val="44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（卷二十五 </w:t>
            </w:r>
          </w:p>
        </w:tc>
        <w:tc>
          <w:tcPr>
            <w:tcW w:type="dxa" w:w="1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0" w:after="0"/>
              <w:ind w:left="54" w:right="5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魏志上）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106" w:right="10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 Thuấn cảnh báo với Hạ Vũ rằng: “Lân tai, lân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tai!” Ý muốn nói phải thận trọng khi lựa chọn đại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thân cận. Chu Công lại cảnh báo với Thành Vƣơng rằng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“Kỳ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bằng, kỳ bằng!” Ý muốn nói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cẩn trọng khi lựa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chọn ngƣời để kết giao. </w:t>
      </w:r>
    </w:p>
    <w:p>
      <w:pPr>
        <w:autoSpaceDN w:val="0"/>
        <w:autoSpaceDE w:val="0"/>
        <w:widowControl/>
        <w:spacing w:line="400" w:lineRule="exact" w:before="82" w:after="0"/>
        <w:ind w:left="104" w:right="10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25.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Ngụy Chí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146 ~ </w:t>
      </w:r>
    </w:p>
    <w:p>
      <w:pPr>
        <w:autoSpaceDN w:val="0"/>
        <w:autoSpaceDE w:val="0"/>
        <w:widowControl/>
        <w:spacing w:line="280" w:lineRule="exact" w:before="302" w:after="0"/>
        <w:ind w:left="180" w:right="18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孔子曰：『臨事而懼，希不濟。』《易》曰：『若</w:t>
      </w:r>
    </w:p>
    <w:p>
      <w:pPr>
        <w:autoSpaceDN w:val="0"/>
        <w:autoSpaceDE w:val="0"/>
        <w:widowControl/>
        <w:spacing w:line="364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履虎尾，終之吉。』若群臣之眾，皆戒慎恐懼，若履虎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尾，則何不濟之有乎？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507"/>
        <w:gridCol w:w="3507"/>
      </w:tblGrid>
      <w:tr>
        <w:trPr>
          <w:trHeight w:hRule="exact" w:val="72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3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54" w:right="5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346" w:lineRule="exact" w:before="260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144 </w:t>
      </w:r>
    </w:p>
    <w:p>
      <w:pPr>
        <w:sectPr>
          <w:pgSz w:w="9072" w:h="13608"/>
          <w:pgMar w:top="464" w:right="95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“Khi xử lý sự vụ nếu có thể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 đƣợc tâm đề phòng và e sợ, sẽ hiếm có việc nào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làm đƣợc”. Trong [Kinh Dịch] có nói: “Nếu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mà e sợ và cảnh giác nhƣ dẫm phải đuôi hổ, trƣớc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đều nhƣ vậy, tất sẽ đƣợc tốt lành và thuận lợi.” Giả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tất cả quan viên của đất nƣớc, đối với chính sự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giữ đƣợc thái độ cảnh giác thận trọng tựa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dẫm lên đuôi hổ, vậy thì có việc gì mà làm không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chứ?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36.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147 ~ </w:t>
      </w:r>
    </w:p>
    <w:p>
      <w:pPr>
        <w:autoSpaceDN w:val="0"/>
        <w:autoSpaceDE w:val="0"/>
        <w:widowControl/>
        <w:spacing w:line="282" w:lineRule="exact" w:before="29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是故君子敬孤獨，而慎幽微。雖在隱翳，鬼神不得</w:t>
      </w:r>
    </w:p>
    <w:p>
      <w:pPr>
        <w:autoSpaceDN w:val="0"/>
        <w:autoSpaceDE w:val="0"/>
        <w:widowControl/>
        <w:spacing w:line="280" w:lineRule="exact" w:before="84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見其隙，況於遊宴乎？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1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中論）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cung kính trang nghiêm cả khi một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đơn chiếc và khi ở những nơi hoang vu vắng vẻ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đều cẩn trọng. Dẫu ở nơi xa khuất không có 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đƣợc, tâm niệm cũng không lệch lạc, bởi vậy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thần linh còn không thấy đƣợc khuyết điểm của họ,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huống hồ là khi du ngoạn hay tham dự yến tiệc chứ?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46.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472"/>
        </w:trPr>
        <w:tc>
          <w:tcPr>
            <w:tcW w:type="dxa" w:w="45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居寵思危，罔弗惟畏，弗畏入畏。</w:t>
            </w:r>
          </w:p>
        </w:tc>
        <w:tc>
          <w:tcPr>
            <w:tcW w:type="dxa" w:w="2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言雖居貴寵，當常思危懼，無所</w:t>
            </w:r>
          </w:p>
        </w:tc>
      </w:tr>
    </w:tbl>
    <w:p>
      <w:pPr>
        <w:autoSpaceDN w:val="0"/>
        <w:autoSpaceDE w:val="0"/>
        <w:widowControl/>
        <w:spacing w:line="140" w:lineRule="exact" w:before="30" w:after="26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不畏。若乃不畏，則入可畏之刑。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9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9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ở địa vị cao quý và đƣợc ân sủng, phải nghĩ </w:t>
      </w:r>
    </w:p>
    <w:p>
      <w:pPr>
        <w:autoSpaceDN w:val="0"/>
        <w:autoSpaceDE w:val="0"/>
        <w:widowControl/>
        <w:spacing w:line="344" w:lineRule="exact" w:before="2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lúc hiểm nguy mà có tâm e sợ, không có việc gì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nể sợ. Nếu điều gì cũng không sợ, tất sẽ rơi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khốn cùng đáng sợ. </w:t>
      </w:r>
    </w:p>
    <w:p>
      <w:pPr>
        <w:autoSpaceDN w:val="0"/>
        <w:autoSpaceDE w:val="0"/>
        <w:widowControl/>
        <w:spacing w:line="400" w:lineRule="exact" w:before="22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2.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88" w:lineRule="exact" w:before="23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149 ~ </w:t>
      </w:r>
    </w:p>
    <w:p>
      <w:pPr>
        <w:autoSpaceDN w:val="0"/>
        <w:autoSpaceDE w:val="0"/>
        <w:widowControl/>
        <w:spacing w:line="280" w:lineRule="exact" w:before="29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君子之於己也，無事而不懼焉。我之有善，懼人之</w:t>
      </w:r>
    </w:p>
    <w:p>
      <w:pPr>
        <w:autoSpaceDN w:val="0"/>
        <w:autoSpaceDE w:val="0"/>
        <w:widowControl/>
        <w:spacing w:line="364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未吾好也；我之有不善，懼人之必吾惡也；見人之善，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懼我之不能脩也；見人之不善，懼我之必若彼也。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中論）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Bậc quân tử đối với chính mình, không có việc gì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cảnh giác e sợ. Bản thân có phẩm chất lƣơng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 và tốt đẹp, nhƣng vẫn e rằng ngƣời khác chƣa hẳn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 quý mến; bản thân có điều không tốt, lại sợ rằng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 chắc chắn sẽ chán ghét; khi thấy phẩm chất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lƣơng thiện và cao đẹp của ngƣời, e rằng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học tập theo; khi thấy điều bất thiện của </w:t>
      </w:r>
    </w:p>
    <w:p>
      <w:pPr>
        <w:autoSpaceDN w:val="0"/>
        <w:autoSpaceDE w:val="0"/>
        <w:widowControl/>
        <w:spacing w:line="346" w:lineRule="exact" w:before="1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lại sợ rằng bản thân (nếu không đề cao cảnh giác,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kiểm điểm và sửa đổi) nhất định sẽ giống nhƣ họ.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46.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150 ~ </w:t>
      </w:r>
    </w:p>
    <w:p>
      <w:pPr>
        <w:autoSpaceDN w:val="0"/>
        <w:autoSpaceDE w:val="0"/>
        <w:widowControl/>
        <w:spacing w:line="308" w:lineRule="exact" w:before="234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目妄視則淫，耳妄聞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（聞作聽）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則惑，口妄言則亂。三</w:t>
      </w:r>
    </w:p>
    <w:p>
      <w:pPr>
        <w:autoSpaceDN w:val="0"/>
        <w:autoSpaceDE w:val="0"/>
        <w:widowControl/>
        <w:spacing w:line="280" w:lineRule="exact" w:before="84" w:after="16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關者，不可不慎守也。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56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6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Đôi mắt mà quan sát cẩu thả tất sẽ mất đi tiết chế,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đôi tai mà lắng nghe bừa bãi tất sẽ nảy sinh nghi hoặc,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miệng mà bàn luận tùy tiện sẽ dẫn đến hậu họa. Ba cửa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ngõ này không thể không gìn giữ cẩn trọng. </w:t>
      </w:r>
    </w:p>
    <w:p>
      <w:pPr>
        <w:autoSpaceDN w:val="0"/>
        <w:autoSpaceDE w:val="0"/>
        <w:widowControl/>
        <w:spacing w:line="400" w:lineRule="exact" w:before="20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41.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1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151 ~ </w:t>
      </w:r>
    </w:p>
    <w:p>
      <w:pPr>
        <w:autoSpaceDN w:val="0"/>
        <w:autoSpaceDE w:val="0"/>
        <w:widowControl/>
        <w:spacing w:line="282" w:lineRule="exact" w:before="26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善為政者，知一事之不可闕也，故無物而不備；知</w:t>
      </w:r>
    </w:p>
    <w:p>
      <w:pPr>
        <w:autoSpaceDN w:val="0"/>
        <w:autoSpaceDE w:val="0"/>
        <w:widowControl/>
        <w:spacing w:line="364" w:lineRule="exact" w:before="0" w:after="16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一是之不可失也，故眾非與之共得。其不然者，輕一事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之為小，忽而闕焉，不知眾物與之共多也；睹一非之為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小也，輕而蹈焉，不知眾是與之共失也。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56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劉廙政論） </w:t>
            </w:r>
          </w:p>
        </w:tc>
      </w:tr>
    </w:tbl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ngƣời hiểu việc trị vì chính sự, biết rằng </w:t>
      </w:r>
    </w:p>
    <w:p>
      <w:pPr>
        <w:autoSpaceDN w:val="0"/>
        <w:autoSpaceDE w:val="0"/>
        <w:widowControl/>
        <w:spacing w:line="36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mỗi công việc đều không thể thiếu, bởi vậy không có </w:t>
      </w:r>
    </w:p>
    <w:p>
      <w:pPr>
        <w:autoSpaceDN w:val="0"/>
        <w:autoSpaceDE w:val="0"/>
        <w:widowControl/>
        <w:spacing w:line="346" w:lineRule="exact" w:before="2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vật phẩm nào mà không chuẩn bị cho tốt; biết rằng 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kiến đúng đắn không thể bỏ sót dù chỉ có một, bởi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rất nhiều ý kiến không đúng đắn cũng phải đồng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lắng nghe. Ngƣời không hiểu việc trị vì xem nhẹ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và coi đó là rất nhỏ, rồi lơ là và dẫn đến sự khiếm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khuyết, mà không biết rằng rất nhiều sự vật phải có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mới có thể trở nên hoàn chỉnh; cho rằng một sai lầm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rất nhỏ mà lơ là rồi cẩu thả đi làm, lại không biết rằng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đúng đắn theo cách tổng thể nếu chỉ một lần phạm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sai lầm nhỏ, tất cả đều bị thất bại.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47.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Lưu Dực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152 ~ </w:t>
      </w:r>
    </w:p>
    <w:p>
      <w:pPr>
        <w:autoSpaceDN w:val="0"/>
        <w:autoSpaceDE w:val="0"/>
        <w:widowControl/>
        <w:spacing w:line="280" w:lineRule="exact" w:before="302" w:after="3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頤。《象》曰：山下有雷，頤。君子以慎言語，節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1122"/>
        </w:trPr>
        <w:tc>
          <w:tcPr>
            <w:tcW w:type="dxa" w:w="39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856" w:val="left"/>
              </w:tabs>
              <w:autoSpaceDE w:val="0"/>
              <w:widowControl/>
              <w:spacing w:line="168" w:lineRule="exact" w:before="0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言語飲食，猶慎而節之，而況其餘乎。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飲食。</w:t>
            </w:r>
          </w:p>
        </w:tc>
        <w:tc>
          <w:tcPr>
            <w:tcW w:type="dxa" w:w="18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9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9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[Thoán Truyện] của Quẻ Di nói rằng: “Biểu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tƣợng của Quẻ Di là chấn (sấm) ở dƣới cấn (núi), sấm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rung dƣới núi. Đây là lối tỷ dụ khi nhai thức ăn, hàm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ở trạng thái tĩnh và hàm dƣới ở trạng thái động.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tƣợng trƣng cho việc nuôi dƣỡng. Việc nuôi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dƣỡng buộc phải giữ vững chính đạo, bởi vậy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tử phải nên phải cẩn trọng khi phát ngôn và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ăn uống phải có tiết chế.” (Có nhƣ vậy mới có thể trau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dồi phẩm chất cao đẹp, mới có thể nuôi dƣỡng một thân </w:t>
      </w:r>
    </w:p>
    <w:p>
      <w:pPr>
        <w:autoSpaceDN w:val="0"/>
        <w:autoSpaceDE w:val="0"/>
        <w:widowControl/>
        <w:spacing w:line="346" w:lineRule="exact" w:before="3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khỏe mạnh, đồng thời cũng có thể khiến vạn vật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thế giới tự nhiên đƣợc an dƣỡng.)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153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文學防輔遂共表稱陳袞美。袞聞之大驚懼，責讓文</w:t>
      </w:r>
    </w:p>
    <w:p>
      <w:pPr>
        <w:autoSpaceDN w:val="0"/>
        <w:autoSpaceDE w:val="0"/>
        <w:widowControl/>
        <w:spacing w:line="364" w:lineRule="exact" w:before="0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學曰：『修身自守，常人之行耳，而諸君乃以上聞，是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適所以增其負累也。且如有善，何患不聞？而遽共如是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，是非益我。』其誡慎如此。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（卷二十六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魏志下）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học duyện và phòng phó cùng nhau tấu trình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lên trên để ngợi khen phẩm chất tốt đẹp của Tào Cổn.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Tào Cổn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26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nghe đƣợc vô cùng lo lắng và ông trách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học duyện rằng: “Tu dƣỡng thân tâm, gìn giữ khí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tiết chẳng qua là việc làm của ngƣời bình thƣờng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thôi, thế mà các vị lại đem việc này tấu trình lên triều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đình, điều này lại khiến ta càng thêm áp lực. Hơn nữa,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ta có hành vi tốt đẹp, lẽ nào còn e ngại ngƣời khác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biết đến sao? Vậy mà các ông lại vội vàng cùng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nhau làm thế này, điều này đối với ta là không hay đâu.”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cẩn trọng đề phòng của ông là nhƣ vậy.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26.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Ngụy Chí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Thƣợng) </w:t>
      </w:r>
    </w:p>
    <w:p>
      <w:pPr>
        <w:autoSpaceDN w:val="0"/>
        <w:autoSpaceDE w:val="0"/>
        <w:widowControl/>
        <w:spacing w:line="300" w:lineRule="exact" w:before="0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26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Tào Cổn là anh em cùng cha khác mẹ với Tào Phi – hoàng đế của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nƣớc Ngụy vào thời Tam Quốc.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9. GIAO HỮU [KẾT GIAO BẠN HỮU] </w:t>
      </w:r>
    </w:p>
    <w:p>
      <w:pPr>
        <w:autoSpaceDN w:val="0"/>
        <w:autoSpaceDE w:val="0"/>
        <w:widowControl/>
        <w:spacing w:line="414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154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君子慎其所去就。與君子游，如長日加益而不自知</w:t>
      </w:r>
    </w:p>
    <w:p>
      <w:pPr>
        <w:autoSpaceDN w:val="0"/>
        <w:autoSpaceDE w:val="0"/>
        <w:widowControl/>
        <w:spacing w:line="362" w:lineRule="exact" w:before="2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也；與小人游，如履薄冰，每履而下，幾何而不陷乎哉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曾子）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đối với việc lựa chọn bạn hữu là vô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thận trọng. Khi kết giao với ngƣời quân tử, tựa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đang vào mùa mà ở đó ngày trở nên dài hơn,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không ngừng đƣợc tăng lên mà chính mình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hề hay biết; khi kết giao với kẻ tiểu nhân tựa nhƣ đi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tảng băng mỏng, cứ thêm một bƣớc lại càng thêm nguy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hiểm, liệu đƣợc mấy ngƣời không bị rơi xuống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đây?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Tăng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27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10. HỌC VẤN [PHƯƠNG PHÁP NÂNG CAO HỌC VẤN] </w:t>
      </w:r>
    </w:p>
    <w:p>
      <w:pPr>
        <w:autoSpaceDN w:val="0"/>
        <w:autoSpaceDE w:val="0"/>
        <w:widowControl/>
        <w:spacing w:line="416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155 ~ </w:t>
      </w:r>
    </w:p>
    <w:p>
      <w:pPr>
        <w:autoSpaceDN w:val="0"/>
        <w:autoSpaceDE w:val="0"/>
        <w:widowControl/>
        <w:spacing w:line="282" w:lineRule="exact" w:before="28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孔子曰：『生而知之者，上也；學而知之者，次也</w:t>
      </w:r>
    </w:p>
    <w:p>
      <w:pPr>
        <w:autoSpaceDN w:val="0"/>
        <w:autoSpaceDE w:val="0"/>
        <w:widowControl/>
        <w:spacing w:line="306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；困而學之，又其次也；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困，謂所有不通也。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困而不學，民斯為</w:t>
      </w:r>
    </w:p>
    <w:p>
      <w:pPr>
        <w:autoSpaceDN w:val="0"/>
        <w:autoSpaceDE w:val="0"/>
        <w:widowControl/>
        <w:spacing w:line="282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下矣。 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22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346" w:lineRule="exact" w:before="2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8" w:right="3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“Khi sinh ra đã hiểu sự - lý,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ngƣời có tƣ chất bậc nhất; sau khi học tập mới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hiểu đƣợc, đó là ngƣời có tƣ chất kém hơn một bậc;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trí chƣa khai mở, có điều chƣa hiểu vẫn chịu khó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tập, đó là ngƣời có tƣ chất kém hơn nữa; tƣ chất ngu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độn, tâm trí không khai mở mà vẫn không chịu học tập,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là ngƣời có tƣ chất kém nhất rồi.” </w:t>
      </w:r>
    </w:p>
    <w:p>
      <w:pPr>
        <w:autoSpaceDN w:val="0"/>
        <w:autoSpaceDE w:val="0"/>
        <w:widowControl/>
        <w:spacing w:line="426" w:lineRule="exact" w:before="23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156 ~ </w:t>
      </w:r>
    </w:p>
    <w:p>
      <w:pPr>
        <w:autoSpaceDN w:val="0"/>
        <w:autoSpaceDE w:val="0"/>
        <w:widowControl/>
        <w:spacing w:line="280" w:lineRule="exact" w:before="300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蓋聞君子恥當年而功不立，疾沒世而名不稱。故曰</w:t>
      </w:r>
    </w:p>
    <w:p>
      <w:pPr>
        <w:autoSpaceDN w:val="0"/>
        <w:autoSpaceDE w:val="0"/>
        <w:widowControl/>
        <w:spacing w:line="364" w:lineRule="exact" w:before="2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：『學如不及，猶恐失之。』是以古之志士，悼年齒之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流邁，而懼名稱之不建也，故勉精厲操，不遑寧息。且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以西伯之聖，姬公之才，猶有日昃待旦之勞，故能隆王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道，垂名億載，況在臣庶，而可以已乎？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7"/>
        <w:gridCol w:w="3467"/>
      </w:tblGrid>
      <w:tr>
        <w:trPr>
          <w:trHeight w:hRule="exact" w:val="604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（卷二十八 </w:t>
            </w:r>
          </w:p>
        </w:tc>
        <w:tc>
          <w:tcPr>
            <w:tcW w:type="dxa" w:w="15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吳志下）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nói rằng, ngƣời quân tử xem việc chƣa thể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gây dựng sự nghiệp vào thời trai trẻ làm điều hổ thẹn, lo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 ngƣời ta đến khi sắp lìa đời mà thanh danh vẫn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chƣa đƣợc biết đến. Bởi vậy, (Khổng Tử) dạy rằng: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“Khi mới cầu học, tựa nhƣ đuổi theo ngƣời và có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giác không theo kịp; sau khi học tập cần mẫn và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chút ít tri thức, thì buộc phải huân tập tựa nhƣ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một thứ mà lại lo sợ bị mất đi.” Do vậy, ngƣời có </w:t>
      </w:r>
    </w:p>
    <w:p>
      <w:pPr>
        <w:autoSpaceDN w:val="0"/>
        <w:autoSpaceDE w:val="0"/>
        <w:widowControl/>
        <w:spacing w:line="346" w:lineRule="exact" w:before="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 hƣớng thời xƣa thƣờng ái ngại khi thời gian trôi qua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e rằng công danh vẫn chƣa đƣợc tạo dựng, từ đó cần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mẫn rèn giũa khí tiết đến độ không còn thời giờ ngơi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nghỉ. Anh minh đến nhƣ Văn Vƣơng và tài ba nhƣ Chu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mà còn bận rộn đến khi mặt trời ngả hƣớng Tây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vẫn không màng đến chuyện ăn uống, rồi lại cần mẫn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sự mà ngồi đợi đến khi trời sáng mới có thể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triều đƣợc thịnh trị và tiếng tốt lƣu truyền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mấy nghìn năm sau đó; huống hồ là một thần dân bình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thƣờng, lẽ nào có thể dừng chân mà không tiến bƣớc sao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? </w:t>
      </w:r>
    </w:p>
    <w:p>
      <w:pPr>
        <w:autoSpaceDN w:val="0"/>
        <w:autoSpaceDE w:val="0"/>
        <w:widowControl/>
        <w:spacing w:line="400" w:lineRule="exact" w:before="242" w:after="0"/>
        <w:ind w:left="154" w:right="15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Ngô Chí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Hạ) </w:t>
      </w:r>
    </w:p>
    <w:p>
      <w:pPr>
        <w:autoSpaceDN w:val="0"/>
        <w:autoSpaceDE w:val="0"/>
        <w:widowControl/>
        <w:spacing w:line="414" w:lineRule="exact" w:before="254" w:after="0"/>
        <w:ind w:left="2974" w:right="297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157 ~ </w:t>
      </w:r>
    </w:p>
    <w:p>
      <w:pPr>
        <w:autoSpaceDN w:val="0"/>
        <w:autoSpaceDE w:val="0"/>
        <w:widowControl/>
        <w:spacing w:line="306" w:lineRule="exact" w:before="276" w:after="0"/>
        <w:ind w:left="230" w:right="23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子夏曰：『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孔子弟子卜商也。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事父母能竭其力，事君能致其</w:t>
      </w:r>
    </w:p>
    <w:p>
      <w:pPr>
        <w:autoSpaceDN w:val="0"/>
        <w:autoSpaceDE w:val="0"/>
        <w:widowControl/>
        <w:spacing w:line="308" w:lineRule="exact" w:before="56" w:after="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身，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盡忠節，不愛其身也。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與朋友交，言而有信。雖曰未學，吾必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謂之學矣。』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532"/>
        <w:gridCol w:w="3532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2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78" w:right="7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154" w:right="15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Hạ từng nói: “Khi phụng dƣỡng cha mẹ mà có </w:t>
      </w:r>
    </w:p>
    <w:p>
      <w:pPr>
        <w:autoSpaceDN w:val="0"/>
        <w:autoSpaceDE w:val="0"/>
        <w:widowControl/>
        <w:spacing w:line="362" w:lineRule="exact" w:before="0" w:after="0"/>
        <w:ind w:left="30" w:right="15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tận tâm tận lực, khi phò tá quân vƣơng mà có thể tận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và tận hết trách nhiệm (trân trọng đạo nghĩa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cả sự trân quý đối với thân thể của chính mình),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kết giao bạn hữu lại có thể thành tín và không dối trá.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thế này, dẫu họ có nói rằng bản thân chƣa có học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vấn, ta nhất định nói rằng họ đã có học vấn rồi.” </w:t>
      </w:r>
    </w:p>
    <w:p>
      <w:pPr>
        <w:autoSpaceDN w:val="0"/>
        <w:autoSpaceDE w:val="0"/>
        <w:widowControl/>
        <w:spacing w:line="400" w:lineRule="exact" w:before="244" w:after="0"/>
        <w:ind w:left="154" w:right="15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06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152 </w:t>
      </w:r>
    </w:p>
    <w:p>
      <w:pPr>
        <w:sectPr>
          <w:pgSz w:w="9072" w:h="13608"/>
          <w:pgMar w:top="464" w:right="90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158 ~ </w:t>
      </w:r>
    </w:p>
    <w:p>
      <w:pPr>
        <w:autoSpaceDN w:val="0"/>
        <w:autoSpaceDE w:val="0"/>
        <w:widowControl/>
        <w:spacing w:line="280" w:lineRule="exact" w:before="300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善學者，假先王以論道；善因者，借外智以接物。</w:t>
      </w:r>
    </w:p>
    <w:p>
      <w:pPr>
        <w:autoSpaceDN w:val="0"/>
        <w:autoSpaceDE w:val="0"/>
        <w:widowControl/>
        <w:spacing w:line="364" w:lineRule="exact" w:before="2" w:after="1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故假人之目以視，奚適夫兩見；假人之耳以聽，奚適夫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兩聞；假人之智以慮，奚適夫兩察。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3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giỏi việc tu học, sẽ biết nƣơng vào bậc tiên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 anh minh xƣa kia để tỏ tƣờng đạo lý và ngƣời giỏi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nƣơng vào ngoại lực, sẽ biết nhờ vào trí tuệ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để ứng phó với vạn sự vạn vật. Bởi vậy,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nƣơng vào đôi mắt của ngƣời để nhìn, đâu chỉ thấy rõ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vật từ hai hƣớng; khi nƣơng vào đôi tai của ngƣời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nghe, đâu chỉ nghe đƣợc thanh âm từ hai phía;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nƣơng vào trí tuệ của ngƣời để suy ngẫm, đâu chỉ hiểu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sự - lý từ hai phƣơng diện.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159 ~ </w:t>
      </w:r>
    </w:p>
    <w:p>
      <w:pPr>
        <w:autoSpaceDN w:val="0"/>
        <w:autoSpaceDE w:val="0"/>
        <w:widowControl/>
        <w:spacing w:line="280" w:lineRule="exact" w:before="302" w:after="3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夫《易》，聖人之所以極深而研幾也。唯深也，故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64"/>
        </w:trPr>
        <w:tc>
          <w:tcPr>
            <w:tcW w:type="dxa" w:w="538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能通天下之志；唯幾也，故能成天下之務；</w:t>
            </w:r>
          </w:p>
        </w:tc>
        <w:tc>
          <w:tcPr>
            <w:tcW w:type="dxa" w:w="147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極未形之理，則曰深。</w:t>
            </w:r>
          </w:p>
        </w:tc>
      </w:tr>
    </w:tbl>
    <w:p>
      <w:pPr>
        <w:autoSpaceDN w:val="0"/>
        <w:autoSpaceDE w:val="0"/>
        <w:widowControl/>
        <w:spacing w:line="308" w:lineRule="exact" w:before="28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適動微之會，則曰幾也。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唯神也，故不疾而速，不行而至。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446"/>
        </w:trPr>
        <w:tc>
          <w:tcPr>
            <w:tcW w:type="dxa" w:w="345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[Kinh Dịch] là một học vấn lớn mà thánh nhân </w:t>
      </w:r>
    </w:p>
    <w:p>
      <w:pPr>
        <w:autoSpaceDN w:val="0"/>
        <w:autoSpaceDE w:val="0"/>
        <w:widowControl/>
        <w:spacing w:line="38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để “quán sát sâu sắc”. Cũng từ đây mà có thể đi </w:t>
      </w:r>
    </w:p>
    <w:p>
      <w:pPr>
        <w:autoSpaceDN w:val="0"/>
        <w:autoSpaceDE w:val="0"/>
        <w:widowControl/>
        <w:spacing w:line="346" w:lineRule="exact" w:before="2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78" w:lineRule="exact" w:before="142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sâu hiểu thấu vũ trụ nhân sinh, bởi vậy có thể hiểu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trí của ngƣời trong thiên hạ; cũng từ đây mà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giữ đƣợc ý niệm sáng suốt mà vĩnh viễn hƣớng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điều lành và lánh xa điều dữ, bởi vậy có thể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tựu tất thảy sự nghiệp trong thiên hạ; cũng từ đây mà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kết nối một cách diệu kỳ với đạo lý lớn của vũ trụ,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không phải vội vàng mà sự nghiệp vẫn mau chóng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tựu, dẫu không phải hành động một cách chủ 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vẫn đạt đƣợc mục tiêu. </w:t>
      </w:r>
    </w:p>
    <w:p>
      <w:pPr>
        <w:autoSpaceDN w:val="0"/>
        <w:autoSpaceDE w:val="0"/>
        <w:widowControl/>
        <w:spacing w:line="426" w:lineRule="exact" w:before="23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414" w:lineRule="exact" w:before="26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160 ~ </w:t>
      </w:r>
    </w:p>
    <w:p>
      <w:pPr>
        <w:autoSpaceDN w:val="0"/>
        <w:autoSpaceDE w:val="0"/>
        <w:widowControl/>
        <w:spacing w:line="280" w:lineRule="exact" w:before="320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人莫不知學之有益於己也，然而不能者，嬉戲害之</w:t>
      </w:r>
    </w:p>
    <w:p>
      <w:pPr>
        <w:autoSpaceDN w:val="0"/>
        <w:autoSpaceDE w:val="0"/>
        <w:widowControl/>
        <w:spacing w:line="400" w:lineRule="exact" w:before="0" w:after="20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也。人皆多以無用害有用，故知不博而日不足。以鑿觀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池之力耕，則田野必闢矣；以積土山之高脩隄防，則水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用必足矣；以食狗馬鴻鴈之費養士，則名譽必榮矣；以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弋獵博奕之日誦《詩》、《書》，則聞識必博矣。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7"/>
        <w:gridCol w:w="3467"/>
      </w:tblGrid>
      <w:tr>
        <w:trPr>
          <w:trHeight w:hRule="exact" w:val="644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0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6" w:lineRule="exact" w:before="1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Hiếm có ngƣời nào mà không hiểu rằng việc học là </w:t>
      </w:r>
    </w:p>
    <w:p>
      <w:pPr>
        <w:autoSpaceDN w:val="0"/>
        <w:autoSpaceDE w:val="0"/>
        <w:widowControl/>
        <w:spacing w:line="380" w:lineRule="exact" w:before="2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lợi ích cho bản thân, thế nhƣng lại thể không chăm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học tập, đây là do ham hố vui chơi đã làm hại họ.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ta phần đông đều đem những việc vô bổ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chƣớng ngại những việc hữu ích, bởi vậy trí tuệ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không đƣợc mở mang mà thời giờ cũng không đủ </w:t>
      </w:r>
    </w:p>
    <w:p>
      <w:pPr>
        <w:autoSpaceDN w:val="0"/>
        <w:autoSpaceDE w:val="0"/>
        <w:widowControl/>
        <w:spacing w:line="346" w:lineRule="exact" w:before="2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154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4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(bởi đã phung phí thời gian). Nếu đem sức lực đào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đắp ao hồ cho việc thƣởng ngoạn mà đi đào đất đắp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ruộng, vậy thì đất đai chắc chắn sẽ đƣợc khai khẩn;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đem sức lực xây gò đồi cao mà đi đắp đê đập, vậy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nguồn nƣớc nhất định sẽ rất dồi dào; nếu đem tiền bạc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dành cho việc nuôi chó ngựa hay hồng nhạn để phù trợ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sĩ, vậy thì thanh danh chắc chắn sẽ vẻ vang;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thời gian đi săn và đánh bắt để đọc tụng các kinh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điển nhƣ [Kinh Thi] hay [Thƣợng Thƣ], vậy thì học vấn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định sẽ đƣợc uyên bác. </w:t>
      </w:r>
    </w:p>
    <w:p>
      <w:pPr>
        <w:autoSpaceDN w:val="0"/>
        <w:autoSpaceDE w:val="0"/>
        <w:widowControl/>
        <w:spacing w:line="400" w:lineRule="exact" w:before="2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7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161 ~ </w:t>
      </w:r>
    </w:p>
    <w:p>
      <w:pPr>
        <w:autoSpaceDN w:val="0"/>
        <w:autoSpaceDE w:val="0"/>
        <w:widowControl/>
        <w:spacing w:line="282" w:lineRule="exact" w:before="318" w:after="46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子曰：『德之不修，學之不講，聞義不能徙也，不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198"/>
        </w:trPr>
        <w:tc>
          <w:tcPr>
            <w:tcW w:type="dxa" w:w="57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3376" w:val="left"/>
              </w:tabs>
              <w:autoSpaceDE w:val="0"/>
              <w:widowControl/>
              <w:spacing w:line="168" w:lineRule="exact" w:before="18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夫子常以此四者，為憂也。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善不能改也，是吾憂也。』</w:t>
            </w:r>
          </w:p>
          <w:p>
            <w:pPr>
              <w:autoSpaceDN w:val="0"/>
              <w:autoSpaceDE w:val="0"/>
              <w:widowControl/>
              <w:spacing w:line="282" w:lineRule="exact" w:before="39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6" w:lineRule="exact" w:before="1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từng nói: “Đức hạnh nếu không nỗ lực </w:t>
      </w:r>
    </w:p>
    <w:p>
      <w:pPr>
        <w:autoSpaceDN w:val="0"/>
        <w:autoSpaceDE w:val="0"/>
        <w:widowControl/>
        <w:spacing w:line="378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dƣỡng, học vấn nếu không đƣợc đi sâu thảo luận,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đƣợc đạo lý đúng đắn mà không thể hƣớng đến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có khuyết điểm mà không thể sữa chữa. Đây đều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điều mà ta lo lắng.” </w:t>
      </w:r>
    </w:p>
    <w:p>
      <w:pPr>
        <w:autoSpaceDN w:val="0"/>
        <w:autoSpaceDE w:val="0"/>
        <w:widowControl/>
        <w:spacing w:line="400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7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56" w:after="0"/>
        <w:ind w:left="170" w:right="17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11. HỮU HẰNG [KIÊN TRÌ BỀN BỈ] </w:t>
      </w:r>
    </w:p>
    <w:p>
      <w:pPr>
        <w:autoSpaceDN w:val="0"/>
        <w:autoSpaceDE w:val="0"/>
        <w:widowControl/>
        <w:spacing w:line="414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162 ~ </w:t>
      </w:r>
    </w:p>
    <w:p>
      <w:pPr>
        <w:autoSpaceDN w:val="0"/>
        <w:autoSpaceDE w:val="0"/>
        <w:widowControl/>
        <w:spacing w:line="280" w:lineRule="exact" w:before="28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聖人貴恒。『恒者德之固也』。『聖人久於其道，</w:t>
      </w:r>
    </w:p>
    <w:p>
      <w:pPr>
        <w:autoSpaceDN w:val="0"/>
        <w:autoSpaceDE w:val="0"/>
        <w:widowControl/>
        <w:spacing w:line="364" w:lineRule="exact" w:before="0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而天下化成。』未有不恒而可以成德，無德而可以持久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3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đáng quý ở đức tính bền bỉ kiên trì.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“Chỉ có bền bỉ kiên trì mới có thể khiến đức hạnh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vững chãi”. “Khi bậc thánh nhân bền bỉ kiên trì với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hóa đạo đức, sự nghiệp giáo hóa đối với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có thể thành tựu.” Không có việc không kiên trì bền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bỉ mà có thể thành tựu, cũng không có việc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mà có thể thịnh trị bền lâu.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50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163 ~ </w:t>
      </w:r>
    </w:p>
    <w:p>
      <w:pPr>
        <w:autoSpaceDN w:val="0"/>
        <w:autoSpaceDE w:val="0"/>
        <w:widowControl/>
        <w:spacing w:line="306" w:lineRule="exact" w:before="11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猶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（猶上恐脫聖人二字）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十五志學，朋友講習，自強不息，德</w:t>
      </w:r>
    </w:p>
    <w:p>
      <w:pPr>
        <w:autoSpaceDN w:val="0"/>
        <w:autoSpaceDE w:val="0"/>
        <w:widowControl/>
        <w:spacing w:line="364" w:lineRule="exact" w:before="0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與年進，至于七十，然後心從而不踰矩。況於不及中規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者乎？而不自勉也！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4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昌言） </w:t>
            </w:r>
          </w:p>
        </w:tc>
      </w:tr>
    </w:tbl>
    <w:p>
      <w:pPr>
        <w:autoSpaceDN w:val="0"/>
        <w:autoSpaceDE w:val="0"/>
        <w:widowControl/>
        <w:spacing w:line="416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khi còn chƣa qua tuổi mƣời lăm đã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chuyên tâm học tập, họ cùng với những ngƣời chí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đạo hợp mà đàm đạo nghiên cứu, học tập lẫn nhau,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nỗ lực không ngừng nghỉ, đạo đức tăng lên cùng với số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tuổi mà vẫn không ngừng nâng cao hơn nữa, đến tuổi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bảy mƣơi tuy có thuận theo ý muốn của mình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vƣợt ra ngoài khuôn khổ. Huống hồ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ngƣời mà lời nói và cử chỉ vẫn chƣa thể phù hợp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chuẩn mực chứ? Liệu có thể không tự mình nỗ lực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phấn đấu đƣợc sao!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Xương Ngôn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8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12. XỬ THẾ [ĐỐI NHÂN XỬ THẾ] </w:t>
      </w:r>
    </w:p>
    <w:p>
      <w:pPr>
        <w:autoSpaceDN w:val="0"/>
        <w:autoSpaceDE w:val="0"/>
        <w:widowControl/>
        <w:spacing w:line="414" w:lineRule="exact" w:before="67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164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兼服天下之心：高上尊貴，不以驕人；聰明聖智，</w:t>
      </w:r>
    </w:p>
    <w:p>
      <w:pPr>
        <w:autoSpaceDN w:val="0"/>
        <w:autoSpaceDE w:val="0"/>
        <w:widowControl/>
        <w:spacing w:line="362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不以窮人；齊給速通，不爭先人；剛毅勇敢，不以傷人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；不知則問，不能則學，雖能必讓。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（卷三十八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孫卿子）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có thể khiến ngƣời trong thiên hạ đều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vui vẻ mà khâm phục một cách chân thật, đó là: Khi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cao, thân phận tôn quý, nhƣng không lấy đó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kiêu ngạo với ngƣời; tuy thông minh lỗi lạc, không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gì mà không thông hiểu, nhƣng không lấy đó mà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khó xử; ăn nói lƣu loát, phản ứng nhanh nhạy,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không lấy đó mà tranh hơn thua với ngƣời; cứng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rắn quả quyết, dũng cảm gan dạ, nhƣng không lấy đó để </w:t>
      </w:r>
    </w:p>
    <w:p>
      <w:pPr>
        <w:autoSpaceDN w:val="0"/>
        <w:autoSpaceDE w:val="0"/>
        <w:widowControl/>
        <w:spacing w:line="346" w:lineRule="exact" w:before="3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78" w:lineRule="exact" w:before="14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hãm hại ngƣời; những điều mà bản thân không hiểu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hỏi và những việc bản thân không biết thì học, dù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năng lực cũng nhất định phải từng giờ từng phút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vững sự khiêm cung. </w:t>
      </w:r>
    </w:p>
    <w:p>
      <w:pPr>
        <w:autoSpaceDN w:val="0"/>
        <w:autoSpaceDE w:val="0"/>
        <w:widowControl/>
        <w:spacing w:line="400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6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165 ~ </w:t>
      </w:r>
    </w:p>
    <w:p>
      <w:pPr>
        <w:autoSpaceDN w:val="0"/>
        <w:autoSpaceDE w:val="0"/>
        <w:widowControl/>
        <w:spacing w:line="282" w:lineRule="exact" w:before="31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為善與眾行之，為巧與眾能之，此善之善者，巧之</w:t>
      </w:r>
    </w:p>
    <w:p>
      <w:pPr>
        <w:autoSpaceDN w:val="0"/>
        <w:autoSpaceDE w:val="0"/>
        <w:widowControl/>
        <w:spacing w:line="400" w:lineRule="exact" w:before="0" w:after="20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巧者也。故所貴聖人之治，不貴其獨治，貴其能與眾共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治也；所貴工倕之巧，不貴其獨巧，貴其與眾共巧也。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44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尹文子） </w:t>
            </w:r>
          </w:p>
        </w:tc>
      </w:tr>
    </w:tbl>
    <w:p>
      <w:pPr>
        <w:autoSpaceDN w:val="0"/>
        <w:autoSpaceDE w:val="0"/>
        <w:widowControl/>
        <w:spacing w:line="414" w:lineRule="exact" w:before="1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hành thiện mà có thể khiến đại chúng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hành thiện với mình, bản thân khéo léo tài ba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khiến tài nghệ của đại chúng cũng trở nên tài ba,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mới là thiện nhất trong các điều thiện, tài ba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các tài năng vậy! Bởi vậy điều đáng quý của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nhân khi trị vì đất nƣớc không phải ở việc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họ có thể trị quốc, mà ở việc họ có thể cùng nhiều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mà trị vì; điều đáng quý của ngƣời thợ tài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ở việc cá nhân anh ta khéo léo tài tình, mà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anh ta có thể chung sức với ngƣời khác và cùng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ra những đồ vật tinh xảo. </w:t>
      </w:r>
    </w:p>
    <w:p>
      <w:pPr>
        <w:autoSpaceDN w:val="0"/>
        <w:autoSpaceDE w:val="0"/>
        <w:widowControl/>
        <w:spacing w:line="402" w:lineRule="exact" w:before="25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Doãn 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3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166 ~ </w:t>
      </w:r>
    </w:p>
    <w:p>
      <w:pPr>
        <w:autoSpaceDN w:val="0"/>
        <w:autoSpaceDE w:val="0"/>
        <w:widowControl/>
        <w:spacing w:line="280" w:lineRule="exact" w:before="300" w:after="46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『同人，先號咷而後笑。』子曰：『君子之道，或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04"/>
        </w:trPr>
        <w:tc>
          <w:tcPr>
            <w:tcW w:type="dxa" w:w="538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出或處，或默或語。二人同心，其利斷金。</w:t>
            </w:r>
          </w:p>
        </w:tc>
        <w:tc>
          <w:tcPr>
            <w:tcW w:type="dxa" w:w="147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4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同人終獲後笑者，以有</w:t>
            </w:r>
          </w:p>
        </w:tc>
      </w:tr>
    </w:tbl>
    <w:p>
      <w:pPr>
        <w:autoSpaceDN w:val="0"/>
        <w:autoSpaceDE w:val="0"/>
        <w:widowControl/>
        <w:spacing w:line="376" w:lineRule="exact" w:before="0" w:after="2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同心之應也。夫所況同者，豈係乎一方哉？君子出處默語，不違其中，則其跡雖異，道同則應也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。同心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之言，其臭如蘭。』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44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4" w:lineRule="exact" w:before="1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từ của hào số năm trong Quẻ Đồng Nhân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(Thiên Hỏa Đồng Nhân) nói rằng: “Hào số năm của Quẻ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Nhân, ở vị trí cao quý và trƣớc khi thống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hạ, vốn là có gian khó, bởi vậy lớn tiếng mà khóc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than, cũng bởi chí thành đến độ khiến ngƣời cảm động,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cuối cùng thiên hạ đƣợc thống nhất, từ đây mà vui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cƣời mừng rỡ.” </w:t>
      </w:r>
    </w:p>
    <w:p>
      <w:pPr>
        <w:autoSpaceDN w:val="0"/>
        <w:autoSpaceDE w:val="0"/>
        <w:widowControl/>
        <w:spacing w:line="400" w:lineRule="exact" w:before="258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nhân đó nói thêm rằng: </w:t>
      </w:r>
    </w:p>
    <w:p>
      <w:pPr>
        <w:autoSpaceDN w:val="0"/>
        <w:autoSpaceDE w:val="0"/>
        <w:widowControl/>
        <w:spacing w:line="400" w:lineRule="exact" w:before="26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Đạo của ngƣời quân tử, hoặc xuất đầu lộ diện mà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phụng hiến thiên hạ, hoặc lui về ở ẩn để tu thân, hoặc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trầm mặc, hoặc phát ngôn. Nếu hai ngƣời mà đồng lòng,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 sắc bén của họ có thể cắt đứt thứ kim loại rắn chắc.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Ý nghĩa của sự đồng lòng là nói đến việc hai ngƣời đoàn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kết một cách chí thành, tâm đầu ý hợp, hƣơng vị này tựa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mùi thơm tỏa ra từ đóa hoa lan vậy. </w:t>
      </w:r>
    </w:p>
    <w:p>
      <w:pPr>
        <w:autoSpaceDN w:val="0"/>
        <w:autoSpaceDE w:val="0"/>
        <w:widowControl/>
        <w:spacing w:line="400" w:lineRule="exact" w:before="26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3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167 ~ </w:t>
      </w:r>
    </w:p>
    <w:p>
      <w:pPr>
        <w:autoSpaceDN w:val="0"/>
        <w:autoSpaceDE w:val="0"/>
        <w:widowControl/>
        <w:spacing w:line="280" w:lineRule="exact" w:before="300" w:after="28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不以口譽人，則民作忠。故君子問人之寒則依之，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36"/>
        </w:trPr>
        <w:tc>
          <w:tcPr>
            <w:tcW w:type="dxa" w:w="449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問人之飢則食之，稱人之美則爵之。</w:t>
            </w:r>
          </w:p>
        </w:tc>
        <w:tc>
          <w:tcPr>
            <w:tcW w:type="dxa" w:w="240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皆為有言，不可以無實也。 </w:t>
            </w:r>
          </w:p>
        </w:tc>
      </w:tr>
      <w:tr>
        <w:trPr>
          <w:trHeight w:hRule="exact" w:val="690"/>
        </w:trPr>
        <w:tc>
          <w:tcPr>
            <w:tcW w:type="dxa" w:w="2310"/>
            <w:vMerge/>
            <w:tcBorders/>
          </w:tcPr>
          <w:p/>
        </w:tc>
        <w:tc>
          <w:tcPr>
            <w:tcW w:type="dxa" w:w="1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42" w:right="4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ngƣời quân tử không dùng lời lẽ sáo rỗng để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ngƣời quý mến, vậy thì trong muôn dân sẽ lan tỏa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nếp sống trung thực. Khi ngƣời quân tử thăm hỏi cảnh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 rét của ngƣời, tất sẽ khoác lên họ manh áo ấm;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thăm hỏi cảnh đói khát của ngƣời, cũng sẽ tặng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phẩm để họ dùng; khi ngợi khen ngƣời có phẩm chất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quý và làm việc hoàn hảo, chắc chắn sẽ ban cho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chức quan tƣơng xƣớng. </w:t>
      </w:r>
    </w:p>
    <w:p>
      <w:pPr>
        <w:autoSpaceDN w:val="0"/>
        <w:autoSpaceDE w:val="0"/>
        <w:widowControl/>
        <w:spacing w:line="400" w:lineRule="exact" w:before="24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168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有人乘船而遇大風者，波至而恐，自投水中。非不</w:t>
      </w:r>
    </w:p>
    <w:p>
      <w:pPr>
        <w:autoSpaceDN w:val="0"/>
        <w:autoSpaceDE w:val="0"/>
        <w:widowControl/>
        <w:spacing w:line="364" w:lineRule="exact" w:before="0" w:after="18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貪生而畏死，惑於恐死而反忘生也。故人之嗜欲亦猶此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也。故達道之人，不茍得，不讓福；其有不棄，非其有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不索也；恒盈而不溢，常虛而不易足。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388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74" w:lineRule="exact" w:before="20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Có ngƣời đang trên một con thuyền và gặp cơn gió lớn, </w:t>
      </w:r>
    </w:p>
    <w:p>
      <w:pPr>
        <w:autoSpaceDN w:val="0"/>
        <w:autoSpaceDE w:val="0"/>
        <w:widowControl/>
        <w:spacing w:line="32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khi thấy cơn sóng ập đến liền sợ hãi rồi tự nhảy xuống dòng </w:t>
      </w:r>
    </w:p>
    <w:p>
      <w:pPr>
        <w:autoSpaceDN w:val="0"/>
        <w:autoSpaceDE w:val="0"/>
        <w:widowControl/>
        <w:spacing w:line="346" w:lineRule="exact" w:before="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22" w:lineRule="exact" w:before="172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nƣớc và chết chìm. Anh ta thực ra không phải ham sống sợ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chết mà bị ý niệm sợ chết khiến cho mê muội cả đầu óc để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rồi quên mất vẫn còn cơ hội sống sót và ngƣời có tham dục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cũng giống nhƣ vậy. Do vậy, ngƣời hiểu đƣợc đạo lý sẽ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không cẩu thả mà giành lấy lợi ích, nhƣng họ cũng không từ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chối phúc phần; họ sẽ không buông tay với những gì nên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giữ và tuyệt đối không đòi hỏi những điều không nên có;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thƣờng mong muốn đƣợc dƣ dật nhƣng không đƣợc tràn trề,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luôn thanh tịnh không tham cầu mà lại dễ dàng đƣợc đáp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ứng. </w:t>
      </w:r>
    </w:p>
    <w:p>
      <w:pPr>
        <w:autoSpaceDN w:val="0"/>
        <w:autoSpaceDE w:val="0"/>
        <w:widowControl/>
        <w:spacing w:line="374" w:lineRule="exact" w:before="228" w:after="0"/>
        <w:ind w:left="32" w:right="3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28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>)</w:t>
      </w:r>
      <w:r>
        <w:rPr>
          <w:rFonts w:ascii="Cambria" w:hAnsi="Cambria" w:eastAsia="Cambria"/>
          <w:b w:val="0"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88" w:lineRule="exact" w:before="23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169 ~ </w:t>
      </w:r>
    </w:p>
    <w:p>
      <w:pPr>
        <w:autoSpaceDN w:val="0"/>
        <w:autoSpaceDE w:val="0"/>
        <w:widowControl/>
        <w:spacing w:line="280" w:lineRule="exact" w:before="28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大禹聖者，乃惜寸陰；至於眾人，當惜分陰，豈可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逸遊荒醉？生無益於時，死無聞於後，是自棄也。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晉書下）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(Đào Khản thƣờng nói với ngƣời rằng:) Đại Vũ là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nhân, mà còn trân trọng từng thời khắc;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bình thƣờng, càng phải trân quý từng giây từng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phút, sao có thể phóng túng ngao du, chìm đắm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tiệc rƣợu chứ? Khi còn sống không có cống hiến gì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và xã hội, sau khi chết đi tất sẽ bị lãng quên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tiếng tốt để lƣu truyền lại cho đời sau,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tự cam chịu bị đọa lạc vậy! </w:t>
      </w:r>
    </w:p>
    <w:p>
      <w:pPr>
        <w:autoSpaceDN w:val="0"/>
        <w:autoSpaceDE w:val="0"/>
        <w:widowControl/>
        <w:spacing w:line="402" w:lineRule="exact" w:before="24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Tấn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Hạ)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5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170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夫著作書論者，乃欲闡弘大道，述明聖教，推演事</w:t>
      </w:r>
    </w:p>
    <w:p>
      <w:pPr>
        <w:autoSpaceDN w:val="0"/>
        <w:autoSpaceDE w:val="0"/>
        <w:widowControl/>
        <w:spacing w:line="364" w:lineRule="exact" w:before="2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義，盡極情類，記是貶非，以為法式，當時可行，後世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可修。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政要論）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Mục đích của việc biên soạn kinh điển là để phát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huy và lan tỏa đạo lý chính nghĩa của thế gian, làm sáng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tỏ đạo lý của sự nghiệp giáo hóa Thánh Hiền, suy luận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diễn giải nghĩa lý ở đằng sau sự việc, cũng nhƣ tìm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thấu đáo nhân tình thế thái, ghi lại chân lý, phê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phán sai lầm và lấy đó làm chuẩn mực và khuôn phép.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Bằng cách làm này không chỉ có thể thực thi ở thời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còn có thể khiến ngƣời đời sau tu hành và học tập. </w:t>
      </w:r>
    </w:p>
    <w:p>
      <w:pPr>
        <w:autoSpaceDN w:val="0"/>
        <w:autoSpaceDE w:val="0"/>
        <w:widowControl/>
        <w:spacing w:line="400" w:lineRule="exact" w:before="24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26" w:lineRule="exact" w:before="2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*** </w:t>
      </w:r>
    </w:p>
    <w:p>
      <w:pPr>
        <w:autoSpaceDN w:val="0"/>
        <w:autoSpaceDE w:val="0"/>
        <w:widowControl/>
        <w:spacing w:line="346" w:lineRule="exact" w:before="36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58"/>
        <w:gridCol w:w="3458"/>
      </w:tblGrid>
      <w:tr>
        <w:trPr>
          <w:trHeight w:hRule="exact" w:val="200"/>
        </w:trPr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610" w:lineRule="exact" w:before="365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CHƯƠNG IV </w:t>
      </w:r>
    </w:p>
    <w:p>
      <w:pPr>
        <w:autoSpaceDN w:val="0"/>
        <w:autoSpaceDE w:val="0"/>
        <w:widowControl/>
        <w:spacing w:line="608" w:lineRule="exact" w:before="17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VI CHÍNH </w:t>
      </w:r>
    </w:p>
    <w:p>
      <w:pPr>
        <w:autoSpaceDN w:val="0"/>
        <w:autoSpaceDE w:val="0"/>
        <w:widowControl/>
        <w:spacing w:line="608" w:lineRule="exact" w:before="17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[ĐIỀU HÀNH ĐẤT NƯỚC] </w:t>
      </w:r>
    </w:p>
    <w:p>
      <w:pPr>
        <w:autoSpaceDN w:val="0"/>
        <w:autoSpaceDE w:val="0"/>
        <w:widowControl/>
        <w:spacing w:line="346" w:lineRule="exact" w:before="54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52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VỤ BẢN [TUÂN THỦ PHÉP TẮC] </w:t>
      </w:r>
    </w:p>
    <w:p>
      <w:pPr>
        <w:autoSpaceDN w:val="0"/>
        <w:autoSpaceDE w:val="0"/>
        <w:widowControl/>
        <w:spacing w:line="414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171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上綱茍直，百目皆開；德行茍直，群物皆正。正也</w:t>
      </w:r>
    </w:p>
    <w:p>
      <w:pPr>
        <w:autoSpaceDN w:val="0"/>
        <w:autoSpaceDE w:val="0"/>
        <w:widowControl/>
        <w:spacing w:line="362" w:lineRule="exact" w:before="2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者，正人者也。身不正，則人不從。是故不言而信，不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怒而威，不施而仁。有諸心而彼正，謂之至政。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tấm lƣới nếu dây thừng lớn đƣợc kéo căng,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mắt lƣới trên đó đều sẽ mở ra. Một ngƣời nếu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mà mẫu mực, vậy thì ngƣời – sự – vật xung quanh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đều sẽ theo đó mà đƣợc chấn chỉnh. Đƣợc gọi là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đất nƣớc, thực chất của việc này là chấn chỉnh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của con ngƣời, ngƣời trị vì nếu bản thân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mẫu mực, vậy thì ngƣời khác sẽ không tuân theo.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không cần dùng lời nói mà vẫn khiến ngƣời tin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phục, không cần nổi nóng mà vẫn có oai nghiêm,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cần ban ơn huệ mà vẫn có nhân đức, nếu ngƣời trị vì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tâm mẫu mực thế này, nhân dân sẽ theo bƣớc chân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mà mẫu mực theo. Điều này đƣợc gọi là đƣờng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lối trị vì hoàn hảo nhất.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172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一天下者，令於天下則行，禁焉則止。桀、紂令天</w:t>
      </w:r>
    </w:p>
    <w:p>
      <w:pPr>
        <w:autoSpaceDN w:val="0"/>
        <w:autoSpaceDE w:val="0"/>
        <w:widowControl/>
        <w:spacing w:line="280" w:lineRule="exact" w:before="82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下而不行，禁焉而不止，故不得臣也。目之所美，心以</w:t>
      </w:r>
    </w:p>
    <w:p>
      <w:pPr>
        <w:autoSpaceDN w:val="0"/>
        <w:autoSpaceDE w:val="0"/>
        <w:widowControl/>
        <w:spacing w:line="346" w:lineRule="exact" w:before="2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18" w:after="184"/>
        <w:ind w:left="30" w:right="9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為不義，弗敢視也；口之所甘，心以為非義，弗敢食也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；耳之所樂，心以為不義，不敢聽也；身之所安，心以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為不義，弗敢服也。然則令於天下而行，禁焉而止者，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心也。故曰：『心者，身之君也。』天子以天下受令於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心，心不當，則天下禍；諸侯以國受令於心，心不當，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則國亡；匹夫以身受令於心，心不當，則身為戮矣。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Mục đích của việc thống nhất đất nƣớc là khiến cho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 nƣớc sẽ thực thi nếu mệnh lệnh đƣợc ban hành và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ngăn chặn khi lệnh cấm ban bố. Vào thời kỳ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Kiệt và Thƣơng Trụ tại vị, khi ban hành mệnh lệnh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thực thi, khi ban bố lệnh cấm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ngăn chặn, bởi vậy đã không thể thống nhất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chúng. Khi con mắt cảm thấy những thứ đẹp đẽ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tâm thấy rằng nếu nhìn sẽ không hợp đạo nghĩa,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không dám nhìn; nếu miệng cảm thấy đồ ăn thơm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ngon mà trong tâm thấy rằng khi ăn sẽ không hợp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nghĩa, tất sẽ không dám ăn; khi đôi tai cảm nhận 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vui nhộn mà trong lòng cảm thấy khi nghe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hợp đạo nghĩa, tất sẽ không dám đi nghe; cơ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nhận những thứ êm ái dễ chịu mà trong tâm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khi sử dụng sẽ không hợp đạo nghĩa, tất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dám hƣởng thụ. Có thể thấy, nếu có thể khiến khắp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thực thi khi mệnh lệnh đƣợc ban hành và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ngăn ngặn khi lệnh cấm đƣợc ban bố, tức là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đang phát huy tác dụng. Bởi vậy mới nói: “Tâm,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chủ thể của lời nói và hành động.” Khi bậc </w:t>
      </w:r>
    </w:p>
    <w:p>
      <w:pPr>
        <w:autoSpaceDN w:val="0"/>
        <w:autoSpaceDE w:val="0"/>
        <w:widowControl/>
        <w:spacing w:line="346" w:lineRule="exact" w:before="1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đem tấm lòng của mình để trị vì đất nƣớc,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tấm lòng không ngay thẳng, đất nƣớc tất sẽ gặp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ƣơng; khi quan viên địa phƣơng đem tấm lòng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để cai quản vùng miền thuộc quyền quản lý,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tấm lòng không ngay thẳng, khu vực đƣợc cai quản chắc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chắn sẽ hỗn loạn; nếu cá nhân mà đem tấm lòng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để lập chí và đối nhân xử thế, nếu tấm lòng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ngay thẳng, nhất định sẽ gây ra tại họa mất mạng.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173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夫改政移風，必有其本。《傳》曰：『吳王好劍客</w:t>
      </w:r>
    </w:p>
    <w:p>
      <w:pPr>
        <w:autoSpaceDN w:val="0"/>
        <w:autoSpaceDE w:val="0"/>
        <w:widowControl/>
        <w:spacing w:line="364" w:lineRule="exact" w:before="0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，百姓多瘢瘡；楚王好細腰，宮中多餓死。』長安語曰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：『城中好高髻，四方高一尺；城中好廣眉，西方且半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額；城中好大袖，四方用匹帛。』斯言如戲，有切事實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（卷二十一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後漢書一）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thay đổi phong tục tập quán, buộc phải nắm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bắt từ gốc. Trong [Tả Truyện] có ghi lại rằng: “Khi vua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Ngô ƣa thích ngƣời giỏi về kiếm thuật, trong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tất sẽ có nhiều ngƣời bị thƣơng và khi vua nƣớc Sở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ƣa thích eo thon, trong các cung nữ sẽ có nhiều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chết vì đói.” Trong thành Trƣờng An có câu ngạn ngữ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 “Khi ngƣời trong thành mà thích búi tóc cao, vậy </w:t>
      </w:r>
    </w:p>
    <w:p>
      <w:pPr>
        <w:autoSpaceDN w:val="0"/>
        <w:autoSpaceDE w:val="0"/>
        <w:widowControl/>
        <w:spacing w:line="346" w:lineRule="exact" w:before="7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thì ngƣời ở thôn quê sẽ búi tóc đến cả thƣớc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27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; khi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thành mà thích vẽ lông mày đậm, ngƣời ở thôn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quê sẽ vẽ đến giữa trán; khi ngƣời trong thành thích mặc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áo ống tay dài, ngƣời ở thôn quê sẽ đem cả sấp vải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may tay áo.” Những lời này tuy giống với lời nói vui,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lại vô cùng đúng với thực tế.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21.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Hậu 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1)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174 ~ </w:t>
      </w:r>
    </w:p>
    <w:p>
      <w:pPr>
        <w:autoSpaceDN w:val="0"/>
        <w:autoSpaceDE w:val="0"/>
        <w:widowControl/>
        <w:spacing w:line="280" w:lineRule="exact" w:before="28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明主在上位，則官不得枉法，吏不得為私。民知事</w:t>
      </w:r>
    </w:p>
    <w:p>
      <w:pPr>
        <w:autoSpaceDN w:val="0"/>
        <w:autoSpaceDE w:val="0"/>
        <w:widowControl/>
        <w:spacing w:line="364" w:lineRule="exact" w:before="0" w:after="18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吏之無益，故貨財不行於吏；權衡平正而待物，故姦詐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之人，不得行其私。故曰：『有權衡之稱者，不可欺以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輕重也。』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bậc minh quân mà ở trên, quan viên sẽ không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lạm dụng luật pháp và quan lại sẽ không thể mƣu đồ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 lợi. Khi ngƣời dân biết rằng, việc phục vụ quan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lợi ích gì, từ đó sẽ không đem của cải mà hối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lộ họ. Quân vƣơng nếu đối xử với ngƣời một cách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 chính trực tựa nhƣ cán cân và quả cân, vậy kẻ gian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 sẽ không thể hoành hành mà tƣ lợi. Bởi vậy mới nói: </w:t>
      </w:r>
    </w:p>
    <w:p>
      <w:pPr>
        <w:autoSpaceDN w:val="0"/>
        <w:autoSpaceDE w:val="0"/>
        <w:widowControl/>
        <w:spacing w:line="304" w:lineRule="exact" w:before="646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27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Đơn vị đo chiều dài của Trung Quốc thời xƣa, tƣơng đƣơng với 1/3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mét.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“Vì chiếc cân có cán và quả cân nên không thể dối gạt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về trọng lƣợng.”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175 ~ </w:t>
      </w:r>
    </w:p>
    <w:p>
      <w:pPr>
        <w:autoSpaceDN w:val="0"/>
        <w:autoSpaceDE w:val="0"/>
        <w:widowControl/>
        <w:spacing w:line="280" w:lineRule="exact" w:before="140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公曰：『子之教寡人備矣，敢問行之所始？』孔子</w:t>
      </w:r>
    </w:p>
    <w:p>
      <w:pPr>
        <w:autoSpaceDN w:val="0"/>
        <w:autoSpaceDE w:val="0"/>
        <w:widowControl/>
        <w:spacing w:line="364" w:lineRule="exact" w:before="2" w:after="10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曰：『立愛自親始，教民睦也；立敬自長始，教民順也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。教以慈睦，而民貴有親；教以敬長，而民貴用命。民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既孝於親，又順以聽命，措諸天下，無所不行。』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 </w:t>
            </w:r>
          </w:p>
        </w:tc>
        <w:tc>
          <w:tcPr>
            <w:tcW w:type="dxa" w:w="17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孔子家語）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Ai Công nói rằng: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Ngài chỉ bảo thế này đã rất đủ đầy, nhƣng xin hỏi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bắt đầu từ đâu? </w:t>
      </w:r>
    </w:p>
    <w:p>
      <w:pPr>
        <w:autoSpaceDN w:val="0"/>
        <w:autoSpaceDE w:val="0"/>
        <w:widowControl/>
        <w:spacing w:line="400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đáp rằng: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Việc vun bồi tấm lòng nhân ái nếu bắt đầu từ việc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phụng dƣỡng song thân phụ mẫu, tất có thể dạy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về tinh thần hòa hợp; việc vun bồi tấm lòng cung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nếu bắt đầu từ việc phụng sự bậc trƣởng bối,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dạy dỗ ngƣời dân tinh thần hòa thuận. (Khi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đứng đầu lấy mình làm gƣơng) mà đem lòng yêu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thƣơng, cung kính và thân ái để giáo hóa, muôn dân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 trọng việc hiếu dƣỡng cha mẹ; (khi ngƣời đứng đầu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lấy mình làm gƣơng) mà đem lòng tôn kính trƣởng bối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thầy giáo để giáo hóa, muôn dân sẽ vui vẻ tuân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mệnh lệnh. Khi muôn dân vừa hiếu kính cha mẹ, lại có </w:t>
      </w:r>
    </w:p>
    <w:p>
      <w:pPr>
        <w:autoSpaceDN w:val="0"/>
        <w:autoSpaceDE w:val="0"/>
        <w:widowControl/>
        <w:spacing w:line="346" w:lineRule="exact" w:before="3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tuân theo mệnh lệnh một cách cung kính, đem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mà thực thi trong toàn thiên hạ, vậy thì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gì mà làm không đƣợc.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176 ~ </w:t>
      </w:r>
    </w:p>
    <w:p>
      <w:pPr>
        <w:autoSpaceDN w:val="0"/>
        <w:autoSpaceDE w:val="0"/>
        <w:widowControl/>
        <w:spacing w:line="282" w:lineRule="exact" w:before="260" w:after="3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子曰：『上好禮，則民莫敢不敬；上好義，則民莫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64"/>
        </w:trPr>
        <w:tc>
          <w:tcPr>
            <w:tcW w:type="dxa" w:w="453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敢不服；上好信，則民莫敢不用情。</w:t>
            </w:r>
          </w:p>
        </w:tc>
        <w:tc>
          <w:tcPr>
            <w:tcW w:type="dxa" w:w="232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情，情實也。言民化上，各以實應也</w:t>
            </w:r>
          </w:p>
        </w:tc>
      </w:tr>
    </w:tbl>
    <w:p>
      <w:pPr>
        <w:autoSpaceDN w:val="0"/>
        <w:autoSpaceDE w:val="0"/>
        <w:widowControl/>
        <w:spacing w:line="308" w:lineRule="exact" w:before="28" w:after="16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夫如是，則四方之民，襁負其子而至矣。 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6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“Khi ngƣời ở trên mà trân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Lễ, dân chúng sẽ không dám bất kính; nếu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trên mà trân trọng Nghĩa, dân chúng sẽ không dám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trái lệnh và khi ngƣời ở trên mà trân trọng Tín,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sẽ không dám cƣ xử giả dối. Ngƣời trị vì ở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đƣợc nhƣ vậy, dân chúng khắp nơi sẽ địu con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lƣng mà đến quy phục.”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486"/>
        </w:trPr>
        <w:tc>
          <w:tcPr>
            <w:tcW w:type="dxa" w:w="57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君子無德即下怨，無仁即下爭，無義即下異</w:t>
            </w:r>
          </w:p>
        </w:tc>
        <w:tc>
          <w:tcPr>
            <w:tcW w:type="dxa" w:w="7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（異作暴）</w:t>
            </w:r>
          </w:p>
        </w:tc>
      </w:tr>
    </w:tbl>
    <w:p>
      <w:pPr>
        <w:autoSpaceDN w:val="0"/>
        <w:autoSpaceDE w:val="0"/>
        <w:widowControl/>
        <w:spacing w:line="344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，無禮即下亂。四經不立，謂之無道。無道而不亡者，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未之有也。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3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346" w:lineRule="exact" w:before="1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quân vƣơng thiếu đức hạnh, trăm họ sẽ có oán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hận; khi quân vƣơng thiếu đi lòng nhân ái, trăm họ tất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phân tranh; khi quân vƣơng không có chính nghĩa, trăm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tất sẽ phản loạn; khi đất nƣớc không có thể chế pháp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lệnh, trăm họ tất sẽ hỗn loạn và vô tổ chức. Khi bốn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chuẩn mực này không đƣợc xác lập, đó chính là vô đạo.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vô đạo mà không bị diệt vong, điều này từ xƣa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nay chƣa từng có.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74"/>
        </w:trPr>
        <w:tc>
          <w:tcPr>
            <w:tcW w:type="dxa" w:w="653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66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90.0" w:type="dxa"/>
            </w:tblPr>
            <w:tblGrid>
              <w:gridCol w:w="3265"/>
              <w:gridCol w:w="3265"/>
            </w:tblGrid>
            <w:tr>
              <w:trPr>
                <w:trHeight w:hRule="exact" w:val="390"/>
              </w:trPr>
              <w:tc>
                <w:tcPr>
                  <w:tcW w:type="dxa" w:w="6238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0" w:lineRule="exact" w:before="96" w:after="0"/>
                    <w:ind w:left="0" w:right="0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>凡人未見聖，若弗克見；既見聖，亦弗克由聖。</w:t>
                  </w:r>
                </w:p>
              </w:tc>
              <w:tc>
                <w:tcPr>
                  <w:tcW w:type="dxa" w:w="14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/>
          <w:p>
            <w:pPr>
              <w:autoSpaceDN w:val="0"/>
              <w:autoSpaceDE w:val="0"/>
              <w:widowControl/>
              <w:spacing w:line="-180" w:lineRule="exact" w:before="0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此言</w:t>
            </w:r>
          </w:p>
        </w:tc>
        <w:tc>
          <w:tcPr>
            <w:tcW w:type="dxa" w:w="3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此言</w:t>
            </w:r>
          </w:p>
        </w:tc>
      </w:tr>
      <w:tr>
        <w:trPr>
          <w:trHeight w:hRule="exact" w:val="364"/>
        </w:trPr>
        <w:tc>
          <w:tcPr>
            <w:tcW w:type="dxa" w:w="690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凡人有初無終也。未見聖道，如不能得見。已見聖道，亦不能用之，所以無成也。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爾其戒哉！爾</w:t>
            </w:r>
          </w:p>
        </w:tc>
      </w:tr>
      <w:tr>
        <w:trPr>
          <w:trHeight w:hRule="exact" w:val="516"/>
        </w:trPr>
        <w:tc>
          <w:tcPr>
            <w:tcW w:type="dxa" w:w="225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惟風，下民惟草。</w:t>
            </w:r>
          </w:p>
        </w:tc>
        <w:tc>
          <w:tcPr>
            <w:tcW w:type="dxa" w:w="4648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汝戒勿為凡人之行也。民從上教而變，猶草應風而偃，不可不慎也。 </w:t>
            </w:r>
          </w:p>
        </w:tc>
      </w:tr>
      <w:tr>
        <w:trPr>
          <w:trHeight w:hRule="exact" w:val="610"/>
        </w:trPr>
        <w:tc>
          <w:tcPr>
            <w:tcW w:type="dxa" w:w="57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(Thành Vƣơng khi lệnh cho con trai của Chu Công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Quân Trần tiếp quản sự nghiệp sau này của cha mình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việc cai quản những kẻ ngoan cố của nƣớc Ân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Lạc Ấp, đã nói với Quân Trần thế này:) Ngƣời thông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khi chƣa biết đến đạo lý của bậc thánh nhân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thấy dƣờng nhƣ không thể thấy đƣợc; nhƣng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đƣợc đạo lý của bậc thánh nhân rồi, lại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tuân theo. Khanh phải lấy đó làm điều cảnh giác,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khanh là gió, còn dân chúng là cỏ cây (Cỏ cây sẽ lay </w:t>
      </w:r>
    </w:p>
    <w:p>
      <w:pPr>
        <w:autoSpaceDN w:val="0"/>
        <w:autoSpaceDE w:val="0"/>
        <w:widowControl/>
        <w:spacing w:line="346" w:lineRule="exact" w:before="1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theo gió, bởi vậy buộc phải thận trọng mà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theo đạo lý của bậc thánh nhân.)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179 ~ </w:t>
      </w:r>
    </w:p>
    <w:p>
      <w:pPr>
        <w:autoSpaceDN w:val="0"/>
        <w:autoSpaceDE w:val="0"/>
        <w:widowControl/>
        <w:spacing w:line="280" w:lineRule="exact" w:before="14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兵者所以討暴也，非所以為暴也；樂者所以致和也</w:t>
      </w:r>
    </w:p>
    <w:p>
      <w:pPr>
        <w:autoSpaceDN w:val="0"/>
        <w:autoSpaceDE w:val="0"/>
        <w:widowControl/>
        <w:spacing w:line="364" w:lineRule="exact" w:before="2" w:after="10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，非所以為淫也；喪者所以盡哀也，非所以為偽也。故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事親有道矣，而愛為務；朝廷有容矣，而敬為上；處喪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有禮矣，而哀為主；用兵有術矣，而義為本。本立而道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行，本傷而道廢矣。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đội là để dẹp yên bạo loạn, chứ không phải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tạo ra bạo loạn; âm nhạc là để nuôi dƣỡng tâm cảnh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hài hòa, chứ không phải để khiến ngƣời có suy nghĩ lệch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lạc và phóng túng vô độ; việc chịu tang là để bày tỏ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thƣơng xót, chứ không phải để làm bộ làm tịch.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việc phụng dƣỡng cha mẹ mà có hiếu đạo,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coi tấm lòng kính yêu chân thành là cốt yếu;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nghị sự ở triều đình mà có lễ nghi, là phải coi tâm cung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mà không hề thất lễ làm đầu; tổ chức tang lễ mà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 nghĩa, lòng thƣơng xót xuất phát từ nội tâm phải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chính; việc dụng binh mà có mƣu lƣợc, là phải lấy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làm gốc. Sau khi nền tảng đƣợc xác lập,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có thể thực thi đƣợc thông suốt; còn khi nền tảng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 vỡ, đạo lý sẽ bị bãi bỏ.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180 ~ </w:t>
      </w:r>
    </w:p>
    <w:p>
      <w:pPr>
        <w:autoSpaceDN w:val="0"/>
        <w:autoSpaceDE w:val="0"/>
        <w:widowControl/>
        <w:spacing w:line="280" w:lineRule="exact" w:before="300" w:after="28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聖人南面而聽天下，所且先者有五，民不得與焉。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68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且先，言未遑餘事。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一曰治親，二曰報功，三曰舉賢，四曰使能</w:t>
            </w:r>
          </w:p>
        </w:tc>
      </w:tr>
      <w:tr>
        <w:trPr>
          <w:trHeight w:hRule="exact" w:val="362"/>
        </w:trPr>
        <w:tc>
          <w:tcPr>
            <w:tcW w:type="dxa" w:w="173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，五曰存愛。</w:t>
            </w:r>
          </w:p>
        </w:tc>
        <w:tc>
          <w:tcPr>
            <w:tcW w:type="dxa" w:w="516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功，功臣也。存，察也。察有仁愛者。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五者一得於天下，民</w:t>
            </w:r>
          </w:p>
        </w:tc>
      </w:tr>
      <w:tr>
        <w:trPr>
          <w:trHeight w:hRule="exact" w:val="362"/>
        </w:trPr>
        <w:tc>
          <w:tcPr>
            <w:tcW w:type="dxa" w:w="5960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無不足，無不贍。五者一物紕繆，民不得其死。</w:t>
            </w:r>
          </w:p>
        </w:tc>
        <w:tc>
          <w:tcPr>
            <w:tcW w:type="dxa" w:w="944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物，猶事。紕</w:t>
            </w:r>
          </w:p>
        </w:tc>
      </w:tr>
      <w:tr>
        <w:trPr>
          <w:trHeight w:hRule="exact" w:val="884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696" w:val="left"/>
              </w:tabs>
              <w:autoSpaceDE w:val="0"/>
              <w:widowControl/>
              <w:spacing w:line="182" w:lineRule="exact" w:before="15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，猶錯也。五事得則民足。一事失則民不得其死，明政之難也。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聖人南面而治天下，必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人道謂此五事也。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自人道始矣。</w:t>
            </w:r>
          </w:p>
        </w:tc>
      </w:tr>
      <w:tr>
        <w:trPr>
          <w:trHeight w:hRule="exact" w:val="606"/>
        </w:trPr>
        <w:tc>
          <w:tcPr>
            <w:tcW w:type="dxa" w:w="59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508" w:right="50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9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24" w:lineRule="exact" w:before="19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Bậc minh quân – ngƣời hƣớng mặt về phía Nam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28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xƣng vƣơng và trị vì đất nƣớc, buộc phải làm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năm việc, trong đó vẫn chƣa có những việc dân sự thông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thƣờng. Năm việc đó là: </w:t>
      </w:r>
    </w:p>
    <w:p>
      <w:pPr>
        <w:autoSpaceDN w:val="0"/>
        <w:autoSpaceDE w:val="0"/>
        <w:widowControl/>
        <w:spacing w:line="412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Dựa vào phép tắc mà chấn chỉnh quan hệ với họ </w:t>
      </w:r>
    </w:p>
    <w:p>
      <w:pPr>
        <w:autoSpaceDN w:val="0"/>
        <w:autoSpaceDE w:val="0"/>
        <w:widowControl/>
        <w:spacing w:line="360" w:lineRule="exact" w:before="0" w:after="0"/>
        <w:ind w:left="956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hàng thân quyến để xác định rõ danh phận giữa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già trẻ và trên dƣới; </w:t>
      </w:r>
    </w:p>
    <w:p>
      <w:pPr>
        <w:autoSpaceDN w:val="0"/>
        <w:autoSpaceDE w:val="0"/>
        <w:widowControl/>
        <w:spacing w:line="362" w:lineRule="exact" w:before="4" w:after="0"/>
        <w:ind w:left="596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thƣởng các hạ thần có công;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Lựa chọn và tiến cử ngƣời có đức hạnh;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 ngƣời tài;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 xét và khen thƣởng ngƣời có tâm thiện và </w:t>
      </w:r>
    </w:p>
    <w:p>
      <w:pPr>
        <w:autoSpaceDN w:val="0"/>
        <w:autoSpaceDE w:val="0"/>
        <w:widowControl/>
        <w:spacing w:line="358" w:lineRule="exact" w:before="0" w:after="0"/>
        <w:ind w:left="956" w:right="9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thiện trong nhân gian.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Năm việc này mà đều làm đƣợc, thần dân trong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khắp thiên hạ sẽ không còn ai chịu cảnh thiếu thốn và </w:t>
      </w:r>
    </w:p>
    <w:p>
      <w:pPr>
        <w:autoSpaceDN w:val="0"/>
        <w:autoSpaceDE w:val="0"/>
        <w:widowControl/>
        <w:spacing w:line="294" w:lineRule="exact" w:before="226" w:after="0"/>
        <w:ind w:left="0" w:right="0" w:firstLine="0"/>
        <w:jc w:val="center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28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Hƣớng Nam tƣợng trƣng cho ngôi vị của bậc quân vƣơng.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có ai mà không đƣợc sung túc. Nếu năm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này, chỉ có một việc đi trệch hƣớng, vậy thì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sẽ không thể an hƣởng những năm tháng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cuộc đời. Bậc thiên tử anh minh khi trị quốc, nhất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bắt đầu từ luân thƣờng đạo lý (chỉ năm việc đã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trên).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181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凡為治之大體，莫善於抑末而務本，莫不善於離本</w:t>
      </w:r>
    </w:p>
    <w:p>
      <w:pPr>
        <w:autoSpaceDN w:val="0"/>
        <w:autoSpaceDE w:val="0"/>
        <w:widowControl/>
        <w:spacing w:line="364" w:lineRule="exact" w:before="2" w:after="182"/>
        <w:ind w:left="30" w:right="9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而飾末。夫為國者，以富民為本，以正學為基。民富乃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可教，學正乃得義；民貧則背善，學淫則詐偽；入學則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不亂，得義則忠孝。故明君之法，務此二者，以為太平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基也。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（卷四十四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潛夫論）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châm lớn trong việc trị quốc không gì tốt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nếu ra sức thực thi từ gốc rễ và hạn chế việc bắt đầu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cành ngọn, cũng không gì tệ hơn việc bỏ gốc rễ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đuổi cành ngọn. Bậc quân vƣơng khi trị quốc,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việc khiến thần dân đƣợc giàu có sung túc làm gốc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xem việc thực thi sự nghiệp giáo dục đúng đắn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nền tảng. Khi ngƣời dân đƣợc sung túc mới có thể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 giáo hóa, khi tâm niệm và nội dung của giáo dục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đúng đắn mới hiểu đƣợc đạo nghĩa. Nếu ngƣời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nghèo khó tất sẽ bỏ bê việc hành thiện và khi giáo </w:t>
      </w:r>
    </w:p>
    <w:p>
      <w:pPr>
        <w:autoSpaceDN w:val="0"/>
        <w:autoSpaceDE w:val="0"/>
        <w:widowControl/>
        <w:spacing w:line="346" w:lineRule="exact" w:before="3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dục mà phô trƣơng chắc chắn nảy sinh mánh khóe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giả dối. Sau khi đƣợc tiếp nhận giáo dục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nỗi đúng sai lẫn lộn, khi hiểu đƣợc đạo nghĩa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tận trung tận hiếu. Bởi vậy, phƣơng pháp trị quốc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bậc minh quân chính là tập trung dốc sức vào hai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khiến cho dân giàu và giáo dục đúng đắn, coi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nền tảng để đất nƣớc đƣợc an định thái bình.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Tiềm Phu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182 ~ </w:t>
      </w:r>
    </w:p>
    <w:p>
      <w:pPr>
        <w:autoSpaceDN w:val="0"/>
        <w:autoSpaceDE w:val="0"/>
        <w:widowControl/>
        <w:spacing w:line="282" w:lineRule="exact" w:before="302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夫隨俗樹化，因世建業，慎在務三而已。一曰擇人</w:t>
      </w:r>
    </w:p>
    <w:p>
      <w:pPr>
        <w:autoSpaceDN w:val="0"/>
        <w:autoSpaceDE w:val="0"/>
        <w:widowControl/>
        <w:spacing w:line="364" w:lineRule="exact" w:before="0" w:after="180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，二曰因民，三曰從時。時移而不移，違天之祥也；民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望而不因，違人之咎也；好善而不能擇人，敗官之患也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。三者失，則天人之事悖矣。夫人乖則時逆，時逆則天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違。天違而望國安，未有也。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1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蔣子）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muốn dựa vào thuần phong mỹ tục để giáo hóa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và linh hoạt theo thời thế để gây dựng cơ đồ,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nên thận trọng mà làm tốt từ ba phƣơng diện này: </w:t>
      </w:r>
    </w:p>
    <w:p>
      <w:pPr>
        <w:autoSpaceDN w:val="0"/>
        <w:autoSpaceDE w:val="0"/>
        <w:widowControl/>
        <w:spacing w:line="362" w:lineRule="exact" w:before="28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lựa chọn ngƣời tài đức vẹn toàn;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lắng nghe ý nguyện của nhân dân;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linh hoạt theo thời thế. </w:t>
      </w:r>
    </w:p>
    <w:p>
      <w:pPr>
        <w:autoSpaceDN w:val="0"/>
        <w:autoSpaceDE w:val="0"/>
        <w:widowControl/>
        <w:spacing w:line="400" w:lineRule="exact" w:before="23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thời thế thay đổi mà không thể linh hoạt, đây là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hiểm họa từ việc đi ngƣợc với quy luật của tự nhiên; nếu </w:t>
      </w:r>
    </w:p>
    <w:p>
      <w:pPr>
        <w:autoSpaceDN w:val="0"/>
        <w:autoSpaceDE w:val="0"/>
        <w:widowControl/>
        <w:spacing w:line="346" w:lineRule="exact" w:before="1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8" w:right="3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nguyện vọng của thần dân mà chúng ta không thể thuận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theo, đây là tội lỗi do làm trái chí nguyện của họ; khi 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việc thiện mà không thể tuyển chọn ngƣời đức độ,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hậu họa từ việc phá hỏng bầu không khí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trƣờng. Một khi xuất hiện sai sót từ ba phƣơng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diện này, vậy thì thời thế và con ngƣời tự sẽ rơi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hỗn loạn. Lòng ngƣời nếu không hài hòa sẽ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thế đảo ngƣợc, khi thời thế bị đảo ngƣợc, đạo trời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con ngƣời sẽ đối nghịch. Nếu đi ngƣợc với đạo trời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lại mong quốc thái dân an, đây là việc không thể. </w:t>
      </w:r>
    </w:p>
    <w:p>
      <w:pPr>
        <w:autoSpaceDN w:val="0"/>
        <w:autoSpaceDE w:val="0"/>
        <w:widowControl/>
        <w:spacing w:line="400" w:lineRule="exact" w:before="24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Tưởng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183 ~ </w:t>
      </w:r>
    </w:p>
    <w:p>
      <w:pPr>
        <w:autoSpaceDN w:val="0"/>
        <w:autoSpaceDE w:val="0"/>
        <w:widowControl/>
        <w:spacing w:line="280" w:lineRule="exact" w:before="302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昔仲弓季氏之家臣，子游武城之小宰，孔子猶誨以</w:t>
      </w:r>
    </w:p>
    <w:p>
      <w:pPr>
        <w:autoSpaceDN w:val="0"/>
        <w:autoSpaceDE w:val="0"/>
        <w:widowControl/>
        <w:spacing w:line="282" w:lineRule="exact" w:before="8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賢才，問以得人。明政之小大，以人為本。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7"/>
        <w:gridCol w:w="3467"/>
      </w:tblGrid>
      <w:tr>
        <w:trPr>
          <w:trHeight w:hRule="exact" w:val="60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（卷二十一 </w:t>
            </w:r>
          </w:p>
        </w:tc>
        <w:tc>
          <w:tcPr>
            <w:tcW w:type="dxa" w:w="18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後漢書一）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kia, khi Trọng Cung làm quản gia cho nhà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Quý Hoàn Tử và Tử Du làm quan huyện ở Vũ Thành,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vẫn căn dặn họ phải trọng dụng ngƣời có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tài và hỏi liệu có dùng ngƣời xác đáng hay không.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này cho thấy, việc chính sự dẫu lớn hay nhỏ,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xem việc dùng ngƣời làm gốc. </w:t>
      </w:r>
    </w:p>
    <w:p>
      <w:pPr>
        <w:autoSpaceDN w:val="0"/>
        <w:autoSpaceDE w:val="0"/>
        <w:widowControl/>
        <w:spacing w:line="426" w:lineRule="exact" w:before="2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21.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 – Tập 1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46" w:lineRule="exact" w:before="8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184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臣聞，上古堯舜之時，不貴爵賞，而民勸善；不重</w:t>
      </w:r>
    </w:p>
    <w:p>
      <w:pPr>
        <w:autoSpaceDN w:val="0"/>
        <w:autoSpaceDE w:val="0"/>
        <w:widowControl/>
        <w:spacing w:line="364" w:lineRule="exact" w:before="2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刑罰，而民不犯。躬率以正，遇民信也。末世貴爵厚賞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，而民不信也。夫厚賞重型，未足以勸善而禁非，必信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而已矣。是故因能任官，則分職治；去無用之言，則事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情得；不作無用之器，即賦斂省；不奪民時，即百姓富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；有德者進，無德者退，則朝廷尊；有功者上，無功者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下，則群臣逡；罰當罪則姦邪止；賞當賢則臣下勸。凡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此八者，治之本也。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（卷十八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漢書六）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(Công Tôn Hoằng khi dâng sớ, viết rằng:) Thần nghe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nói, vào thời đại của vua Nghiêu, vua Thuấn thời thƣợng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cổ, dẫu không chú trọng việc ban chức tƣớc hay khen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thƣởng, nhƣng ngƣời dân đều có thể một lòng hƣớng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thiện; tuy không đề cao việc thực thi hình phạt nặng nề,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ngƣời dân lại hiếm khi phạm pháp. Điều này là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vua Nghiêu, vua Thuấn đem tấm lòng chí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vô tƣ mà lãnh đạo thần dân, đối với ngƣời dân có tín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nghĩa. Đến đời sau, tuy có chú trọng việc sắc phong chức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tƣớc và ban thƣởng hậu hĩnh, nhƣng nghịch lý thay,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lại không tin tƣởng. Ban thƣởng hậu hĩnh và hình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 khắc nghiệt không đủ để khích lệ ngƣời hƣớng thiện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nghiêm cấm ngƣời làm điều sai trái, đối với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bắt buộc phải có tín có nghĩa mới đƣợc. Bởi vậy,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căn cứ vào khả năng mà trọng dụng quan viên, vậy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chức vị mới đƣợc phân bổ đúng ngƣời; nếu cắt bỏ những </w:t>
      </w:r>
    </w:p>
    <w:p>
      <w:pPr>
        <w:autoSpaceDN w:val="0"/>
        <w:autoSpaceDE w:val="0"/>
        <w:widowControl/>
        <w:spacing w:line="346" w:lineRule="exact" w:before="2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phát ngôn vô nghĩa, tất sẽ hiểu đƣợc chân tƣớng của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vật; nếu tránh việc chế tạo những đồ vật không thiết thực,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giảm đƣợc tô thuế; nếu không làm lỡ nông vụ,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sẽ đƣợc sung túc; khi ngƣời có đức hạnh mà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 và ngƣời không có đức hạnh bị bãi nhiệm,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triều đình tất có thể tạo dựng đƣợc uy tín; khi ngƣời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lao mà đƣợc đề bạt và ngƣời không công trạng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giáng chức, quần thần nhất định sẽ hiểu đƣợc đạo lý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rút lui một cách có lễ; khi việc xử phạt nặng hay nhẹ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phù hợp với tội trạng, kẻ gian tà chắc chắn sẽ chùn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bƣớc; khi việc ban thƣởng phù hợp với tài năng và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hạnh, hạ thần sẽ đƣợc khích lệ. Tổng kết tám điều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nền tảng để trị quốc.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18.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6)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185 ~ </w:t>
      </w:r>
    </w:p>
    <w:p>
      <w:pPr>
        <w:autoSpaceDN w:val="0"/>
        <w:autoSpaceDE w:val="0"/>
        <w:widowControl/>
        <w:spacing w:line="282" w:lineRule="exact" w:before="29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故先王見始終之變，知存亡之機，是以牧民之道，</w:t>
      </w:r>
    </w:p>
    <w:p>
      <w:pPr>
        <w:autoSpaceDN w:val="0"/>
        <w:autoSpaceDE w:val="0"/>
        <w:widowControl/>
        <w:spacing w:line="364" w:lineRule="exact" w:before="0" w:after="182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務在安之而已。天下雖有逆行之臣，必無響應之助矣。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故曰『安民可與行義，而危民易與為非』，此之謂也。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（卷十一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史記上）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bậc thánh vƣơng xƣa kia có thể thấu tỏ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 luật diễn biến của sự vật và hiểu đƣợc điều gì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mấu chốt đối với sự tồn vong của đất nƣớc, do vậy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phƣơng pháp trị vì nhân dân, điều mấu chốt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họ có đƣợc cuộc sống an định. Có nhƣ vậy, thiên </w:t>
      </w:r>
    </w:p>
    <w:p>
      <w:pPr>
        <w:autoSpaceDN w:val="0"/>
        <w:autoSpaceDE w:val="0"/>
        <w:widowControl/>
        <w:spacing w:line="346" w:lineRule="exact" w:before="3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dẫu có kẻ thần âm mƣu phản loạn, tất sẽ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hƣởng ứng mà tham gia. Bởi vậy mới nói: “Khi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mà ở trạng thái an định, có thể dẫn dắt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thực hành điều nhân nghĩa; nhƣng khi ngƣời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rơi vào tình cảnh nguy nan, họ sẽ dễ dàng cùng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nhau việc xấu”, điều muốn nói chính là đạo lý này. </w:t>
      </w:r>
    </w:p>
    <w:p>
      <w:pPr>
        <w:autoSpaceDN w:val="0"/>
        <w:autoSpaceDE w:val="0"/>
        <w:widowControl/>
        <w:spacing w:line="374" w:lineRule="exact" w:before="24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(Cuốn 11. </w:t>
      </w:r>
      <w:r>
        <w:rPr>
          <w:rFonts w:ascii="Times New Roman Italic" w:hAnsi="Times New Roman Italic" w:eastAsia="Times New Roman Italic"/>
          <w:b w:val="0"/>
          <w:i/>
          <w:color w:val="000000"/>
          <w:sz w:val="28"/>
        </w:rPr>
        <w:t xml:space="preserve">Sử Kí –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Thƣợng) </w:t>
      </w:r>
    </w:p>
    <w:p>
      <w:pPr>
        <w:autoSpaceDN w:val="0"/>
        <w:autoSpaceDE w:val="0"/>
        <w:widowControl/>
        <w:spacing w:line="332" w:lineRule="exact" w:before="2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2. GIÁO HÓA </w:t>
      </w:r>
    </w:p>
    <w:p>
      <w:pPr>
        <w:autoSpaceDN w:val="0"/>
        <w:autoSpaceDE w:val="0"/>
        <w:widowControl/>
        <w:spacing w:line="414" w:lineRule="exact" w:before="218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2310"/>
        <w:gridCol w:w="2310"/>
        <w:gridCol w:w="2310"/>
      </w:tblGrid>
      <w:tr>
        <w:trPr>
          <w:trHeight w:hRule="exact" w:val="464"/>
        </w:trPr>
        <w:tc>
          <w:tcPr>
            <w:tcW w:type="dxa" w:w="25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聖人行不言之教。</w:t>
            </w:r>
          </w:p>
        </w:tc>
        <w:tc>
          <w:tcPr>
            <w:tcW w:type="dxa" w:w="3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任其自行，斯不言之教也。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道不可致也。</w:t>
            </w:r>
          </w:p>
        </w:tc>
        <w:tc>
          <w:tcPr>
            <w:tcW w:type="dxa" w:w="6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道在自然</w:t>
            </w:r>
          </w:p>
        </w:tc>
      </w:tr>
    </w:tbl>
    <w:p>
      <w:pPr>
        <w:autoSpaceDN w:val="0"/>
        <w:autoSpaceDE w:val="0"/>
        <w:widowControl/>
        <w:spacing w:line="350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，非可言致也。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失道而侯德，失德而後仁，失仁而後義，失義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而後禮。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莊子）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nghiệp giáo hóa mà bậc thánh nhân thực thi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dựa vào lời nói, mà phải đem đƣờng lối trị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nghĩa để cảm hóa thần dân. Đạo lý lớn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đạt đƣợc thông qua lời nói. Khi để mất „Đạo‟, đành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dựa vào „Đức‟ để trị vì thiên hạ; khi để mất „Đức‟, đành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dựa vào „Nhân‟ để trị vì thiên hạ; khi để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„Nhân‟, đành phải thực hành „Nghĩa‟ để trị vì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khi để mất „Nghĩa‟, cuối cùng đành phải lấy „Lễ‟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 thiên hạ mà thôi.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Trang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3465"/>
        <w:gridCol w:w="3465"/>
      </w:tblGrid>
      <w:tr>
        <w:trPr>
          <w:trHeight w:hRule="exact" w:val="472"/>
        </w:trPr>
        <w:tc>
          <w:tcPr>
            <w:tcW w:type="dxa" w:w="7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7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《語》曰：『既富矣，又何加焉？曰：教之</w:t>
            </w:r>
          </w:p>
        </w:tc>
      </w:tr>
    </w:tbl>
    <w:p>
      <w:pPr>
        <w:autoSpaceDN w:val="0"/>
        <w:autoSpaceDE w:val="0"/>
        <w:widowControl/>
        <w:spacing w:line="344" w:lineRule="exact" w:before="0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。』教之以德，齊之以禮，則民徙義而從善。莫不入孝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出悌，夫何奢侈暴慢之有乎？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（卷四十二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鹽鐵論）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596" w:right="596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0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[Luận Ngữ] có câu hỏi: “Nếu thần dân đã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sung túc rồi, vậy còn phải làm gì nữa đây?”. Khổng Tử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đáp rằng: “Phải giáo dục họ.” Đem đạo đức mà giáo hóa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họ, dùng lễ nghĩa mà chấn chỉnh họ, khi ngƣời dân hiểu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rõ nghĩa lý rồi tất sẽ thay đổi suy nghĩ mà tuân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nghĩa và đạo lý tốt đẹp, ai ai cũng có thể ở nhà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hiếu kính mẹ cha và khi ở ngoài lại tuân thủ lễ tiết giữa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già và con trẻ. Nếu đƣợc nhƣ vậy, đâu còn 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tƣợng phóng túng, hung bạo và ngạo mạn nữa?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Diêm Thiết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58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188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道行於世，則貧賤者不怨，富貴者不驕，愚弱者不</w:t>
      </w:r>
    </w:p>
    <w:p>
      <w:pPr>
        <w:autoSpaceDN w:val="0"/>
        <w:autoSpaceDE w:val="0"/>
        <w:widowControl/>
        <w:spacing w:line="364" w:lineRule="exact" w:before="0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懾，智勇者不矜，足於分也。法行於世，則貧賤者不敢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怨富貴，富貴者不敢凌貧賤，愚弱者不敢冀智勇，智勇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者不敢鄙愚弱。此法之不及道也。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77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尹文子） </w:t>
            </w:r>
          </w:p>
        </w:tc>
      </w:tr>
    </w:tbl>
    <w:p>
      <w:pPr>
        <w:autoSpaceDN w:val="0"/>
        <w:autoSpaceDE w:val="0"/>
        <w:widowControl/>
        <w:spacing w:line="346" w:lineRule="exact" w:before="3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đạo nghĩa có thể thực thi ở thế gian, vậy thì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nghèo khổ thấp hèn sẽ không có lời oán thán,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giàu sang tôn quý cũng sẽ không ngạo mạn ngang tàng,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ngốc nghếch yếu mềm sẽ không khiếp đảm sợ hãi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ngƣời thông minh dũng cảm sẽ không ỷ thế mà ức hiếp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đây là bởi mọi ngƣời đều tuân thủ đúng bổn phận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chính mình. Nếu thể chế pháp lệnh viên mãn mà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thực thi trên thế gian, vậy thì ngƣời nghèo khổ thấp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hèn sẽ không dám oán hận ngƣời giàu sang tôn quý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giàu sang tôn quý cũng không dám ức hiếp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nghèo khổ thấp hèn, ngƣời ngốc nghếch yếu mềm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dám chực chờ đƣợc hơn ngƣời thông minh dũng cảm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thông minh dũng cảm cũng không dám khinh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ngƣời ngốc nghếch yếu mềm. Đây chính là điểm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„pháp trị‟ không bằng „đạo trị‟.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Doãn 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189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天道之大者在陰陽。陽為德，陰為刑。刑主殺，而</w:t>
      </w:r>
    </w:p>
    <w:p>
      <w:pPr>
        <w:autoSpaceDN w:val="0"/>
        <w:autoSpaceDE w:val="0"/>
        <w:widowControl/>
        <w:spacing w:line="364" w:lineRule="exact" w:before="2" w:after="184"/>
        <w:ind w:left="30" w:right="9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德主生。是故陽常居大夏，而以生育養長為事；陰常居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大冬，而積於空虛不用之處。以此見天之任德不任刑也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。天使陽出布施於上，而主歲功。使陰入伏於下，而時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出佐陽。陽不得陰之助，亦不能獨成歲也。王者承天意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以從事，故任德教而不任刑。刑者不可任以治世，猶陰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之不可任以成歲也。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3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（卷十七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漢書五） </w:t>
            </w:r>
          </w:p>
        </w:tc>
      </w:tr>
    </w:tbl>
    <w:p>
      <w:pPr>
        <w:autoSpaceDN w:val="0"/>
        <w:autoSpaceDE w:val="0"/>
        <w:widowControl/>
        <w:spacing w:line="346" w:lineRule="exact" w:before="1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tƣợng mà quy luật của tự nhiên nói đến chủ </w:t>
      </w:r>
    </w:p>
    <w:p>
      <w:pPr>
        <w:autoSpaceDN w:val="0"/>
        <w:autoSpaceDE w:val="0"/>
        <w:widowControl/>
        <w:spacing w:line="34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yếu là Âm và Dƣơng. Dƣơng đại diện cho đức hạnh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đại diện cho hình phạt. Hình phạt thiên về giết chóc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khi đức hạnh lại thiên về sự sống. Bởi vậy, dƣơng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khí thƣờng vào giữa hạ, với nhiệm vụ là sinh trƣởng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nuôi dƣỡng; trong khi âm khí thƣờng ở vào chính đông,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tích tụ ở nơi hƣ không và không đƣợc dùng đến. Từ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thấy, đạo trời ƣa dùng giáo hóa đạo đức, chứ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khinh suất mà sử dụng hình phạt. Trời xanh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dƣơng khí đi lên và ban phát rộng khắp tới vạn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vật từ trên cao, chuyên trách cho việc thu hoạch của nhà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nông trong một năm; nhƣng lại để âm khí ẩn sâu dƣới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đất và đi ra trợ giúp cho dƣơng khí vào thời điểm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định. Dƣơng khí nếu không có sự trợ giúp của 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khí, cũng không thể tự mình mà thành tựu một năm bội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thu. Ngƣời trị vì thƣờng thuận theo tôn chỉ của đạo trời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thực hiện, bởi vậy vận dụng giáo hóa đạo đức chứ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vội vàng sử dụng hình phạt. Hình phạt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trị vì thiên hạ, tựa nhƣ không thể chỉ dựa vào âm khí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có thể thành tựu một năm bội thu. </w:t>
      </w:r>
    </w:p>
    <w:p>
      <w:pPr>
        <w:autoSpaceDN w:val="0"/>
        <w:autoSpaceDE w:val="0"/>
        <w:widowControl/>
        <w:spacing w:line="400" w:lineRule="exact" w:before="6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17.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5)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190 ~ </w:t>
      </w:r>
    </w:p>
    <w:p>
      <w:pPr>
        <w:autoSpaceDN w:val="0"/>
        <w:autoSpaceDE w:val="0"/>
        <w:widowControl/>
        <w:spacing w:line="280" w:lineRule="exact" w:before="14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大治之後，有易亂之民者，安寧無故，邪心起也；</w:t>
      </w:r>
    </w:p>
    <w:p>
      <w:pPr>
        <w:autoSpaceDN w:val="0"/>
        <w:autoSpaceDE w:val="0"/>
        <w:widowControl/>
        <w:spacing w:line="364" w:lineRule="exact" w:before="0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大亂之後，有易治之勢者，創艾禍災，樂生全也。刑繁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而亂益甚者，法難勝避，茍免而無恥也；教興而罰罕用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者，仁義相厲，廉恥成也。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497.9999999999998" w:type="dxa"/>
      </w:tblPr>
      <w:tblGrid>
        <w:gridCol w:w="3465"/>
        <w:gridCol w:w="3465"/>
      </w:tblGrid>
      <w:tr>
        <w:trPr>
          <w:trHeight w:hRule="exact" w:val="682"/>
        </w:trPr>
        <w:tc>
          <w:tcPr>
            <w:tcW w:type="dxa" w:w="33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（卷四十五 </w:t>
            </w:r>
          </w:p>
        </w:tc>
        <w:tc>
          <w:tcPr>
            <w:tcW w:type="dxa" w:w="21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仲長子昌言） </w:t>
            </w:r>
          </w:p>
        </w:tc>
      </w:tr>
    </w:tbl>
    <w:p>
      <w:pPr>
        <w:autoSpaceDN w:val="0"/>
        <w:autoSpaceDE w:val="0"/>
        <w:widowControl/>
        <w:spacing w:line="346" w:lineRule="exact" w:before="2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thời kỳ thái bình thịnh trị, sẽ có ngƣời dân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nổi loạn, việc này là bởi khi đƣợc sống trong xã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hội thái bình không có động loạn, vì một lý do nào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ta sẽ manh nha tâm xấu ác; sau thời đại loạn lạc,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có xu thế dễ dàng trị vì, việc này là bởi ngƣời dân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chịu đựng đủ nỗi khốn khổ của tai họa mà khiếp sợ,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mong mỏi đƣợc bảo toàn tính mạng. Nếu hình phạt quá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và rƣờm ra, tình trạng hỗn loạn lại càng nghiêm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trọng, điều này là bởi lƣới luật pháp quá dày và khó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tránh khỏi, thế là ngƣời dân sẽ vì tránh hình phạt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tuân thủ pháp luật một cách cẩu thả đối phó và họ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đƣợc tâm hổ thẹn nữa (một khi luật pháp có kẽ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hở, họ sẽ lại phạm pháp). Nhƣng khi việc giáo hóa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lan tỏa, hình phạt rất hiếm khi đƣợc áp dụng, việc này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khi đem điều nhân nghĩa mà khuyên bảo lẫn nhau,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liêm sỉ của ngƣời dân sẽ đƣợc hình thành. </w:t>
      </w:r>
    </w:p>
    <w:p>
      <w:pPr>
        <w:autoSpaceDN w:val="0"/>
        <w:autoSpaceDE w:val="0"/>
        <w:widowControl/>
        <w:spacing w:line="400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Trọng Trường Tử Xương Ngôn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70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191 ~ </w:t>
      </w:r>
    </w:p>
    <w:p>
      <w:pPr>
        <w:autoSpaceDN w:val="0"/>
        <w:autoSpaceDE w:val="0"/>
        <w:widowControl/>
        <w:spacing w:line="280" w:lineRule="exact" w:before="31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夫上之化下，下之從上，猶泥之在鈞，唯甄者之所</w:t>
      </w:r>
    </w:p>
    <w:p>
      <w:pPr>
        <w:autoSpaceDN w:val="0"/>
        <w:autoSpaceDE w:val="0"/>
        <w:widowControl/>
        <w:spacing w:line="308" w:lineRule="exact" w:before="9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為；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陶人作瓦器謂之甄。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猶金之在鎔，唯治者之所鑄。『綏之斯</w:t>
      </w:r>
    </w:p>
    <w:p>
      <w:pPr>
        <w:autoSpaceDN w:val="0"/>
        <w:autoSpaceDE w:val="0"/>
        <w:widowControl/>
        <w:spacing w:line="280" w:lineRule="exact" w:before="120" w:after="19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俠，動之斯和』，此之謂也。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77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（卷十七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漢書五） </w:t>
            </w:r>
          </w:p>
        </w:tc>
      </w:tr>
    </w:tbl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quân vƣơng ở trên giáo hóa thần dân bên dƣới,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dân bên dƣới lại vâng mệnh quân vƣơng, tựa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gốm khi đặt trên bàn xoay, cứ để mặc cho ngƣời thợ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gốm lão luyện nhào nặn mà thành; lại nhƣ kim loại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chiếc khuôn đúc, cứ để mặc cho ngƣời thợ đúc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chế tạo mà nên. “Khi đem nền chính trị nhân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an dân, vậy thì ngƣời ở phƣơng xa cũng sẽ đến quy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phục; còn nếu đem việc giáo hóa bằng âm nhạc để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hóa ngƣời dân, vậy thì trăm họ tất sẽ hòa hợp và 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hoan”, điều muốn nói chính là đạo lý này vậy.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17.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5) </w:t>
      </w:r>
    </w:p>
    <w:p>
      <w:pPr>
        <w:autoSpaceDN w:val="0"/>
        <w:autoSpaceDE w:val="0"/>
        <w:widowControl/>
        <w:spacing w:line="414" w:lineRule="exact" w:before="63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192 ~ </w:t>
      </w:r>
    </w:p>
    <w:p>
      <w:pPr>
        <w:autoSpaceDN w:val="0"/>
        <w:autoSpaceDE w:val="0"/>
        <w:widowControl/>
        <w:spacing w:line="280" w:lineRule="exact" w:before="300" w:after="184"/>
        <w:ind w:left="596" w:right="596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以身教者從，以言教者訟。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後漢書二）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(Đệ Ngũ Luân khi dâng sớ, viết rằng:) Nếu bản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lấy chính mình làm gƣơng để giáo hóa, ngƣời khác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nghe theo; nếu chỉ đem lời nói mà giáo dục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(còn bản thân lại không thực hiện), nhất định sẽ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tranh cãi.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22.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Hậu 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2) </w:t>
      </w:r>
    </w:p>
    <w:p>
      <w:pPr>
        <w:autoSpaceDN w:val="0"/>
        <w:autoSpaceDE w:val="0"/>
        <w:widowControl/>
        <w:spacing w:line="346" w:lineRule="exact" w:before="5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193 ~ </w:t>
      </w:r>
    </w:p>
    <w:p>
      <w:pPr>
        <w:autoSpaceDN w:val="0"/>
        <w:autoSpaceDE w:val="0"/>
        <w:widowControl/>
        <w:spacing w:line="280" w:lineRule="exact" w:before="300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朝廷者，天下之楨幹也。公卿大夫相與循禮恭讓，</w:t>
      </w:r>
    </w:p>
    <w:p>
      <w:pPr>
        <w:autoSpaceDN w:val="0"/>
        <w:autoSpaceDE w:val="0"/>
        <w:widowControl/>
        <w:spacing w:line="364" w:lineRule="exact" w:before="2" w:after="18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則民不爭；好仁樂施，則下不暴；上義高節，則民興行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；寬柔和惠，則眾相愛。四者，明王之所以不嚴而成化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也。何者？朝有變色之言，則下有爭鬥之患。上有自專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之士，則下有不讓之人；上有克勝之佐，則下有傷害之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心；上有好利之臣，則下有盜竊之民。此其本也。今俗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吏之治，皆不本禮讓，而上克暴，或忮害好陷人於罪，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貪財而慕勢。故犯法者眾，姦邪不止，雖嚴刑峻法，猶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不為變。此非其天性，有由然也。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204" w:right="20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（後補卷二十 </w:t>
            </w:r>
          </w:p>
        </w:tc>
        <w:tc>
          <w:tcPr>
            <w:tcW w:type="dxa" w:w="1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漢書八）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(Khuông Hoành khi dâng sớ, viết rằng:) Triều đình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rƣờng cột nâng đỡ thiên hạ. Trong các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khanh đại phu nếu cùng nhau tôn trọng lễ nghĩa, cung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khiêm nhƣờng, vậy thì muôn dân sẽ không tranh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đấu lẫn nhau; khi các đại thần mà trân trọng điều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nghĩa, vui với việc sẻ chia, vậy thì muôn dân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tay đến bạo lực; khi bá quan mà tôn trọng khí tiết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thƣợng, vậy thì muôn dân sẽ vì cảm động mà tiếp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bƣớc theo cùng; ngƣời nắm quyền nếu khoan dung nhã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nhặn, ôn hòa và từ ái, vậy thì muôn dân sẽ thƣơng yêu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hòa nhã với nhau. Bốn điểm ở trên là nguyên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sở dĩ bậc thánh vƣơng có thể không cần thực thi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khắc nghiệt nhƣng vẫn có thể giáo hóa. Vì sao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vậy? Bởi vì, khi ở triều đình có những lời lẽ hay hành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hấp tấp phi lý, thần dân sẽ có tai họa từ việc tranh đấu; </w:t>
      </w:r>
    </w:p>
    <w:p>
      <w:pPr>
        <w:autoSpaceDN w:val="0"/>
        <w:autoSpaceDE w:val="0"/>
        <w:widowControl/>
        <w:spacing w:line="346" w:lineRule="exact" w:before="2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08" w:right="10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ở trên mà có kẻ độc đoán chuyên quyền, ở dƣới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có ngƣời không biết nhƣờng nhịn; khi ở trên có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phò tá mà đố kị, keo kiệt và hiếu thắng, muôn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có tâm làm tổn hại lẫn nhau; khi ở trên mà có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ham tài háo lợi, ở dƣới tất sẽ có ngƣời dân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nghề trộm cắp. Đây là những nguyên nhân cơ bản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nếp sống xã hội bị suy thoái. Ngày nay, những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viên có tài trí tầm thƣờng đứng ra trị vì đất nƣớc, họ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tuân theo những nguyên tắc của lễ nghĩa khiêm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cung, mà lại ỷ vào những mệnh lệnh khắc nghiệt bạo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ngƣợc, có ngƣời còn đố kị một cách tàn nhẫn, ƣa thích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hãm hại ngƣời khác và khiến họ phải chịu nỗi oan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uổng, tham lam muốn giành lấy của cải và chỉ biết sùng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mộ quyền thế, bởi vậy mà ngƣời phạm pháp có rất nhiều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hành vi gian tà không thể ngăn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chặn, dẫu có dùng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ngặt nghèo vẫn không thể thay đổi đƣợc tình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trạng thế này. Đây không phải là thiên tính vốn có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họ, mà là do ngƣời trị vì không giáo hóa tốt mà thôi. </w:t>
      </w:r>
    </w:p>
    <w:p>
      <w:pPr>
        <w:autoSpaceDN w:val="0"/>
        <w:autoSpaceDE w:val="0"/>
        <w:widowControl/>
        <w:spacing w:line="400" w:lineRule="exact" w:before="244" w:after="0"/>
        <w:ind w:left="94" w:right="94" w:firstLine="0"/>
        <w:jc w:val="right"/>
      </w:pPr>
      <w:r>
        <w:rPr>
          <w:rFonts w:ascii="Calibri Bold" w:hAnsi="Calibri Bold" w:eastAsia="Calibri Bold"/>
          <w:b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(Bổ sung cuốn 20.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8) </w:t>
      </w:r>
    </w:p>
    <w:p>
      <w:pPr>
        <w:autoSpaceDN w:val="0"/>
        <w:autoSpaceDE w:val="0"/>
        <w:widowControl/>
        <w:spacing w:line="416" w:lineRule="exact" w:before="28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194 ~ </w:t>
      </w:r>
    </w:p>
    <w:p>
      <w:pPr>
        <w:autoSpaceDN w:val="0"/>
        <w:autoSpaceDE w:val="0"/>
        <w:widowControl/>
        <w:spacing w:line="344" w:lineRule="exact" w:before="260" w:after="18"/>
        <w:ind w:left="170" w:right="17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文子曰：『周諺有言： 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察見淵魚者不祥，智料隱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502"/>
        <w:gridCol w:w="3502"/>
      </w:tblGrid>
      <w:tr>
        <w:trPr>
          <w:trHeight w:hRule="exact" w:val="748"/>
        </w:trPr>
        <w:tc>
          <w:tcPr>
            <w:tcW w:type="dxa" w:w="69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匿者有殃。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且君欲無盜，莫若舉賢而任之，使教明於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上，化行於下。人有恥心，則和盜之為？』於是用隨會</w:t>
            </w:r>
          </w:p>
        </w:tc>
      </w:tr>
      <w:tr>
        <w:trPr>
          <w:trHeight w:hRule="exact" w:val="366"/>
        </w:trPr>
        <w:tc>
          <w:tcPr>
            <w:tcW w:type="dxa" w:w="283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知政，而群道奔秦焉。</w:t>
            </w:r>
          </w:p>
        </w:tc>
        <w:tc>
          <w:tcPr>
            <w:tcW w:type="dxa" w:w="406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用聰明以察是非者，群詐之所逃；用少（少作先）識以摘姦伏者</w:t>
            </w:r>
          </w:p>
        </w:tc>
      </w:tr>
    </w:tbl>
    <w:p>
      <w:pPr>
        <w:autoSpaceDN w:val="0"/>
        <w:autoSpaceDE w:val="0"/>
        <w:widowControl/>
        <w:spacing w:line="138" w:lineRule="exact" w:before="28" w:after="26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，眾惡之所疾。智之為患，豈虛也哉。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502"/>
        <w:gridCol w:w="3502"/>
      </w:tblGrid>
      <w:tr>
        <w:trPr>
          <w:trHeight w:hRule="exact" w:val="82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3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列子） </w:t>
            </w:r>
          </w:p>
        </w:tc>
      </w:tr>
    </w:tbl>
    <w:p>
      <w:pPr>
        <w:autoSpaceDN w:val="0"/>
        <w:autoSpaceDE w:val="0"/>
        <w:widowControl/>
        <w:spacing w:line="346" w:lineRule="exact" w:before="276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6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Triệu Vũ trả lời cùng Tấn Hầu nhƣ sau: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Thần dân của nhà Chu có câu ngạn ngữ thế này: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“Ngƣời có thể thấy rõ cá bơi trong đầm sâu sẽ không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lành và ngƣời dùng sự lanh lợi để tiên đoán sự vật tiềm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ẩn sẽ gặp tai họa.” Ngài nếu muốn khiến nƣớc Tấn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còn nạn trộm cƣớp, chi bằng lựa chọn bậc hiền sĩ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trọng dụng họ, từ đó nền chính trị trong sạch và nếp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sống tốt đẹp trong nhân dân sẽ lan tỏa. Khi ngƣời ta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tâm hổ thẹn, liệu còn đi làm kẻ trộm cắp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chăng? </w:t>
      </w:r>
    </w:p>
    <w:p>
      <w:pPr>
        <w:autoSpaceDN w:val="0"/>
        <w:autoSpaceDE w:val="0"/>
        <w:widowControl/>
        <w:spacing w:line="400" w:lineRule="exact" w:before="24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rồi, Tấn Hầu trọng dụng Tùy Hội chuyên trách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 việc triều chính, sau đó rất nhiều kẻ trộm cƣớp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lánh sang nƣớc Tần. </w:t>
      </w:r>
    </w:p>
    <w:p>
      <w:pPr>
        <w:autoSpaceDN w:val="0"/>
        <w:autoSpaceDE w:val="0"/>
        <w:widowControl/>
        <w:spacing w:line="400" w:lineRule="exact" w:before="8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Liệt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195 ~ </w:t>
      </w:r>
    </w:p>
    <w:p>
      <w:pPr>
        <w:autoSpaceDN w:val="0"/>
        <w:autoSpaceDE w:val="0"/>
        <w:widowControl/>
        <w:spacing w:line="280" w:lineRule="exact" w:before="14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所貴聖人者，非貴其隨罪而作刑也，貴其防亂之所</w:t>
      </w:r>
    </w:p>
    <w:p>
      <w:pPr>
        <w:autoSpaceDN w:val="0"/>
        <w:autoSpaceDE w:val="0"/>
        <w:widowControl/>
        <w:spacing w:line="366" w:lineRule="exact" w:before="0" w:after="18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生也。是以至人之為治也，民有小罪，必求其善以赦其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過；民有大罪，必原其故以仁輔化。是故上下親而不離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，道化流而不薀。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體論）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do khiến bậc thánh nhân đƣợc tôn kính không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ở việc họ có thể tùy theo tội trạng mà ngƣời dân vi </w:t>
      </w:r>
    </w:p>
    <w:p>
      <w:pPr>
        <w:autoSpaceDN w:val="0"/>
        <w:autoSpaceDE w:val="0"/>
        <w:widowControl/>
        <w:spacing w:line="346" w:lineRule="exact" w:before="3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08" w:right="10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9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phạm để đặt ra hình phạt hay pháp lệnh, mà là ở việc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ngăn chặn sự nảy sinh của tai họa từ trƣớc đó.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tu dƣỡng đạo đức sáng suốt nhất sẽ trị vì đất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này: Nếu ngƣời dân vi phạm lỗi nhỏ, họ nhất định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tìm ra điểm tốt đẹp của ngƣời đó để tha bổng hay khoan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hồng cho họ. Khi ngƣời dân phạm tội lớn, họ nhất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tìm ra nguyên nhân khiến phải phạm tội, sau đó dùng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để hỗ trợ giáo hóa. Bởi vậy, khi ngƣời trên kẻ dƣới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gần gũi và không cách biệt, việc giáo hóa đạo đức sẽ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thi rộng khắp mà không bị trở ngại. </w:t>
      </w:r>
    </w:p>
    <w:p>
      <w:pPr>
        <w:autoSpaceDN w:val="0"/>
        <w:autoSpaceDE w:val="0"/>
        <w:widowControl/>
        <w:spacing w:line="400" w:lineRule="exact" w:before="242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6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2335"/>
        <w:gridCol w:w="2335"/>
        <w:gridCol w:w="2335"/>
      </w:tblGrid>
      <w:tr>
        <w:trPr>
          <w:trHeight w:hRule="exact" w:val="474"/>
        </w:trPr>
        <w:tc>
          <w:tcPr>
            <w:tcW w:type="dxa" w:w="19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聖人無常心，</w:t>
            </w:r>
          </w:p>
        </w:tc>
        <w:tc>
          <w:tcPr>
            <w:tcW w:type="dxa" w:w="42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聖人重改更，貴因循，若自無心也。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以百姓心為心。</w:t>
            </w:r>
          </w:p>
        </w:tc>
        <w:tc>
          <w:tcPr>
            <w:tcW w:type="dxa" w:w="3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百姓</w:t>
            </w:r>
          </w:p>
        </w:tc>
      </w:tr>
    </w:tbl>
    <w:p>
      <w:pPr>
        <w:autoSpaceDN w:val="0"/>
        <w:autoSpaceDE w:val="0"/>
        <w:widowControl/>
        <w:spacing w:line="308" w:lineRule="exact" w:before="28" w:after="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心之所便，因而從之。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善者吾善之，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百姓為善，聖人因而善之。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不善者吾亦善之</w:t>
      </w:r>
    </w:p>
    <w:p>
      <w:pPr>
        <w:autoSpaceDN w:val="0"/>
        <w:autoSpaceDE w:val="0"/>
        <w:widowControl/>
        <w:spacing w:line="306" w:lineRule="exact" w:before="56" w:after="2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百姓為不善，聖人化之使善。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信者吾信之，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百姓為信，聖人因而信之。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不信者吾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35"/>
        <w:gridCol w:w="2335"/>
        <w:gridCol w:w="2335"/>
      </w:tblGrid>
      <w:tr>
        <w:trPr>
          <w:trHeight w:hRule="exact" w:val="1128"/>
        </w:trPr>
        <w:tc>
          <w:tcPr>
            <w:tcW w:type="dxa" w:w="34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136" w:val="left"/>
              </w:tabs>
              <w:autoSpaceDE w:val="0"/>
              <w:widowControl/>
              <w:spacing w:line="166" w:lineRule="exact" w:before="4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百姓為不信，聖人化之使信也。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亦信之。</w:t>
            </w:r>
          </w:p>
        </w:tc>
        <w:tc>
          <w:tcPr>
            <w:tcW w:type="dxa" w:w="21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0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3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0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老子）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96" w:right="9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không có thành kiến cố chấp mà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tùy theo nhu cầu và trạng thái tâm lý của ngƣời dân,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nào để thích nghi thì sẽ làm nhƣ vậy. Ngƣời lƣơng thiện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ta đố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i xử tốt vớ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i họ; ngƣời không lƣơng thiện, ta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xử tốt với họ (có nhƣ vậy mới có thể khiến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cùng hƣớng thiện). Ngƣời giữ thành tín, ta tin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tƣởng họ; ngƣời không giữ thành tín, ta cũng tin tƣởng </w:t>
      </w:r>
    </w:p>
    <w:p>
      <w:pPr>
        <w:autoSpaceDN w:val="0"/>
        <w:autoSpaceDE w:val="0"/>
        <w:widowControl/>
        <w:spacing w:line="346" w:lineRule="exact" w:before="350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6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(có nhƣ vậy mới có thể khiến ngƣời ngƣời đều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tín).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197 ~ </w:t>
      </w:r>
    </w:p>
    <w:p>
      <w:pPr>
        <w:autoSpaceDN w:val="0"/>
        <w:autoSpaceDE w:val="0"/>
        <w:widowControl/>
        <w:spacing w:line="308" w:lineRule="exact" w:before="276" w:after="28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善人者，不善人之師也；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人之行善者，聖人即以為人師也。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不善人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32"/>
        </w:trPr>
        <w:tc>
          <w:tcPr>
            <w:tcW w:type="dxa" w:w="225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者，善人之資也。</w:t>
            </w:r>
          </w:p>
        </w:tc>
        <w:tc>
          <w:tcPr>
            <w:tcW w:type="dxa" w:w="35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資，用也。人行不善，聖人教道使為善，得以為給用。 </w:t>
            </w:r>
          </w:p>
        </w:tc>
        <w:tc>
          <w:tcPr>
            <w:tcW w:type="dxa" w:w="108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9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老子） </w:t>
            </w:r>
          </w:p>
        </w:tc>
      </w:tr>
      <w:tr>
        <w:trPr>
          <w:trHeight w:hRule="exact" w:val="692"/>
        </w:trPr>
        <w:tc>
          <w:tcPr>
            <w:tcW w:type="dxa" w:w="2310"/>
            <w:vMerge/>
            <w:tcBorders/>
          </w:tcPr>
          <w:p/>
        </w:tc>
        <w:tc>
          <w:tcPr>
            <w:tcW w:type="dxa" w:w="35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6" w:after="0"/>
              <w:ind w:left="526" w:right="52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thiện là ngƣời thầy của ngƣời bất thiện;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bất thiện là tài sản hữu dụng của ngƣời thiện.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(Khi bậc thánh nhân giáo hóa và uốn nắn họ, khiến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quay đầu và hƣớng thiện, tất có thể phát huy đƣợc tiềm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năng của họ.)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8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~ 198 ~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為國家者，見惡，如農夫之務去草焉，芟夷蘊崇之</w:t>
      </w:r>
    </w:p>
    <w:p>
      <w:pPr>
        <w:autoSpaceDN w:val="0"/>
        <w:autoSpaceDE w:val="0"/>
        <w:widowControl/>
        <w:spacing w:line="282" w:lineRule="exact" w:before="80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，絕其本根，勿使能殖，則善者信矣。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35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1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（後補卷四 </w:t>
            </w:r>
          </w:p>
        </w:tc>
        <w:tc>
          <w:tcPr>
            <w:tcW w:type="dxa" w:w="23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春秋左氏傳上）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trị vì đất nƣớc khi thấy hành vi xấu ác cũng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ngƣời nông dân ra sức để trừ cỏ, cắt bỏ chúng </w:t>
      </w:r>
    </w:p>
    <w:p>
      <w:pPr>
        <w:autoSpaceDN w:val="0"/>
        <w:autoSpaceDE w:val="0"/>
        <w:widowControl/>
        <w:spacing w:line="346" w:lineRule="exact" w:before="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vun gọn lại, đào hết gốc cũ của chúng, không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sinh sôi trở lại, nhƣ vậy hành vi thiện tất sẽ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lan rộng.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(Bổ sung cuốn 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Thị Truyện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Thƣợng) </w:t>
      </w:r>
    </w:p>
    <w:p>
      <w:pPr>
        <w:autoSpaceDN w:val="0"/>
        <w:autoSpaceDE w:val="0"/>
        <w:widowControl/>
        <w:spacing w:line="334" w:lineRule="exact" w:before="31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TRI NHÂN [ĐÁNH GIÁ CON NGƯỜI] </w:t>
      </w:r>
    </w:p>
    <w:p>
      <w:pPr>
        <w:autoSpaceDN w:val="0"/>
        <w:autoSpaceDE w:val="0"/>
        <w:widowControl/>
        <w:spacing w:line="388" w:lineRule="exact" w:before="21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199 ~ </w:t>
      </w:r>
    </w:p>
    <w:p>
      <w:pPr>
        <w:autoSpaceDN w:val="0"/>
        <w:autoSpaceDE w:val="0"/>
        <w:widowControl/>
        <w:spacing w:line="282" w:lineRule="exact" w:before="286" w:after="42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當堯之時，舜為司徒，契為司馬，禹為司空，后稷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080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0" w:lineRule="exact" w:before="0" w:after="0"/>
              <w:ind w:left="14" w:right="48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為田疇，夔為樂正，倕為工師，伯夷為秩宗，皋陶為大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理，益掌驅禽。堯不能為一焉。堯為君，而九子者為臣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，其何故也？堯知九職之事，使九子各受其事，皆勝其</w:t>
            </w:r>
          </w:p>
        </w:tc>
      </w:tr>
      <w:tr>
        <w:trPr>
          <w:trHeight w:hRule="exact" w:val="376"/>
        </w:trPr>
        <w:tc>
          <w:tcPr>
            <w:tcW w:type="dxa" w:w="289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任以成功，堯遂乘成功</w:t>
            </w:r>
          </w:p>
        </w:tc>
        <w:tc>
          <w:tcPr>
            <w:tcW w:type="dxa" w:w="397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（本書乘成功作成厥功）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以王天下。是故知</w:t>
            </w:r>
          </w:p>
        </w:tc>
      </w:tr>
    </w:tbl>
    <w:p>
      <w:pPr>
        <w:autoSpaceDN w:val="0"/>
        <w:autoSpaceDE w:val="0"/>
        <w:widowControl/>
        <w:spacing w:line="344" w:lineRule="exact" w:before="0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人者主道也，知事者臣道也。主道知人，臣道知事，毋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亂舊法，而天下治矣。</w:t>
      </w:r>
      <w:r>
        <w:rPr>
          <w:rFonts w:ascii="新细明体" w:hAnsi="新细明体" w:eastAsia="新细明体"/>
          <w:b w:val="0"/>
          <w:i w:val="0"/>
          <w:color w:val="000000"/>
          <w:sz w:val="22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1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（卷四十三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说苑）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vua Nghiêu trị vì đất nƣớc, Thuấn làm tƣ đồ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chuyên trách việc giáo hóa, Tiết làm tƣ mã chuyên trách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binh, Vũ làm tƣ không chuyên trách về công trình,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Hậu Tắc làm quan chuyên cai quản việc canh tác, Qùy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quan chuyên trách về âm nhạc, Thùy làm công trình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sƣ chuyên trách các công trình và chỉ dạy những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thợ, Bá Di làm quan chuyên trách việc tế lễ ở tông miếu,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Dao làm quan bộ hình chuyên trách về hình phạt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lệnh, Ích chuyên trách về núi sông và phụ trách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đánh đuổi thú dữ. Vua Nghiêu không thể đảm </w:t>
      </w:r>
    </w:p>
    <w:p>
      <w:pPr>
        <w:autoSpaceDN w:val="0"/>
        <w:autoSpaceDE w:val="0"/>
        <w:widowControl/>
        <w:spacing w:line="346" w:lineRule="exact" w:before="1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nhiệm bất cứ công việc nào trong đó, nhƣng vua Nghiêu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quân vƣơng, còn chín vị còn lại đều làm hạ thần,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duyên cớ là gì vậy? Vua Nghiêu hiểu đƣợc tính chất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nhƣ nội dung của chín nhiệm vụ này và để chín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phụ trách từng nhiệm vụ tƣơng xứng với họ, chín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này đều thành thạo và hoàn thành nhiệm vụ,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vua Nghiêu cũng nhờ vào công lao của họ mà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tựu đƣợc đại nghiệp trị vì thiên hạ. Bởi vậy, hiểu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giao việc đúng ngƣời là đạo lý của bậc quân vƣơng,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 việc và làm đƣợc việc là đạo lý của hạ thần.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quân vƣơng phải hiểu ngƣời và biết cách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còn ngƣời làm hạ thần phải biết việc và làm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việc, không đƣợc làm rối loạn kỷ cƣơng vốn đã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rồi thiên hạ tất sẽ thái bình.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200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自古人君莫不願得忠賢而用之也。既得之，莫不訪</w:t>
      </w:r>
    </w:p>
    <w:p>
      <w:pPr>
        <w:autoSpaceDN w:val="0"/>
        <w:autoSpaceDE w:val="0"/>
        <w:widowControl/>
        <w:spacing w:line="364" w:lineRule="exact" w:before="2" w:after="18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之於眾人也。忠於君者，豈能必利於人？茍無利於人，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又何能保譽於人哉？故常願之於心，而常先之於人也。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非願之之不篤而失之也，所以定之之術非也。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劉廙政論）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xƣa đến nay, bậc quân vƣơng có ai lại không </w:t>
      </w:r>
    </w:p>
    <w:p>
      <w:pPr>
        <w:autoSpaceDN w:val="0"/>
        <w:autoSpaceDE w:val="0"/>
        <w:widowControl/>
        <w:spacing w:line="362" w:lineRule="exact" w:before="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mong có đƣợc bậc sĩ trung thành, tài ba và đức độ để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 chứ. Thế nhƣng, sau khi trọng dụng, (bởi </w:t>
      </w:r>
    </w:p>
    <w:p>
      <w:pPr>
        <w:autoSpaceDN w:val="0"/>
        <w:autoSpaceDE w:val="0"/>
        <w:widowControl/>
        <w:spacing w:line="346" w:lineRule="exact" w:before="3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hoài nghi liệu có trung thành, tài ba và đức độ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không) rồi không ai mà không cử ngƣời đi thăm dò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 từ nhiều ngƣời. Ngƣời trung thành với quân vƣơng,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lẽ nào có thể khiến mọi việc đều có lợi cho ngƣời khác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không? Giả nhƣ không có lợi cho họ, vậy sao có thể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tiếng tốt ở trƣớc mọi ngƣời đây? Bởi vậy,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thâm tâm của quân vƣơng thƣờng mong muốn có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tài trung thành, nhƣng lại luôn để mất họ.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bởi tâm mong muốn có đƣợc ngƣời tài của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không chân thành mà để mất họ, mà do phƣơng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nhận định ngƣời tài năng đức độ và trung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đúng đắn.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Lưu Dực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201 ~ </w:t>
      </w:r>
    </w:p>
    <w:p>
      <w:pPr>
        <w:autoSpaceDN w:val="0"/>
        <w:autoSpaceDE w:val="0"/>
        <w:widowControl/>
        <w:spacing w:line="282" w:lineRule="exact" w:before="29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夫孝行著於家門，豈不忠恪於在官乎？仁恕稱於九</w:t>
      </w:r>
    </w:p>
    <w:p>
      <w:pPr>
        <w:autoSpaceDN w:val="0"/>
        <w:autoSpaceDE w:val="0"/>
        <w:widowControl/>
        <w:spacing w:line="364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族，豈不達於為政乎？義斷行於鄉黨，豈不堪於事任乎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（卷二十五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魏志上）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đạo hiếu của một ngƣời sáng ngời trong gia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tộc, một khi làm quan sao có thể không trung thành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bất kính chứ? Nếu tấm lòng khoan dung nhân hậu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ngƣời đƣợc nhiều ngƣời trong cả dòng họ khen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ngợi, một khi làm quan sao có thể không giỏi việc trị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chứ? Nếu một ngƣời có thể nhận định sự việc một cách </w:t>
      </w:r>
    </w:p>
    <w:p>
      <w:pPr>
        <w:autoSpaceDN w:val="0"/>
        <w:autoSpaceDE w:val="0"/>
        <w:widowControl/>
        <w:spacing w:line="346" w:lineRule="exact" w:before="3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tâm nơi xóm làng, một khi làm quan sao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đảm đƣơng đƣợc chức vị chứ?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Ngụy Chí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202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富貴者，觀其有禮施；貧窮者，觀其有德守；嬖寵</w:t>
      </w:r>
    </w:p>
    <w:p>
      <w:pPr>
        <w:autoSpaceDN w:val="0"/>
        <w:autoSpaceDE w:val="0"/>
        <w:widowControl/>
        <w:spacing w:line="364" w:lineRule="exact" w:before="0" w:after="182"/>
        <w:ind w:left="30" w:right="9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者，觀其不驕奢；隱約者，觀其不懾懼。其少者，觀其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恭敬好學而能弟；其壯者，觀其潔廉務行而勝其私；其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老者，觀其思慎、彊其所不足而不踰。父子之間，觀其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慈孝；兄弟之間，觀其和友；君臣之間，觀其忠惠；鄉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黨之間，觀其信誠。設之以謀，以觀其智；示之以難，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以觀其勇；煩之以事，以觀其治；臨之以利，以觀其不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貪；濫之以樂，以觀其不荒。喜之以觀其輕，怒之以觀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其重，醉之以觀其失，縱之以觀其常，遠之以觀其不貳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，昵之以觀其不狎。復徵其言，以觀其精；曲省其行，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以觀其備。此之謂觀誠。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（卷八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周書）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ngƣời giàu sang, phải xem cử chỉ của họ liệu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lễ phép và vui với việc ban ân huệ hay không;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nghèo khổ, phải xem liệu họ có đức hạnh và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khí tiết hay không; với ngƣời đƣợc ân sủng, phải xem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liệu họ có khiêm nhƣờng và tằn tiện hay không;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trong hoàn cảnh khốn cùng, phải xem liệu họ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nhát gan khiếp sợ hay không. Với ngƣời trẻ tuổi,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liệu họ có thái độ cung kính, hiếu học và tâm kính </w:t>
      </w:r>
    </w:p>
    <w:p>
      <w:pPr>
        <w:autoSpaceDN w:val="0"/>
        <w:autoSpaceDE w:val="0"/>
        <w:widowControl/>
        <w:spacing w:line="346" w:lineRule="exact" w:before="3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65"/>
        <w:gridCol w:w="3465"/>
      </w:tblGrid>
      <w:tr>
        <w:trPr>
          <w:trHeight w:hRule="exact" w:val="200"/>
        </w:trPr>
        <w:tc>
          <w:tcPr>
            <w:tcW w:type="dxa" w:w="3466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65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bậc tiền bối hay không; với ngƣời đang ở thời kỳ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rực rỡ nhất, phải xem liệu họ có liêm khiết, cầu thị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kiềm chế đƣợc dục vọng cá nhân hay không; với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tuổi, phải xem tƣ duy của họ liệu có cẩn trọng, cần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mẫn bù đắp những điểm chƣa hoàn thiện của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không sống tạm bợ qua loa hay không. Giữa cha mẹ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con cái, phải xem liệu họ có nhân từ và hiếu thảo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không; giữa anh chị em, phải xem liệu họ có hòa thuận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thân ái hay không; giữa vua tôi, phải xem họ liệu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nghĩa và nhân ái hay không; trong quan hệ tình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làng nghĩa xóm, phải xem liệu họ có thành tín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không. Để họ thực thi một kế sách nào đó và qua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sát trí tuệ của họ; đem khó khăn bày ra trƣớc mắt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qua đó quan sát dũng khí của họ; giao cho họ xử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việc rắc rối và qua đó đánh giá khả năng xử lý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họ; để họ đối mặt với thứ danh lợi nào đó và qua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sát liệu họ có không tham lam hay không; để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chìm đắm trong cảnh hƣởng lạc và qua đó quan sát liệu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có phóng túng mê loạn hay không. Khiến họ vui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sƣớng và xem liệu họ có phù phiếm hay không;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tức giận và xem liệu họ có điềm đạm hay không;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uống rƣợu say và xem liệu họ có mất đi phong thái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cẩn hay không; để họ đảm nhiệm một số nhiệm vụ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xem liệu họ có vẫn nhất quán tuân thủ chuẩn mực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hành vi hay không; rời xa họ và xem liệu họ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thành và trƣớc sau không đổi hay không; gần gũi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và xem liệu họ có khinh xuất và thất lễ hay không.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Kiểm chứng kỹ lời họ đã nói và xem liệu họ có học vấn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chân thật hay không; suy xét tƣờng tận hành vi của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xem liệu họ có đức hạnh hay không. Những điều này </w:t>
      </w:r>
    </w:p>
    <w:p>
      <w:pPr>
        <w:autoSpaceDN w:val="0"/>
        <w:autoSpaceDE w:val="0"/>
        <w:widowControl/>
        <w:spacing w:line="346" w:lineRule="exact" w:before="2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tổng quát lại và đƣợc gọi là „quán thành‟ (truy xét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tế). </w:t>
      </w:r>
    </w:p>
    <w:p>
      <w:pPr>
        <w:autoSpaceDN w:val="0"/>
        <w:autoSpaceDE w:val="0"/>
        <w:widowControl/>
        <w:spacing w:line="400" w:lineRule="exact" w:before="242" w:after="0"/>
        <w:ind w:left="104" w:right="10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2974" w:right="297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203 ~ </w:t>
      </w:r>
    </w:p>
    <w:p>
      <w:pPr>
        <w:autoSpaceDN w:val="0"/>
        <w:autoSpaceDE w:val="0"/>
        <w:widowControl/>
        <w:spacing w:line="282" w:lineRule="exact" w:before="300" w:after="0"/>
        <w:ind w:left="180" w:right="18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蓋有非常之功，必待非常之人，故馬或奔踶而致千</w:t>
      </w:r>
    </w:p>
    <w:p>
      <w:pPr>
        <w:autoSpaceDN w:val="0"/>
        <w:autoSpaceDE w:val="0"/>
        <w:widowControl/>
        <w:spacing w:line="364" w:lineRule="exact" w:before="0" w:after="182"/>
        <w:ind w:left="30" w:right="18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里，士或有負俗之累而立功名。夫泛駕之馬，跅弛之士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，亦在御之而已。其令州郡察吏民有茂材異等可為將相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及使絕國者。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507"/>
        <w:gridCol w:w="3507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04" w:right="20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（後補卷十三 </w:t>
            </w:r>
          </w:p>
        </w:tc>
        <w:tc>
          <w:tcPr>
            <w:tcW w:type="dxa" w:w="14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54" w:right="5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漢書一）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106" w:right="10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(Hán Vũ Đế khi hạ chiếu chỉ, viết rằng:) Phàm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lập nên sự nghiệp phi thƣờng, buộc phải đợi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phi thƣờng. Bởi vậy, có loài ngựa phi điên cuồng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hay đá ngƣời, nhƣng lại có thể phi nhanh đến nghìn dặm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lại có kẻ sĩ vì không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hòa mình với thế tục mà bị đàm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tiếu, nhƣng có thể tạo dựng công danh. Đối với loài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ngựa chƣa đƣợc thuần hóa và những con ngƣời phóng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túng chƣa đƣợc thuần phục, mấu chốt là ở việc sử dụng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nhƣ thế nào mà thôi. Nay lệnh cho quan viên tại địa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ở các châu huyện khắp nơi phải lƣu tâm tìm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và tiến cử ngƣời có tài năng đặc biệt trong hàng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viên và thần dân, để có thể ra làm tƣớng lĩnh và 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sứ ở bên ngoài. </w:t>
      </w:r>
    </w:p>
    <w:p>
      <w:pPr>
        <w:autoSpaceDN w:val="0"/>
        <w:autoSpaceDE w:val="0"/>
        <w:widowControl/>
        <w:spacing w:line="400" w:lineRule="exact" w:before="244" w:after="0"/>
        <w:ind w:left="104" w:right="10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(Bổ sung cuốn 13.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1) </w:t>
      </w:r>
    </w:p>
    <w:p>
      <w:pPr>
        <w:autoSpaceDN w:val="0"/>
        <w:autoSpaceDE w:val="0"/>
        <w:widowControl/>
        <w:spacing w:line="346" w:lineRule="exact" w:before="466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194 </w:t>
      </w:r>
    </w:p>
    <w:p>
      <w:pPr>
        <w:sectPr>
          <w:pgSz w:w="9072" w:h="13608"/>
          <w:pgMar w:top="464" w:right="95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204 ~ </w:t>
      </w:r>
    </w:p>
    <w:p>
      <w:pPr>
        <w:autoSpaceDN w:val="0"/>
        <w:autoSpaceDE w:val="0"/>
        <w:widowControl/>
        <w:spacing w:line="280" w:lineRule="exact" w:before="300" w:after="0"/>
        <w:ind w:left="90" w:right="9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夫陰陽和，歲乃豐；君臣同心，化乃成也。其刺史</w:t>
      </w:r>
    </w:p>
    <w:p>
      <w:pPr>
        <w:autoSpaceDN w:val="0"/>
        <w:autoSpaceDE w:val="0"/>
        <w:widowControl/>
        <w:spacing w:line="362" w:lineRule="exact" w:before="4" w:after="10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太守以下，拜除京師，及道出洛陽者，宜皆召見，可因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博問四方，兼以觀察其人。諸上書言事，有不合者，可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但報歸田里，不宜過加喜怒，以明在寬也。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45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（卷二十二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後漢書二）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(Đệ Ngũ Luận khi dâng sớ, viết rằng:) Khi âm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dƣơng điều hòa, tất sẽ có mùa màng bội thu; khi vua tôi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lòng và cùng có đức hạnh, việc giáo hóa mới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hiệu quả! Đối với hàng quan viên từ thứ sử, thái thú trở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xuống đều đƣợc phong làm quan triều đình. Đối với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sứ giả đƣợc cử đi sứ ở ngoài kinh đô Lạc Dƣơng, bệ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nên triệu kiến, để có thể qua đó tìm hiểu tình hình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bốn phƣơng, đồng thời quan sát đức hạnh và tài năng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họ. Còn đối với các vị quan viên dâng sớ tấu trình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việc không đúng với sự thật, có thể để họ trở về quê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nhà, không nên dựa vào cảm xúc một cách thái quá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 thi hành hình phạt, qua đó cho thấy việc thi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lệnh là rất khoan dung.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Hậu 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Tập 2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27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NHẬM SỬ [BỔ NHIỆM] </w:t>
      </w:r>
    </w:p>
    <w:p>
      <w:pPr>
        <w:autoSpaceDN w:val="0"/>
        <w:autoSpaceDE w:val="0"/>
        <w:widowControl/>
        <w:spacing w:line="416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205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以天下之目視，以天下之耳聽，以天下之智慮，以</w:t>
      </w:r>
    </w:p>
    <w:p>
      <w:pPr>
        <w:autoSpaceDN w:val="0"/>
        <w:autoSpaceDE w:val="0"/>
        <w:widowControl/>
        <w:spacing w:line="282" w:lineRule="exact" w:before="8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天下之力爭，故號令能下究，而臣情得上聞，百官脩通</w:t>
      </w:r>
    </w:p>
    <w:p>
      <w:pPr>
        <w:autoSpaceDN w:val="0"/>
        <w:autoSpaceDE w:val="0"/>
        <w:widowControl/>
        <w:spacing w:line="346" w:lineRule="exact" w:before="4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65"/>
        <w:gridCol w:w="3465"/>
      </w:tblGrid>
      <w:tr>
        <w:trPr>
          <w:trHeight w:hRule="exact" w:val="496"/>
        </w:trPr>
        <w:tc>
          <w:tcPr>
            <w:tcW w:type="dxa" w:w="6864"/>
            <w:gridSpan w:val="2"/>
            <w:tcBorders>
              <w:top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，群臣輻湊。喜不以賞賜，怒不以罪誅，法令察而不苛</w:t>
            </w:r>
          </w:p>
        </w:tc>
      </w:tr>
      <w:tr>
        <w:trPr>
          <w:trHeight w:hRule="exact" w:val="376"/>
        </w:trPr>
        <w:tc>
          <w:tcPr>
            <w:tcW w:type="dxa" w:w="1182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，耳目通</w:t>
            </w:r>
          </w:p>
        </w:tc>
        <w:tc>
          <w:tcPr>
            <w:tcW w:type="dxa" w:w="5682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（通作聰）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而不暗，善否之情，日陳於前而不逆，</w:t>
            </w:r>
          </w:p>
        </w:tc>
      </w:tr>
    </w:tbl>
    <w:p>
      <w:pPr>
        <w:autoSpaceDN w:val="0"/>
        <w:autoSpaceDE w:val="0"/>
        <w:widowControl/>
        <w:spacing w:line="342" w:lineRule="exact" w:before="0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賢者盡其智，不肖者竭其力，近者安其性，遠者懷其德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，用人之道也。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con mắt của ngƣời trong thiên hạ để quán sát,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tai của ngƣời trong thiên hạ để lắng nghe, dùng trí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tuệ của ngƣời trong thiên hạ để suy ngẫm, dùng sức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 của ngƣời trong thiên hạ để mang lại hạnh phúc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họ, bởi vậy mà mệnh lệnh đƣợc thực thi thấu đáo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triệt để, tình hình của ngƣời dân đƣợc bẩm báo lên trên,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 quan lại tấu trình qua từng cấp bậc và lên đến tận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vƣơng, quần thần bảo vệ quân vƣơng nhƣ thể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nan hoa hội tụ ở tâm của trục bánh xe.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sẽ không vì hân hoan mà ban thƣởng,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vì tức giận mà trách phạt. Từ đó, luật pháp rõ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ràng mà không hà khắc, quán sát và lắng nghe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sáng tỏ mà không mờ ám, tình hình tốt xấu hàng ngày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đƣợc trình báo lên trên mà không bị cự tuyệt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 trở, từ đó khiến ngƣời tài năng đức độ có thể phát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huy hết trí tuệ và ngƣời dân thƣờng đƣợc vận dụng hết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sức lực, ngƣời ở nơi gần đƣợc sống an định, còn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nơi xa lại ghi nhớ ân đức của bậc quân vƣơng.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kết quả từ việc họ đã nắm vững đƣợc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ngƣời vậy.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70" w:right="17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2974" w:right="297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206 ~ </w:t>
      </w:r>
    </w:p>
    <w:p>
      <w:pPr>
        <w:autoSpaceDN w:val="0"/>
        <w:autoSpaceDE w:val="0"/>
        <w:widowControl/>
        <w:spacing w:line="306" w:lineRule="exact" w:before="274" w:after="0"/>
        <w:ind w:left="230" w:right="23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子曰：『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無為而治者，其舜也與？夫何為哉？恭己</w:t>
      </w:r>
    </w:p>
    <w:p>
      <w:pPr>
        <w:autoSpaceDN w:val="0"/>
        <w:autoSpaceDE w:val="0"/>
        <w:widowControl/>
        <w:spacing w:line="308" w:lineRule="exact" w:before="58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正南面而已矣。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言任官得其人。故無為也。 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』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533"/>
        <w:gridCol w:w="3533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156" w:right="15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từng nói: “Ngƣời mà có thể vô vi mà trị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vì, đó là vua Thuấn chăng? Ông ấy đã làm những gì vậy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?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Chỉ là giữ tâm cung kính đối vớ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i tất cả ngƣời - sự  - vật,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 an tọa ở ngôi vị của bậc thiên tử mà thôi.” (Điều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nói rằng, vua Thuấn có thể nhìn ngƣời và rất giỏi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việc dùng ngƣời, trọng dụng ngƣời mà không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thân đi làm, bởi vậy Khổng Tử xƣng tán ngài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danh xƣng “vô vi mà trị vì”.) </w:t>
      </w:r>
    </w:p>
    <w:p>
      <w:pPr>
        <w:autoSpaceDN w:val="0"/>
        <w:autoSpaceDE w:val="0"/>
        <w:widowControl/>
        <w:spacing w:line="400" w:lineRule="exact" w:before="240" w:after="0"/>
        <w:ind w:left="156" w:right="15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2974" w:right="297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207 ~ </w:t>
      </w:r>
    </w:p>
    <w:p>
      <w:pPr>
        <w:autoSpaceDN w:val="0"/>
        <w:autoSpaceDE w:val="0"/>
        <w:widowControl/>
        <w:spacing w:line="280" w:lineRule="exact" w:before="302" w:after="28"/>
        <w:ind w:left="232" w:right="23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周公戒於王曰：『文王罔攸兼于庶言、庶獄、庶慎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55"/>
        <w:gridCol w:w="2355"/>
        <w:gridCol w:w="2355"/>
      </w:tblGrid>
      <w:tr>
        <w:trPr>
          <w:trHeight w:hRule="exact" w:val="362"/>
        </w:trPr>
        <w:tc>
          <w:tcPr>
            <w:tcW w:type="dxa" w:w="225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，惟有司之牧夫。</w:t>
            </w:r>
          </w:p>
        </w:tc>
        <w:tc>
          <w:tcPr>
            <w:tcW w:type="dxa" w:w="322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』</w:t>
            </w:r>
          </w:p>
        </w:tc>
        <w:tc>
          <w:tcPr>
            <w:tcW w:type="dxa" w:w="4354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 文王無所兼知於毀譽眾言，及眾刑獄，眾所當慎之事，惟慎擇有司牧</w:t>
            </w:r>
          </w:p>
        </w:tc>
      </w:tr>
    </w:tbl>
    <w:p>
      <w:pPr>
        <w:autoSpaceDN w:val="0"/>
        <w:autoSpaceDE w:val="0"/>
        <w:widowControl/>
        <w:spacing w:line="140" w:lineRule="exact" w:before="30" w:after="26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夫而已。勞於求才，逸於任賢。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533"/>
        <w:gridCol w:w="3533"/>
      </w:tblGrid>
      <w:tr>
        <w:trPr>
          <w:trHeight w:hRule="exact" w:val="69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158" w:right="15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Công khuyên răn Thành Vƣơng rằng: “Văn </w:t>
      </w:r>
    </w:p>
    <w:p>
      <w:pPr>
        <w:autoSpaceDN w:val="0"/>
        <w:autoSpaceDE w:val="0"/>
        <w:widowControl/>
        <w:spacing w:line="380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khi còn tại vị không hề kiêm nhiệm những việc </w:t>
      </w:r>
    </w:p>
    <w:p>
      <w:pPr>
        <w:autoSpaceDN w:val="0"/>
        <w:autoSpaceDE w:val="0"/>
        <w:widowControl/>
        <w:spacing w:line="346" w:lineRule="exact" w:before="348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02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liên quan đến dƣ luận xã hội, các vụ án hay kiện tụng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nhƣ các việc khuyên răn cảnh cáo. Tất cả đều do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quan viên chủ quản ở bên dƣới đảm nhiệm.”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208 ~ </w:t>
      </w:r>
    </w:p>
    <w:p>
      <w:pPr>
        <w:autoSpaceDN w:val="0"/>
        <w:autoSpaceDE w:val="0"/>
        <w:widowControl/>
        <w:spacing w:line="282" w:lineRule="exact" w:before="29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明王之使人有五：一曰以大體期之，二曰要其成功</w:t>
      </w:r>
    </w:p>
    <w:p>
      <w:pPr>
        <w:autoSpaceDN w:val="0"/>
        <w:autoSpaceDE w:val="0"/>
        <w:widowControl/>
        <w:spacing w:line="364" w:lineRule="exact" w:before="0" w:after="182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，三曰忠信不疑，四曰至公無私，五曰與天下同憂。以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大體期之，則臣自重；要其成功，則臣勤懼；忠信不疑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，則臣盡節；至公無私，則臣盡情；與天下同憂，則臣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盡死。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3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minh quân khi dùng ngƣời có năm điểm trọng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yếu nhƣ sau: </w:t>
      </w:r>
    </w:p>
    <w:p>
      <w:pPr>
        <w:autoSpaceDN w:val="0"/>
        <w:autoSpaceDE w:val="0"/>
        <w:widowControl/>
        <w:spacing w:line="412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biết nguyên tắc căn bản của luân lý để </w:t>
      </w:r>
    </w:p>
    <w:p>
      <w:pPr>
        <w:autoSpaceDN w:val="0"/>
        <w:autoSpaceDE w:val="0"/>
        <w:widowControl/>
        <w:spacing w:line="356" w:lineRule="exact" w:before="0" w:after="0"/>
        <w:ind w:left="956" w:right="9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kỳ vọng; </w:t>
      </w:r>
    </w:p>
    <w:p>
      <w:pPr>
        <w:autoSpaceDN w:val="0"/>
        <w:autoSpaceDE w:val="0"/>
        <w:widowControl/>
        <w:spacing w:line="362" w:lineRule="exact" w:before="6" w:after="0"/>
        <w:ind w:left="596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Mong muốn hạ thần gây dựng cơ nghiệp;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 nhiệm hạ thần mà không hề hoài nghi;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có thể chí công vô tƣ;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Chia ngọt sẻ bùi, đồng kham cộng khổ với thần </w:t>
      </w:r>
    </w:p>
    <w:p>
      <w:pPr>
        <w:autoSpaceDN w:val="0"/>
        <w:autoSpaceDE w:val="0"/>
        <w:widowControl/>
        <w:spacing w:line="356" w:lineRule="exact" w:before="0" w:after="0"/>
        <w:ind w:left="956" w:right="9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trong thiên hạ.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có thể nhận biết nguyên tắc cốt lõi của luân lý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cùng kỳ vọng, hạ thần sẽ cẩn trọng trong lời ăn tiếng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và trong hành động; khi mong muốn họ gây dựng </w:t>
      </w:r>
    </w:p>
    <w:p>
      <w:pPr>
        <w:autoSpaceDN w:val="0"/>
        <w:autoSpaceDE w:val="0"/>
        <w:widowControl/>
        <w:spacing w:line="346" w:lineRule="exact" w:before="1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cơ đồ, hạ thần sẽ trở nên cần mẫn và kính nể;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hạ thần mà có thể vững tin và không hề lay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chuyển, họ sẽ đem hết chí nguyện mà cống hiến; nếu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chí công vô tƣ, hạ thần sẽ tận tâm tận lực; nếu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chia ngọt sẻ bùi, đồng kham cộng khổ với muôn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hạ, hạ thần sẽ đem cả tính mạng của mình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tận trung.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67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209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夫唯信而後可以使人。昔者齊威王，使章子將而伐</w:t>
      </w:r>
    </w:p>
    <w:p>
      <w:pPr>
        <w:autoSpaceDN w:val="0"/>
        <w:autoSpaceDE w:val="0"/>
        <w:widowControl/>
        <w:spacing w:line="362" w:lineRule="exact" w:before="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魏，人言其反者三，威王不應也。自是之後，為齊將者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，無有自疑之心，是以兵強於終始也。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3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khi tín nhiệm ngƣời, rồi sau mới có thể trọng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ngƣời. Trƣớc kia, khi Tề Uy Vƣơng phong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Chƣơng Tử làm đại tƣớng để đi chinh phạt nƣớc Ngụy,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ta nhiều lần nói rằng Chƣơng Tử sẽ tạo phản,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Tề Uy Vƣơng đều không tin nghe. Kể từ đó,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làm tƣớng quân của nƣớc Tề đều không còn nỗi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 vì bị hoài nghi nữa, bởi vậy mà quân đội của nƣớc Tề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sau đều rất vững mạnh.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210 ~ </w:t>
      </w:r>
    </w:p>
    <w:p>
      <w:pPr>
        <w:autoSpaceDN w:val="0"/>
        <w:autoSpaceDE w:val="0"/>
        <w:widowControl/>
        <w:spacing w:line="280" w:lineRule="exact" w:before="300" w:after="42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賢主之用人，猶巧匠制木，大小脩短，皆得所宜；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54"/>
        </w:trPr>
        <w:tc>
          <w:tcPr>
            <w:tcW w:type="dxa" w:w="6866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規矩方圓，各有所施；殊形異材，莫不可得而用也。天</w:t>
            </w:r>
          </w:p>
        </w:tc>
      </w:tr>
      <w:tr>
        <w:trPr>
          <w:trHeight w:hRule="exact" w:val="374"/>
        </w:trPr>
        <w:tc>
          <w:tcPr>
            <w:tcW w:type="dxa" w:w="2844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下之物，莫凶於奚毒，</w:t>
            </w:r>
          </w:p>
        </w:tc>
        <w:tc>
          <w:tcPr>
            <w:tcW w:type="dxa" w:w="4022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奚毒，附子。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然而良醫橐而藏之，有所</w:t>
            </w:r>
          </w:p>
        </w:tc>
      </w:tr>
    </w:tbl>
    <w:p>
      <w:pPr>
        <w:autoSpaceDN w:val="0"/>
        <w:autoSpaceDE w:val="0"/>
        <w:widowControl/>
        <w:spacing w:line="280" w:lineRule="exact" w:before="42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用也。是故竹木草莽之材，猶有不棄者，而又況人乎！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45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chủ tài ba đức độ khi trọng dụng nhân tài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ngƣời thợ có tài nghệ cao siêu thực hiện việc cắt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gỗ, dẫu có lớn nhỏ hay dài ngắn đều đƣợc tận dụng;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thƣớc đo để khiến cho vuông tròn và đều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rất vừa vặn; dẫu là loại gỗ có hình dạng kỳ lạ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chất liệu đặc thù, cũng không có thứ nào mà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dùng. Trong các loài thực vật trong thiên hạ,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loài nào có độc tính mạnh hơn phụ tử, nhƣng lƣơng y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đem chúng để vào túi và cất giữ, bởi chúng có tác dụng.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 vậy, đến loài tre gỗ hay cỏ dại mà vẫn không bị phế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bỏ, huống chi là con ngƣời chứ!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211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夫有不急之官，則有不急之祿，國之蛑賊也。明主</w:t>
      </w:r>
    </w:p>
    <w:p>
      <w:pPr>
        <w:autoSpaceDN w:val="0"/>
        <w:autoSpaceDE w:val="0"/>
        <w:widowControl/>
        <w:spacing w:line="364" w:lineRule="exact" w:before="2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設官，使人當於事。人當於事，則吏少而民多。民多則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歸農者眾，吏少則所奉者寡。使吏祿厚則養足，則無求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於民。無求於民，姦軌息矣。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628"/>
        </w:trPr>
        <w:tc>
          <w:tcPr>
            <w:tcW w:type="dxa" w:w="33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346" w:lineRule="exact" w:before="1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08" w:right="10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có chức quan không cần thiết, tất sẽ có bổng </w:t>
      </w:r>
    </w:p>
    <w:p>
      <w:pPr>
        <w:autoSpaceDN w:val="0"/>
        <w:autoSpaceDE w:val="0"/>
        <w:widowControl/>
        <w:spacing w:line="362" w:lineRule="exact" w:before="0" w:after="0"/>
        <w:ind w:left="30" w:right="9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lộc không cần thiết, đây là loài sâu hại của đất nƣớc.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chủ anh minh khi bổ nhiệm quan viên, phải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 ngƣời tƣơng xứng với khối lƣợng việc triều chính.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số ngƣời và khối lƣợng công việc tƣơng xƣớng,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khiến số lƣợng quan viên giảm đi và ngƣời dân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lên. Khi số lƣợng ngƣời dân tăng, ngƣời làm nghề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nông sẽ nhiều; nếu quan lại giảm, ngƣời nhận bổng lộc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giảm. Nếu để quan viên đƣợc nhận bổng lộc dƣ dả,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sẽ đủ để chu cấp cho gia đình, nhƣ vậy quan lại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còn bòn mót từ trong dân nữa. Khi không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bòn mót từ trong dân, những việc phạm pháp và nhiễu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 sẽ chấm dứt. </w:t>
      </w:r>
    </w:p>
    <w:p>
      <w:pPr>
        <w:autoSpaceDN w:val="0"/>
        <w:autoSpaceDE w:val="0"/>
        <w:widowControl/>
        <w:spacing w:line="400" w:lineRule="exact" w:before="242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212 ~ </w:t>
      </w:r>
    </w:p>
    <w:p>
      <w:pPr>
        <w:autoSpaceDN w:val="0"/>
        <w:autoSpaceDE w:val="0"/>
        <w:widowControl/>
        <w:spacing w:line="306" w:lineRule="exact" w:before="276" w:after="0"/>
        <w:ind w:left="166" w:right="16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凡官民材，必先論之。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論，謂考其德行、道藝也。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論辯然後使之</w:t>
      </w:r>
    </w:p>
    <w:p>
      <w:pPr>
        <w:autoSpaceDN w:val="0"/>
        <w:autoSpaceDE w:val="0"/>
        <w:widowControl/>
        <w:spacing w:line="306" w:lineRule="exact" w:before="60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辨，謂考問得其定也。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任事然後爵之，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爵，謂正其秩次。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位定然後祿之。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502"/>
        <w:gridCol w:w="3502"/>
      </w:tblGrid>
      <w:tr>
        <w:trPr>
          <w:trHeight w:hRule="exact" w:val="61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2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là tuyển chọn ngƣời tài từ quần chúng để ra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quan, trƣớc tiên buộc phải đánh giá đức hạnh và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năng. Sau khi đã đánh giá đức hạnh và tài năng, tức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có thể phân công họ đảm nhiệm một nhiệm vụ nhất định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Khi có thể đảm đƣơn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 đƣợc nhiệm vụ đã phân công, </w:t>
      </w:r>
    </w:p>
    <w:p>
      <w:pPr>
        <w:autoSpaceDN w:val="0"/>
        <w:autoSpaceDE w:val="0"/>
        <w:widowControl/>
        <w:spacing w:line="346" w:lineRule="exact" w:before="108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6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chính thức ban cho họ địa vị. Sau khi địa vị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xác định, mới ban cho bổng lộc tƣơng xứng.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213 ~ </w:t>
      </w:r>
    </w:p>
    <w:p>
      <w:pPr>
        <w:autoSpaceDN w:val="0"/>
        <w:autoSpaceDE w:val="0"/>
        <w:widowControl/>
        <w:spacing w:line="306" w:lineRule="exact" w:before="258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凡使賢不肖異。使不肖以賞罰，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不肖者喜生惡死，則可使也矣。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使</w:t>
      </w:r>
    </w:p>
    <w:p>
      <w:pPr>
        <w:autoSpaceDN w:val="0"/>
        <w:autoSpaceDE w:val="0"/>
        <w:widowControl/>
        <w:spacing w:line="308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賢以義。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唯義所在，死生一也。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故賢主之使其下也，必以義，必審</w:t>
      </w:r>
    </w:p>
    <w:p>
      <w:pPr>
        <w:autoSpaceDN w:val="0"/>
        <w:autoSpaceDE w:val="0"/>
        <w:widowControl/>
        <w:spacing w:line="280" w:lineRule="exact" w:before="84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賞罰，然後賢不肖盡為用也。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（卷三十九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呂氏春秋）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việc trọng dụng ngƣời đức độ hay ngƣời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đức hạnh, phƣơng pháp có khác nhau. Khi sử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ngƣời không có đức hạnh phải dựa vào thƣởng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phạt, còn khi trọng dụng ngƣời đức độ phải dựa vào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nghĩa. Bởi vậy, bậc quân vƣơng anh minh khi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hạ thần nhất định phải phù hợp với đạo nghĩa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nhất định phải cẩn trọng khi thực thi việc thƣởng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phạt, bởi vậy mà ngƣời đức độ hay ngƣời không có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đều có thể hữu dụng đối với quân vƣơng.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214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古者工不兼事，士不兼官。工不兼事則事省，事省</w:t>
      </w:r>
    </w:p>
    <w:p>
      <w:pPr>
        <w:autoSpaceDN w:val="0"/>
        <w:autoSpaceDE w:val="0"/>
        <w:widowControl/>
        <w:spacing w:line="280" w:lineRule="exact" w:before="8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則易勝。士不兼官則職寡，職寡則易守。故士位可世，</w:t>
      </w:r>
    </w:p>
    <w:p>
      <w:pPr>
        <w:autoSpaceDN w:val="0"/>
        <w:autoSpaceDE w:val="0"/>
        <w:widowControl/>
        <w:spacing w:line="346" w:lineRule="exact" w:before="6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65"/>
        <w:gridCol w:w="3465"/>
      </w:tblGrid>
      <w:tr>
        <w:trPr>
          <w:trHeight w:hRule="exact" w:val="496"/>
        </w:trPr>
        <w:tc>
          <w:tcPr>
            <w:tcW w:type="dxa" w:w="1442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工事可常。</w:t>
            </w:r>
          </w:p>
        </w:tc>
        <w:tc>
          <w:tcPr>
            <w:tcW w:type="dxa" w:w="5422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古之宰物，皆用其一能，以成其一事。是以用無棄人，使無棄才。若乃任使於過分之中</w:t>
            </w:r>
          </w:p>
        </w:tc>
      </w:tr>
    </w:tbl>
    <w:p>
      <w:pPr>
        <w:autoSpaceDN w:val="0"/>
        <w:autoSpaceDE w:val="0"/>
        <w:widowControl/>
        <w:spacing w:line="138" w:lineRule="exact" w:before="24" w:after="26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，役物於異便之地，則上下顛倒，事能淆亂矣。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9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慎子）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xƣa, ngƣời thợ sẽ không kiêm thêm công việc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và nhân sĩ cũng không kiêm nhiệm chức vị khác.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ngƣời thợ không kiêm thêm việc khác, công việc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bị dồn ứ, khi công việc không nhiều, tất sẽ trở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thạo việc hơn. Khi nhân sĩ không kiêm nhiệm chức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vị khác, chức trách sẽ ít, khi chức trách ít đi, tất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tận trung và làm tròn trách nhiệm. Bởi vậy mà chức vị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nhân sĩ có thể truyền lại cho nhiều đời và ngành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nghề của ngƣời thợ sẽ đƣợc bảo tồn mãi mãi.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Thận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215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夫事積久，則吏自重；吏安，則民自靜。《傳》曰</w:t>
      </w:r>
    </w:p>
    <w:p>
      <w:pPr>
        <w:autoSpaceDN w:val="0"/>
        <w:autoSpaceDE w:val="0"/>
        <w:widowControl/>
        <w:spacing w:line="362" w:lineRule="exact" w:before="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：『五年再閏，天道乃備。』夫以天地之靈，猶五載以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成其化，況人道哉！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（卷二十二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後漢書二）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thời gian mà quan viên nhiệm chức đủ dài, tự </w:t>
      </w:r>
    </w:p>
    <w:p>
      <w:pPr>
        <w:autoSpaceDN w:val="0"/>
        <w:autoSpaceDE w:val="0"/>
        <w:widowControl/>
        <w:spacing w:line="34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biết trân quý phẩm giá; khi quan viên có thể an vị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cƣơng vị của mình, vậy thì ngƣời dân sẽ an định và </w:t>
      </w:r>
    </w:p>
    <w:p>
      <w:pPr>
        <w:autoSpaceDN w:val="0"/>
        <w:autoSpaceDE w:val="0"/>
        <w:widowControl/>
        <w:spacing w:line="346" w:lineRule="exact" w:before="3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44" w:lineRule="exact" w:before="17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điềm nhiên. Trong [Dịch Truyện] nói rằng: “Nếu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năm năm mà có hai tháng nhuận, đạo trời mới đƣợc vận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một cách hoàn chỉnh.” Dẫu là đạo trời, mà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trải qua thời gian năm năm mới kết thúc đƣợc chu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kỳ biến hóa, huống chi là những việc trong nhân gian? </w:t>
      </w:r>
    </w:p>
    <w:p>
      <w:pPr>
        <w:autoSpaceDN w:val="0"/>
        <w:autoSpaceDE w:val="0"/>
        <w:widowControl/>
        <w:spacing w:line="402" w:lineRule="exact" w:before="22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 – Tập 2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34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464"/>
        </w:trPr>
        <w:tc>
          <w:tcPr>
            <w:tcW w:type="dxa" w:w="59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人之愛人，求利之也。今吾子愛人，則以政，</w:t>
            </w:r>
          </w:p>
        </w:tc>
        <w:tc>
          <w:tcPr>
            <w:tcW w:type="dxa" w:w="6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以政與之</w:t>
            </w:r>
          </w:p>
        </w:tc>
      </w:tr>
    </w:tbl>
    <w:p>
      <w:pPr>
        <w:autoSpaceDN w:val="0"/>
        <w:autoSpaceDE w:val="0"/>
        <w:widowControl/>
        <w:spacing w:line="306" w:lineRule="exact" w:before="28" w:after="42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猶未能操刀而使割也，其傷實多。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多自傷。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子之愛人，傷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352"/>
        </w:trPr>
        <w:tc>
          <w:tcPr>
            <w:tcW w:type="dxa" w:w="6866"/>
            <w:gridSpan w:val="4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之而已，其誰敢求愛於子？子於鄭國，棟也，棟折榱崩</w:t>
            </w:r>
          </w:p>
        </w:tc>
      </w:tr>
      <w:tr>
        <w:trPr>
          <w:trHeight w:hRule="exact" w:val="378"/>
        </w:trPr>
        <w:tc>
          <w:tcPr>
            <w:tcW w:type="dxa" w:w="6248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，僑將厭焉，敢不盡言？子有美錦，不使人學製。</w:t>
            </w:r>
          </w:p>
        </w:tc>
        <w:tc>
          <w:tcPr>
            <w:tcW w:type="dxa" w:w="61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製，裁。</w:t>
            </w:r>
          </w:p>
        </w:tc>
      </w:tr>
      <w:tr>
        <w:trPr>
          <w:trHeight w:hRule="exact" w:val="352"/>
        </w:trPr>
        <w:tc>
          <w:tcPr>
            <w:tcW w:type="dxa" w:w="6866"/>
            <w:gridSpan w:val="4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大官、大邑，身之所庇也，而使學者製焉。其為美錦，</w:t>
            </w:r>
          </w:p>
        </w:tc>
      </w:tr>
      <w:tr>
        <w:trPr>
          <w:trHeight w:hRule="exact" w:val="376"/>
        </w:trPr>
        <w:tc>
          <w:tcPr>
            <w:tcW w:type="dxa" w:w="1450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不亦多乎？</w:t>
            </w:r>
          </w:p>
        </w:tc>
        <w:tc>
          <w:tcPr>
            <w:tcW w:type="dxa" w:w="5416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言官邑之重，多於美錦。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僑聞學而後入政，未聞以政學</w:t>
            </w:r>
          </w:p>
        </w:tc>
      </w:tr>
      <w:tr>
        <w:trPr>
          <w:trHeight w:hRule="exact" w:val="352"/>
        </w:trPr>
        <w:tc>
          <w:tcPr>
            <w:tcW w:type="dxa" w:w="6866"/>
            <w:gridSpan w:val="4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者也。若果行此，必有所害。譬如田獵，射御貫則能獲</w:t>
            </w:r>
          </w:p>
        </w:tc>
      </w:tr>
      <w:tr>
        <w:trPr>
          <w:trHeight w:hRule="exact" w:val="378"/>
        </w:trPr>
        <w:tc>
          <w:tcPr>
            <w:tcW w:type="dxa" w:w="59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禽。</w:t>
            </w:r>
          </w:p>
        </w:tc>
        <w:tc>
          <w:tcPr>
            <w:tcW w:type="dxa" w:w="6276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貫，習也。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若未嘗登車射御，則敗績厭覆是懼，何暇思</w:t>
            </w:r>
          </w:p>
        </w:tc>
      </w:tr>
    </w:tbl>
    <w:p>
      <w:pPr>
        <w:autoSpaceDN w:val="0"/>
        <w:autoSpaceDE w:val="0"/>
        <w:widowControl/>
        <w:spacing w:line="280" w:lineRule="exact" w:before="4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獲？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28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2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(Khi chính khanh của nƣớc Trịnh - Tử Bì, muốn để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Doãn Hà nắm chức vụ quan trọng trong vùng đất phong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mình, nhƣng Doãn Hà tuổi còn quá trẻ và chƣa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kinh nghiệm, bởi vậy Tử Sản nói với Tử Bì rằng:)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quý mến một ngƣời, phải luôn mong làm lợi ích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họ. Nay ngài yêu quý một ngƣời, mà đem cả việc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mà giao cho họ, tựa nhƣ một ngƣời không biết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dao mà bảo họ đi giết mổ, nắm phần chắc là sẽ khiến </w:t>
      </w:r>
    </w:p>
    <w:p>
      <w:pPr>
        <w:autoSpaceDN w:val="0"/>
        <w:autoSpaceDE w:val="0"/>
        <w:widowControl/>
        <w:spacing w:line="346" w:lineRule="exact" w:before="1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họ bị thƣơng. Ngài quý mến họ, nhƣng cũng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hại họ mà thôi, nhƣ vậy còn ai dám mong nhận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sự yêu mến từ ngài nữa đây? Đối với nƣớc Trịnh,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là rƣờng cột, khi rƣờng cột bị gãy thì đòn gác mái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đổ sụp, thần cũng sẽ bị đè đẹp ở bên dƣới, lẽ nào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dám không đem những lời này mà nói ra? Giả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có một mảnh gấm dệt rất đẹp, chắc sẽ không đƣa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ngƣời học việc thực hành cắt may. Những chức vị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trọng và đất phong lớn là những thứ để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dựa vào đó để bảo vệ, mà lại để ngƣời mới tập sự đứng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lên cai quản, những thứ này chẳng phải còn quan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nhiều so với tấm vải gấm đẹp đẽ kia sao? Thần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nói học tốt rồi mới có thể chấp chính, chứ chƣa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từng nghe làm quan để học tập. Nếu rốt cuộc mà làm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này, chắc chắn sẽ có hại. Tựa nhƣ đi săn, khi bắn cung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cƣỡi ngựa thành thục rồi mới có thể săn bắt muông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thú, nếu vẫn chƣa từng leo lên xe, chƣa từng bắn cung,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chƣa từng cƣỡi ngựa, vậy chỉ e rằng xe thì bị hỏng và lật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nhào, còn ngƣời thì bị đè bẹp, vậy đâu còn tâm trí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màng đến con mồi đây?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Thị Truyện -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217 ~ </w:t>
      </w:r>
    </w:p>
    <w:p>
      <w:pPr>
        <w:autoSpaceDN w:val="0"/>
        <w:autoSpaceDE w:val="0"/>
        <w:widowControl/>
        <w:spacing w:line="282" w:lineRule="exact" w:before="302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智如原泉，行可以為表儀者，人師也。智可以砥</w:t>
      </w:r>
    </w:p>
    <w:p>
      <w:pPr>
        <w:autoSpaceDN w:val="0"/>
        <w:autoSpaceDE w:val="0"/>
        <w:widowControl/>
        <w:spacing w:line="364" w:lineRule="exact" w:before="0" w:after="0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礪，行可以為輔檠者，人友也。據法守職，而不敢為非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者，人吏也。當前快意，一呼再諾者，人隸也。故上主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以師為佐，中主以友為佐，下主以吏為佐，危亡之主以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隸為佐。欲觀其亡，必由其下。故同明者相見，同聽者</w:t>
      </w:r>
    </w:p>
    <w:p>
      <w:pPr>
        <w:autoSpaceDN w:val="0"/>
        <w:autoSpaceDE w:val="0"/>
        <w:widowControl/>
        <w:spacing w:line="346" w:lineRule="exact" w:before="5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20" w:after="26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相聞，同志者相從，非賢者莫能用賢。故輔佐左右所任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使，有存亡之機，得失之要也，可無慎乎！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97"/>
        <w:gridCol w:w="3497"/>
      </w:tblGrid>
      <w:tr>
        <w:trPr>
          <w:trHeight w:hRule="exact" w:val="1186"/>
        </w:trPr>
        <w:tc>
          <w:tcPr>
            <w:tcW w:type="dxa" w:w="34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70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  <w:u w:val="single"/>
              </w:rPr>
              <w:t>Việt ngữ: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48.0000000000001" w:type="dxa"/>
            </w:tblPr>
            <w:tblGrid>
              <w:gridCol w:w="1727"/>
              <w:gridCol w:w="1727"/>
            </w:tblGrid>
            <w:tr>
              <w:trPr>
                <w:trHeight w:hRule="exact" w:val="714"/>
              </w:trPr>
              <w:tc>
                <w:tcPr>
                  <w:tcW w:type="dxa" w:w="1426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2" w:lineRule="exact" w:before="50" w:after="0"/>
                    <w:ind w:left="0" w:right="0" w:firstLine="0"/>
                    <w:jc w:val="center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（卷八 </w:t>
                  </w:r>
                </w:p>
              </w:tc>
              <w:tc>
                <w:tcPr>
                  <w:tcW w:type="dxa" w:w="1758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2" w:lineRule="exact" w:before="50" w:after="0"/>
                    <w:ind w:left="22" w:right="22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韓詩外傳） </w:t>
                  </w:r>
                </w:p>
              </w:tc>
            </w:tr>
          </w:tbl>
          <w:p/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332" w:lineRule="exact" w:before="166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 tuệ tựa nhƣ dòng suối chảy từ thƣợng nguồn,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vĩnh viễn không hề khô cạn, ngƣời mà hành vi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điển hình cho dân chúng, chính là thầy của ngƣời.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mà trí tuệ có thể cùng nhau trau dồi và nâng cao,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có thể cùng nhau uốn nắn chỉnh sửa, chính là bạn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hữu của ngƣời. Ngƣời tuân thủ luật pháp, làm tròn chức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trách, không làm điều xằng bậy, chính là quan viên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ngƣời. Khi ở trƣớc ngƣời mà hùa theo ý muốn của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phƣơng, đối phƣơng vừa hô hào đã vội nhận lời,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nô lệ của ngƣời. Bởi vậy, bậc minh quân có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chọn thầy của ngƣời để phò tá, quân vƣơng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ở bậc trung thƣờng chọn bạn hữu của ngƣời để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cận thần và quân vƣơng kém hơn sẽ chọn quan viên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để phò tá, còn quân vƣơng khiến cho nƣớc nhà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vong lại chọn nô lệ của ngƣời để làm phụ tá.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biết một vị quân vƣơng liệu có bị diệt vong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không, nhất định phải quan sát cấp dƣới của họ.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cùng có tầm nhìn sắc bén sẽ cùng thấy rõ,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có đôi tai nhạy bén sẽ cùng nghe tỏ, ngƣời có chí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hƣớng hòa hợp sẽ tiếp bƣớc theo nhau, nếu không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bậc minh quân sẽ không thể trọng dụng trung thần.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trong việc chọn dùng ngƣời thân tín, phụ tá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thần của quân vƣơng có tiềm ẩn manh mối của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nhà còn hay mất và là mấu chốt khiến cho nền </w:t>
      </w:r>
    </w:p>
    <w:p>
      <w:pPr>
        <w:autoSpaceDN w:val="0"/>
        <w:autoSpaceDE w:val="0"/>
        <w:widowControl/>
        <w:spacing w:line="346" w:lineRule="exact" w:before="1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206 </w:t>
      </w:r>
    </w:p>
    <w:p>
      <w:pPr>
        <w:sectPr>
          <w:pgSz w:w="9072" w:h="13608"/>
          <w:pgMar w:top="464" w:right="97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trị thành hay bại, sao có thể không cẩn trọng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đƣợc?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Thi Ngoại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218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親民授業，平理百事，猛以威吏，寬以容民者，令</w:t>
      </w:r>
    </w:p>
    <w:p>
      <w:pPr>
        <w:autoSpaceDN w:val="0"/>
        <w:autoSpaceDE w:val="0"/>
        <w:widowControl/>
        <w:spacing w:line="366" w:lineRule="exact" w:before="0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長之職也。然則令長者最親民之吏，百姓之命也。國以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民為本，親民之吏，不可以不留意也！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26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yêu nhân dân và ban cho đất đai, xử lý </w:t>
      </w:r>
    </w:p>
    <w:p>
      <w:pPr>
        <w:autoSpaceDN w:val="0"/>
        <w:autoSpaceDE w:val="0"/>
        <w:widowControl/>
        <w:spacing w:line="364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tâm các vụ án dân sự, nghiêm khắc để khiến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viên ở dƣới sinh lòng kính nể, khoan dung độ lƣợng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nhân dân đƣợc bao dung và đƣợc dạy dỗ, đây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chức trách của quan huyện. Quan huyện là quan viên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gần gũi nhất với ngƣời dân và có liên hệ đến tính mạng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họ. Quốc gia mà lấy dân làm gốc, vậy thì đối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quan viên trực tiếp gần gũi với nhân dân sao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chú trọng cho đƣợc!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5. CHÍ CÔNG [HẾT LÕNG VÌ VIỆC CÔNG] </w:t>
      </w:r>
    </w:p>
    <w:p>
      <w:pPr>
        <w:autoSpaceDN w:val="0"/>
        <w:autoSpaceDE w:val="0"/>
        <w:widowControl/>
        <w:spacing w:line="416" w:lineRule="exact" w:before="21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219 ~ </w:t>
      </w:r>
    </w:p>
    <w:p>
      <w:pPr>
        <w:autoSpaceDN w:val="0"/>
        <w:autoSpaceDE w:val="0"/>
        <w:widowControl/>
        <w:spacing w:line="280" w:lineRule="exact" w:before="28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公私之分明，則小人不嫉賢，而不肖者不妒功。故</w:t>
      </w:r>
    </w:p>
    <w:p>
      <w:pPr>
        <w:autoSpaceDN w:val="0"/>
        <w:autoSpaceDE w:val="0"/>
        <w:widowControl/>
        <w:spacing w:line="280" w:lineRule="exact" w:before="8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三王以義親，五伯以法正諸侯，皆非私天下之利也。今</w:t>
      </w:r>
    </w:p>
    <w:p>
      <w:pPr>
        <w:autoSpaceDN w:val="0"/>
        <w:autoSpaceDE w:val="0"/>
        <w:widowControl/>
        <w:spacing w:line="346" w:lineRule="exact" w:before="1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8" w:lineRule="exact" w:before="17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亂世之君臣，區區然皆欲擅一國之利，而蒐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（蒐作當）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一官</w:t>
      </w:r>
    </w:p>
    <w:p>
      <w:pPr>
        <w:autoSpaceDN w:val="0"/>
        <w:autoSpaceDE w:val="0"/>
        <w:widowControl/>
        <w:spacing w:line="280" w:lineRule="exact" w:before="8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之重，以便其私，此國之所以危也。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商君子）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32" w:right="3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công tƣ đƣợc rõ ràng, vậy thì kẻ tiểu nhân sẽ </w:t>
      </w:r>
    </w:p>
    <w:p>
      <w:pPr>
        <w:autoSpaceDN w:val="0"/>
        <w:autoSpaceDE w:val="0"/>
        <w:widowControl/>
        <w:spacing w:line="364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đố kị ngƣời đức hạnh và kẻ bất tài cũng không đố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kị các đại thần có công. Bởi vậy, Tam Vƣơng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để cảm mến thiên hạ, Ngũ Bá dùng luật pháp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chấn chỉnh các chƣ hầu, họ đều không đem lợi ích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mà chiếm làm của riêng. Ngày nay, vua tôi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 đều đắc ý với việc mƣu đồ độc chiếm lợi ích của cả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hay nắm quyền hành để thỏa mãn lòng tham cá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của chính mình. Đây chính là nguyên nhân dẫn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sự nguy vong của đất nƣớc.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Thương Quân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62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220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天無私覆也，地無私載也，日月無私燭也，四時無</w:t>
      </w:r>
    </w:p>
    <w:p>
      <w:pPr>
        <w:autoSpaceDN w:val="0"/>
        <w:autoSpaceDE w:val="0"/>
        <w:widowControl/>
        <w:spacing w:line="308" w:lineRule="exact" w:before="56" w:after="42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私為也，行其德而萬物得遂長焉。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遂，成。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庖人調和而不敢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50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食，故可以為庖。若使庖人調和而食之，則不可以為庖</w:t>
            </w:r>
          </w:p>
        </w:tc>
      </w:tr>
      <w:tr>
        <w:trPr>
          <w:trHeight w:hRule="exact" w:val="378"/>
        </w:trPr>
        <w:tc>
          <w:tcPr>
            <w:tcW w:type="dxa" w:w="11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矣。伯王</w:t>
            </w:r>
          </w:p>
        </w:tc>
        <w:tc>
          <w:tcPr>
            <w:tcW w:type="dxa" w:w="57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（本書伯王作王伯，下同）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之君亦然。誅暴而不私，以封天</w:t>
            </w:r>
          </w:p>
        </w:tc>
      </w:tr>
      <w:tr>
        <w:trPr>
          <w:trHeight w:hRule="exact" w:val="870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814" w:val="left"/>
              </w:tabs>
              <w:autoSpaceDE w:val="0"/>
              <w:widowControl/>
              <w:spacing w:line="182" w:lineRule="exact" w:before="14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下之賢者，故可以為伯王。若使王伯之君誅暴而私之，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誅暴有所私枉，則不可以為王伯。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則亦不可以為王伯矣。</w:t>
            </w:r>
          </w:p>
        </w:tc>
      </w:tr>
      <w:tr>
        <w:trPr>
          <w:trHeight w:hRule="exact" w:val="702"/>
        </w:trPr>
        <w:tc>
          <w:tcPr>
            <w:tcW w:type="dxa" w:w="507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（卷三十九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呂氏春秋） </w:t>
            </w:r>
          </w:p>
        </w:tc>
      </w:tr>
    </w:tbl>
    <w:p>
      <w:pPr>
        <w:autoSpaceDN w:val="0"/>
        <w:autoSpaceDE w:val="0"/>
        <w:widowControl/>
        <w:spacing w:line="346" w:lineRule="exact" w:before="2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chở che của bầu trời không có thiên vị, sự nâng </w:t>
      </w:r>
    </w:p>
    <w:p>
      <w:pPr>
        <w:autoSpaceDN w:val="0"/>
        <w:autoSpaceDE w:val="0"/>
        <w:widowControl/>
        <w:spacing w:line="364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đỡ của đất mẹ không có thiên vị, nhật nguyệt chiếu sáng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khắp bốn phƣơng mà không thiên vị, bốn mùa vận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thiên vị. Tất cả đều đang ban đi ân đức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mình, bởi vậy mà vạn vật mới đƣợc sinh sôi.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đầu bếp khi chế biến thức ăn không dám tự 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nếm thử, bởi vậy mới có thể làm đầu bếp. Nếu đầu bếp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khi chế biến món ăn mà lại tự ý nếm thử,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làm đầu bếp đƣợc rồi. Bậc quân vƣơng mà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thành tựu sự nghiệp xƣng vƣơng xƣng bá cũng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vậy, diệt trừ chƣ hầu bạo ngƣợc mà không vì tƣ lợi,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đem đất đai của họ mà phân cho các bậc hiền tài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cai quản, bởi vậy mới có thể xƣng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xƣơng bá. Nếu diệt trừ bạo ngƣợc mà độc chiếm đất đai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của cải của họ, vậy cũng không thể làm vua làm bá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rồi.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221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治天下者，當用天下之心為心，不得自專快意而已</w:t>
      </w:r>
    </w:p>
    <w:p>
      <w:pPr>
        <w:autoSpaceDN w:val="0"/>
        <w:autoSpaceDE w:val="0"/>
        <w:widowControl/>
        <w:spacing w:line="282" w:lineRule="exact" w:before="84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也！上之皇天見譴，下之黎庶恨怨。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（卷十九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漢書七）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(Bào Tuyên dâng sớ khuyên can hoàng đế thế này:) </w:t>
      </w:r>
    </w:p>
    <w:p>
      <w:pPr>
        <w:autoSpaceDN w:val="0"/>
        <w:autoSpaceDE w:val="0"/>
        <w:widowControl/>
        <w:spacing w:line="332" w:lineRule="exact" w:before="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trị vì thiên hạ, phải nên xem ý nguyện của ngƣời </w:t>
      </w:r>
    </w:p>
    <w:p>
      <w:pPr>
        <w:autoSpaceDN w:val="0"/>
        <w:autoSpaceDE w:val="0"/>
        <w:widowControl/>
        <w:spacing w:line="346" w:lineRule="exact" w:before="1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8" w:lineRule="exact" w:before="130" w:after="0"/>
        <w:ind w:left="3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là chí nguyện của mình, tuyệt đối không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chăm chăm theo ý của riêng mình và ngang ngƣợc, bất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chấp! Nếu nhƣ vậy, ở trên sẽ bị trời khiển trách và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dƣới lại bị trăm họ oán than.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7)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222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因井中視星，所視不過數星；自丘上以視，則見其</w:t>
      </w:r>
    </w:p>
    <w:p>
      <w:pPr>
        <w:autoSpaceDN w:val="0"/>
        <w:autoSpaceDE w:val="0"/>
        <w:widowControl/>
        <w:spacing w:line="364" w:lineRule="exact" w:before="0" w:after="184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始出，又見其入。非明益也，勢使然也。夫私心，井中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也；公心，丘上也。故智載於私，則所知少；載於公，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則所知多矣。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đáy giếng mà ngắm sao trời, những gì thấy </w:t>
      </w:r>
    </w:p>
    <w:p>
      <w:pPr>
        <w:autoSpaceDN w:val="0"/>
        <w:autoSpaceDE w:val="0"/>
        <w:widowControl/>
        <w:spacing w:line="364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chẳng qua là mấy vì sao; còn nếu ngắm từ trên đồi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cao, tất có thể ngắm đƣợc các vì sao từ chân trời dần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dần hiện lên, lại thấy đƣợc cả khi chúng biến mất.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không phải do thị lực thay đổi, mà do địa thế khác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nhau tạo ra. Khi làm việc mà giữ tâm ích kỉ tựa nhƣ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đáy giếng và nếu giữ tấm lòng rộng mở sẽ tựa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đứng trên ngọn đồi cao. Bởi vậy, khi trí tuệ ở trên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ngƣời có tâm ích kỷ, những điều mà họ biết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hạn chế; còn khi ở trên bản thân ngƣời có tấm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bao dung, những điều mà họ hiểu tất sẽ nhiều.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223 ~ </w:t>
      </w:r>
    </w:p>
    <w:p>
      <w:pPr>
        <w:autoSpaceDN w:val="0"/>
        <w:autoSpaceDE w:val="0"/>
        <w:widowControl/>
        <w:spacing w:line="282" w:lineRule="exact" w:before="28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唯至公，故近者安焉，遠者歸焉。枉直取正，而天</w:t>
      </w:r>
    </w:p>
    <w:p>
      <w:pPr>
        <w:autoSpaceDN w:val="0"/>
        <w:autoSpaceDE w:val="0"/>
        <w:widowControl/>
        <w:spacing w:line="362" w:lineRule="exact" w:before="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下信之。唯無忌心，故進者自盡，而退不懷疑，其道泰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然，浸潤之譖，不敢干也。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1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8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khi công tâm tột bậc, mới có thể khiến những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xung quanh đƣợc an định và ngƣời phƣơng xa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quy thuận. Đối với những điều thị phi và vòng vo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có thể đối diện với thái độ công minh chính trực,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nhận đƣợc sự tín nhiệm của ngƣời trong thiên hạ.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không có tâm nghi kị, khi ở triều đình mới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dốc hết trí lực của bản thân và sau khi thoái triều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còn ƣu tƣ. Khi đƣờng lối trị vì đất nƣớc mà 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và không còn âu lo, vậy thì kẻ không ngừng mong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tâng bốc bợ đỡ cũng chẳng dám liều mình.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224 ~ </w:t>
      </w:r>
    </w:p>
    <w:p>
      <w:pPr>
        <w:autoSpaceDN w:val="0"/>
        <w:autoSpaceDE w:val="0"/>
        <w:widowControl/>
        <w:spacing w:line="280" w:lineRule="exact" w:before="302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公道行，即邪利無所隱矣。向公即百姓之所道者</w:t>
      </w:r>
    </w:p>
    <w:p>
      <w:pPr>
        <w:autoSpaceDN w:val="0"/>
        <w:autoSpaceDE w:val="0"/>
        <w:widowControl/>
        <w:spacing w:line="364" w:lineRule="exact" w:before="2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一，向私即百姓之所道者萬。一向公，則明不勞而姦自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息；一向私，則繁刑罰而姦不禁。故公之為道，言甚約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而用之甚博。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760"/>
        </w:trPr>
        <w:tc>
          <w:tcPr>
            <w:tcW w:type="dxa" w:w="33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346" w:lineRule="exact" w:before="2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đạo lý công minh chính trực đƣợc thực thi, vậy </w:t>
      </w:r>
    </w:p>
    <w:p>
      <w:pPr>
        <w:autoSpaceDN w:val="0"/>
        <w:autoSpaceDE w:val="0"/>
        <w:widowControl/>
        <w:spacing w:line="364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những việc tƣ lợi lệch lạc sẽ không còn chốn dung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thân. (Bởi vậy, khi tâm của quân vƣơng) mà hƣớng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 ích chung, trăm họ cũng sẽ một lòng một dạ hƣớng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việc chung; (khi tâm của quân vƣơng) mà hƣớng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tƣ lợi, vậy thì tham dục cá nhân mà trăm họ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đuổi cũng muôn hình vạn trạng. Nếu một lòng hƣớng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việc chung, quân vƣơng sẽ không phải lao tâm khổ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tứ, mà những chuyện vi phạm phép nƣớc cũng tự nhiên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chấm dứt; nếu một mực hƣớng đến việc tƣ, dẫu hình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 có vô vàn, nhƣng điều gian tà cũng không thể ngăn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chặn. Bởi vậy, công minh chính trực là đạo lý để trị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nƣớc, lời lẽ tuy giản đơn mà tác dụng lại rất lớn lao.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225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利人者天下啟之，害人者天下閉之。天下非一人之</w:t>
      </w:r>
    </w:p>
    <w:p>
      <w:pPr>
        <w:autoSpaceDN w:val="0"/>
        <w:autoSpaceDE w:val="0"/>
        <w:widowControl/>
        <w:spacing w:line="364" w:lineRule="exact" w:before="2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天下也，取天下若逐野獸，得之而天下皆有分肉。若同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舟而濟，濟則皆同其利，舟敗皆同其害。然則皆有啟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之，無有閉之矣。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vì nhân dân mà mƣu cầu lợi ích, ngƣời trong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đều sẽ mở cửa đón mừng; ngƣời mà tàn hại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trăm họ, ngƣời trong thiên hạ đều sẽ đóng cửa chối từ. </w:t>
      </w:r>
    </w:p>
    <w:p>
      <w:pPr>
        <w:autoSpaceDN w:val="0"/>
        <w:autoSpaceDE w:val="0"/>
        <w:widowControl/>
        <w:spacing w:line="346" w:lineRule="exact" w:before="1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98" w:right="9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3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không phải là thiên hạ của một ngƣời, việc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thiên hạ tựa nhƣ bắt đƣợc con thú hoang, khi bắt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rồi, ngƣời trong thiên hạ sẽ có tâm chia sẻ con mồi.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tựa nhƣ con thuyền khi qua sông, khi đến đƣợc bến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bờ, mọi ngƣời đều đƣợc lợi ích; còn nếu bị lật úp tất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gặp nạn. Nếu có thể chia sẻ điều mất điều còn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trong thiên hạ, vậy thì ngƣời trong thiên hạ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ủng hộ mà không chống đối. </w:t>
      </w:r>
    </w:p>
    <w:p>
      <w:pPr>
        <w:autoSpaceDN w:val="0"/>
        <w:autoSpaceDE w:val="0"/>
        <w:widowControl/>
        <w:spacing w:line="400" w:lineRule="exact" w:before="244" w:after="0"/>
        <w:ind w:left="84" w:right="8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27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6. ÁI DÂN [THƯƠNG DÂN] </w:t>
      </w:r>
    </w:p>
    <w:p>
      <w:pPr>
        <w:autoSpaceDN w:val="0"/>
        <w:autoSpaceDE w:val="0"/>
        <w:widowControl/>
        <w:spacing w:line="416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226 ~ </w:t>
      </w:r>
    </w:p>
    <w:p>
      <w:pPr>
        <w:autoSpaceDN w:val="0"/>
        <w:autoSpaceDE w:val="0"/>
        <w:widowControl/>
        <w:spacing w:line="280" w:lineRule="exact" w:before="300" w:after="42"/>
        <w:ind w:left="160" w:right="16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子曰：『民以君為心，君以民為體。心莊則體舒，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97"/>
        <w:gridCol w:w="3497"/>
      </w:tblGrid>
      <w:tr>
        <w:trPr>
          <w:trHeight w:hRule="exact" w:val="354"/>
        </w:trPr>
        <w:tc>
          <w:tcPr>
            <w:tcW w:type="dxa" w:w="693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4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心肅則容敬。心好之，身必安之；君好之，民必欲之。</w:t>
            </w:r>
          </w:p>
        </w:tc>
      </w:tr>
      <w:tr>
        <w:trPr>
          <w:trHeight w:hRule="exact" w:val="516"/>
        </w:trPr>
        <w:tc>
          <w:tcPr>
            <w:tcW w:type="dxa" w:w="58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心以體全，亦以體傷；君以民存，亦以民亡。』</w:t>
            </w:r>
          </w:p>
        </w:tc>
        <w:tc>
          <w:tcPr>
            <w:tcW w:type="dxa" w:w="10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莊，齊莊也。 </w:t>
            </w:r>
          </w:p>
        </w:tc>
      </w:tr>
      <w:tr>
        <w:trPr>
          <w:trHeight w:hRule="exact" w:val="608"/>
        </w:trPr>
        <w:tc>
          <w:tcPr>
            <w:tcW w:type="dxa" w:w="58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440" w:right="44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0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92" w:right="9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“Nhân dân xem quân vƣơng </w:t>
      </w:r>
    </w:p>
    <w:p>
      <w:pPr>
        <w:autoSpaceDN w:val="0"/>
        <w:autoSpaceDE w:val="0"/>
        <w:widowControl/>
        <w:spacing w:line="362" w:lineRule="exact" w:before="0" w:after="0"/>
        <w:ind w:left="30" w:right="9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trái tim và quân vƣơng lại xem nhân dân nhƣ cơ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mình. Khi tâm cảnh đĩnh đạc, thân thể sẽ thƣ thái;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tâm cảnh tôn nghiêm, dáng vẻ bên ngoài sẽ cung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kính. Những sự vật mà trái tim yêu mến, thân thể tất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thấy thƣ thái và quen thuộc đối với sự vật đó;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sự vật mà quân vƣơng ƣa thích, ngƣời dân tất yếu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muốn có đƣợc. Trái tim vì có thân thể mà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bảo toàn và cũng vì thân thể khiếm khuyết mà bị thƣơng </w:t>
      </w:r>
    </w:p>
    <w:p>
      <w:pPr>
        <w:autoSpaceDN w:val="0"/>
        <w:autoSpaceDE w:val="0"/>
        <w:widowControl/>
        <w:spacing w:line="346" w:lineRule="exact" w:before="1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7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tổn; bậc quân vƣơng bởi có thần dân mà đƣợc bảo toàn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cũng vì thần dân rời xa mà bị diệt vong.”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227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財須民生，強賴民力，威恃民勢，福由民殖，德俟</w:t>
      </w:r>
    </w:p>
    <w:p>
      <w:pPr>
        <w:autoSpaceDN w:val="0"/>
        <w:autoSpaceDE w:val="0"/>
        <w:widowControl/>
        <w:spacing w:line="364" w:lineRule="exact" w:before="0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民茂，義以民行。六者既備，然後應天受祚，保族宜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邦。《書》曰：『眾非后無能胥以寧，后非眾無以辟四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方。』推是言之，則民以君安，君以民濟，不易之道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吳志上）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(Lạc Thống khi dâng sớ, viết rằng:) Sự giàu sang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cần phải có ngƣời dân để tạo ra, sự cƣờng thịnh cần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dựa vào sức mạnh của ngƣời dân, uy thế cần phải dựa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thế lực của ngƣời dân, phúc lành cần phải có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gia tăng thêm, đức hạnh cần phải đợi ngƣời dân lan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tỏa và nhân nghĩa cần phải dựa vào ngƣời dân để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thi. Khi điều kiện của sáu phƣơng diện này đã có đủ,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mới thuận theo ý trời, cũng nhờ sự che chở của trời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thần linh mà bảo toàn gia tộc, tạo phúc cho đất nƣớc.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[Thƣợng Thƣ] có nói: “Khi dân chúng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vƣơng, tất không thể đều đƣợc an ổn; nhƣng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không có dân chúng, cũng không thể mở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mang bờ cõi.” Từ đây mà suy luận, nhân dân dựa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và đƣợc an ổn, quân vƣơng lại dựa vào </w:t>
      </w:r>
    </w:p>
    <w:p>
      <w:pPr>
        <w:autoSpaceDN w:val="0"/>
        <w:autoSpaceDE w:val="0"/>
        <w:widowControl/>
        <w:spacing w:line="346" w:lineRule="exact" w:before="4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mà thành tựu đại nghiệp. Đây là chân lý vĩnh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cửu không hề thay đổi.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Ngô Chí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228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哀公問於有若曰：『年飢，用不足，如之何？』對</w:t>
      </w:r>
    </w:p>
    <w:p>
      <w:pPr>
        <w:autoSpaceDN w:val="0"/>
        <w:autoSpaceDE w:val="0"/>
        <w:widowControl/>
        <w:spacing w:line="306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曰：『盍徹乎？』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盍，何不也。周法什一而稅，謂之徹也。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曰：『二，吾猶</w:t>
      </w:r>
    </w:p>
    <w:p>
      <w:pPr>
        <w:autoSpaceDN w:val="0"/>
        <w:autoSpaceDE w:val="0"/>
        <w:widowControl/>
        <w:spacing w:line="306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不足，如之何其徹也？』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二，謂什二而稅。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對曰：『百姓足，君</w:t>
      </w:r>
    </w:p>
    <w:p>
      <w:pPr>
        <w:autoSpaceDN w:val="0"/>
        <w:autoSpaceDE w:val="0"/>
        <w:widowControl/>
        <w:spacing w:line="282" w:lineRule="exact" w:before="8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孰與不足？百姓不足，君孰與足？』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Lỗ Ai Công hỏi Hữu Nhƣợc: </w:t>
      </w:r>
    </w:p>
    <w:p>
      <w:pPr>
        <w:autoSpaceDN w:val="0"/>
        <w:tabs>
          <w:tab w:pos="596" w:val="left"/>
        </w:tabs>
        <w:autoSpaceDE w:val="0"/>
        <w:widowControl/>
        <w:spacing w:line="360" w:lineRule="exact" w:before="282" w:after="0"/>
        <w:ind w:left="30" w:right="28" w:firstLine="0"/>
        <w:jc w:val="left"/>
      </w:pP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Năm nay mùa màng không tốt, thu chi không đủ,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làm thế nào đây?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Hữu Nhƣợc đáp lại: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Sao ngài không thực thi chế độ thu thuế 1/10 nhƣ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đây chứ? </w:t>
      </w:r>
    </w:p>
    <w:p>
      <w:pPr>
        <w:autoSpaceDN w:val="0"/>
        <w:autoSpaceDE w:val="0"/>
        <w:widowControl/>
        <w:spacing w:line="400" w:lineRule="exact" w:before="240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Ai Công nói rằng: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Thu thuế 2/10, ta còn cảm thấy không đủ, sao có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khôi phục mức thuế 1/10 cho đƣợc? </w:t>
      </w:r>
    </w:p>
    <w:p>
      <w:pPr>
        <w:autoSpaceDN w:val="0"/>
        <w:autoSpaceDE w:val="0"/>
        <w:widowControl/>
        <w:spacing w:line="332" w:lineRule="exact" w:before="290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Hữu Nhƣợc liền nói: </w:t>
      </w:r>
    </w:p>
    <w:p>
      <w:pPr>
        <w:autoSpaceDN w:val="0"/>
        <w:autoSpaceDE w:val="0"/>
        <w:widowControl/>
        <w:spacing w:line="346" w:lineRule="exact" w:before="5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Chỉ cần chi dùng của ngƣời dân mà dƣ dật, quân </w:t>
      </w:r>
    </w:p>
    <w:p>
      <w:pPr>
        <w:autoSpaceDN w:val="0"/>
        <w:autoSpaceDE w:val="0"/>
        <w:widowControl/>
        <w:spacing w:line="354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sao có thể không đủ cho đƣợc? Nếu chi dùng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mà không đủ, quân vƣơng sao có thể mong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mình đủ đƣợc đây? </w:t>
      </w:r>
    </w:p>
    <w:p>
      <w:pPr>
        <w:autoSpaceDN w:val="0"/>
        <w:autoSpaceDE w:val="0"/>
        <w:widowControl/>
        <w:spacing w:line="402" w:lineRule="exact" w:before="26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229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夫至人精誠內形，德流四方。見天下有利，喜而不</w:t>
      </w:r>
    </w:p>
    <w:p>
      <w:pPr>
        <w:autoSpaceDN w:val="0"/>
        <w:autoSpaceDE w:val="0"/>
        <w:widowControl/>
        <w:spacing w:line="364" w:lineRule="exact" w:before="0" w:after="184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忘；見天下有害，憂若有喪。夫憂民之憂者，民亦憂其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憂；樂人之樂者，人亦樂其樂。故樂以天下，憂以天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下，然而不王者，未之有也。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đức hạnh tột bậc, trong lòng luôn giữ tâm </w:t>
      </w:r>
    </w:p>
    <w:p>
      <w:pPr>
        <w:autoSpaceDN w:val="0"/>
        <w:autoSpaceDE w:val="0"/>
        <w:widowControl/>
        <w:spacing w:line="360" w:lineRule="exact" w:before="22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 thành và ân đức của họ lại trải khắp thiên hạ. Khi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ngƣời trong thiên hạ có đƣợc lợi lạc, dẫu mừng vui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lại không lơ là chểnh mảng (hiểu rằng khi an vui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ngẫm lúc nguy khốn); khi thấy ngƣời trong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chịu sự tổn hại, trong lòng lại bồn chồn ƣu tƣ, tựa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việc tang. Ngƣời mà xem nỗi lo của thần dân là nỗi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 của chính mình, ngƣời dân cũng xem nỗi lo của họ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nỗi lo của bản thân; ngƣời xem niềm vui của thần dân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niềm vui của chính mình, ngƣời dân cũng xem niềm vui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là niềm vui của bản thân. Bởi vậy, khi vui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niềm vui của thiên hạ và lo với nỗi lo của thiên hạ, làm </w:t>
      </w:r>
    </w:p>
    <w:p>
      <w:pPr>
        <w:autoSpaceDN w:val="0"/>
        <w:autoSpaceDE w:val="0"/>
        <w:widowControl/>
        <w:spacing w:line="346" w:lineRule="exact" w:before="7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02" w:right="10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nhƣ vậy mà không thể thành tựu đại nghiệp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quốc, đây là việc xƣa nay chƣa từng có. </w:t>
      </w:r>
    </w:p>
    <w:p>
      <w:pPr>
        <w:autoSpaceDN w:val="0"/>
        <w:autoSpaceDE w:val="0"/>
        <w:widowControl/>
        <w:spacing w:line="400" w:lineRule="exact" w:before="242" w:after="0"/>
        <w:ind w:left="88" w:right="8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230 ~ </w:t>
      </w:r>
    </w:p>
    <w:p>
      <w:pPr>
        <w:autoSpaceDN w:val="0"/>
        <w:autoSpaceDE w:val="0"/>
        <w:widowControl/>
        <w:spacing w:line="280" w:lineRule="exact" w:before="284" w:after="0"/>
        <w:ind w:left="166" w:right="16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父母之所畜子者，非賢強也，非聰明也，非俊智</w:t>
      </w:r>
    </w:p>
    <w:p>
      <w:pPr>
        <w:autoSpaceDN w:val="0"/>
        <w:autoSpaceDE w:val="0"/>
        <w:widowControl/>
        <w:spacing w:line="364" w:lineRule="exact" w:before="2" w:after="182"/>
        <w:ind w:left="30" w:right="16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也，愛之憂之，欲其賢己也，人利之與我利之，無擇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也，此父母所以畜子也。然則愛天下，欲其賢己也，人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利之與我利之，無擇也，則天下之畜亦然矣。此堯之所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以畜天下也。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99"/>
        <w:gridCol w:w="3499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3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cái mà cha mẹ nuôi dạy, chƣa hẳn là có đức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hạnh,  chƣa hẳn có dũng khí và sức mạnh, chƣa hẳn thông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minh, cũng chƣa hẳn có trí tuệ hơn ngƣời, nhƣng cha mẹ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vẫn một mực yêu thƣơng, lo lắng cho con, chỉ mong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này vƣợt qua bản thân mình, dẫu là ngƣời khác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 có lợi ích đối với con, đều giống nhau,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tấm lòng của ngƣời làm cha làm mẹ khi nuôi dạy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cái. Còn (quân vƣơng) yêu thƣơng thần dân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hạ, cũng là mong họ đều có thể vƣợt qua chính mình,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ngƣời khác có lợi ích hay chính mình có lợi ích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họ, lại không đi mà so bì, vậy thì việc trị vì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giống nhƣ việc cha mẹ nuôi dạy con cái. Vua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Nghiêu cũng là trị vì thiên hạ nhƣ vậy. </w:t>
      </w:r>
    </w:p>
    <w:p>
      <w:pPr>
        <w:autoSpaceDN w:val="0"/>
        <w:autoSpaceDE w:val="0"/>
        <w:widowControl/>
        <w:spacing w:line="400" w:lineRule="exact" w:before="242" w:after="0"/>
        <w:ind w:left="88" w:right="8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7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2974" w:right="297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231 ~ </w:t>
      </w:r>
    </w:p>
    <w:p>
      <w:pPr>
        <w:autoSpaceDN w:val="0"/>
        <w:autoSpaceDE w:val="0"/>
        <w:widowControl/>
        <w:spacing w:line="280" w:lineRule="exact" w:before="300" w:after="0"/>
        <w:ind w:left="230" w:right="23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誠愛天下者得賢。奚以知其然也？弱子有疾，慈母</w:t>
      </w:r>
    </w:p>
    <w:p>
      <w:pPr>
        <w:autoSpaceDN w:val="0"/>
        <w:autoSpaceDE w:val="0"/>
        <w:widowControl/>
        <w:spacing w:line="364" w:lineRule="exact" w:before="2" w:after="182"/>
        <w:ind w:left="30" w:right="23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之見秦醫也，不爭禮貌；在囹圄，其走大吏也，不愛資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財。視天下若子，是故其見醫者，不爭禮貌；其奉養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也，不愛資財。故文王之見太公望也，一日五分；桓公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之奉管仲也，列成有數。此所以其僻小，身至穢污，而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為正於天下也。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532"/>
        <w:gridCol w:w="3532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78" w:right="7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162" w:right="16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thật lòng thƣơng yêu ngƣời trong thiên hạ, tất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có đƣợc bậc hiền tài. Sao có thể biết đúng là nhƣ vậy?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con trẻ ốm bệnh, mẹ hiền cầu cạnh lƣơng 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màng đến thể diện và tôn nghiêm của chính mình;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con yêu rơi vào vòng lao lý, cha mẹ bôn ba cầu cạnh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cửa quan và không hề tiếc tiền của. Khi một ngƣời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ngƣời trong thiên hạ nhƣ con của chính mình,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khi tìm kiếm lƣơng y để trị vì thiên hạ tất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so đo đến thể diện, chu cấp cho họ mà không hề luyến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tiếc bạc tiền. Bởi vậy, Chu Văn Vƣơng khi đến thăm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viếng Khƣơng Thái Công, cũng năm lần bảy lƣợt mỗi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ngày; còn Tề Hoàn Công khi trọng dụng Quản Trọng,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đem một số thành trì mà ban cho. Đây chính là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 vì sao đất nƣớc của Văn Vƣơng dẫu hẻo lánh bé nhỏ,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nhân cách của Hoàn Công dẫu có vết nhơ mà vẫn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thống lĩnh thiên hạ. </w:t>
      </w:r>
    </w:p>
    <w:p>
      <w:pPr>
        <w:autoSpaceDN w:val="0"/>
        <w:autoSpaceDE w:val="0"/>
        <w:widowControl/>
        <w:spacing w:line="400" w:lineRule="exact" w:before="244" w:after="0"/>
        <w:ind w:left="154" w:right="15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98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218 </w:t>
      </w:r>
    </w:p>
    <w:p>
      <w:pPr>
        <w:sectPr>
          <w:pgSz w:w="9072" w:h="13608"/>
          <w:pgMar w:top="464" w:right="90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2"/>
        </w:trPr>
        <w:tc>
          <w:tcPr>
            <w:tcW w:type="dxa" w:w="51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子路問政。子曰：『先之，勞之。』</w:t>
            </w:r>
          </w:p>
        </w:tc>
        <w:tc>
          <w:tcPr>
            <w:tcW w:type="dxa" w:w="17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孔子弟子仲由也。先導之以</w:t>
            </w:r>
          </w:p>
        </w:tc>
      </w:tr>
      <w:tr>
        <w:trPr>
          <w:trHeight w:hRule="exact" w:val="368"/>
        </w:trPr>
        <w:tc>
          <w:tcPr>
            <w:tcW w:type="dxa" w:w="66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德，使人信之，然後勞之。《易》曰：悅以使民，民忘其勞。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請益。曰：『毋倦。』</w:t>
            </w:r>
          </w:p>
        </w:tc>
        <w:tc>
          <w:tcPr>
            <w:tcW w:type="dxa" w:w="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子</w:t>
            </w:r>
          </w:p>
        </w:tc>
      </w:tr>
    </w:tbl>
    <w:p>
      <w:pPr>
        <w:autoSpaceDN w:val="0"/>
        <w:autoSpaceDE w:val="0"/>
        <w:widowControl/>
        <w:spacing w:line="138" w:lineRule="exact" w:before="28" w:after="24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路嫌其少，故請益。曰：無倦者，行此上事無倦則可矣。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52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4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4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4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2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Tử Lộ thỉnh giáo về đạo lý trị vì việc triều </w:t>
      </w:r>
    </w:p>
    <w:p>
      <w:pPr>
        <w:autoSpaceDN w:val="0"/>
        <w:autoSpaceDE w:val="0"/>
        <w:widowControl/>
        <w:spacing w:line="366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chính. Khổng Phu Tử dạy rằng: “Chính mình phải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đi tiên phong mà dẫn dắt, lấy bản thân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tấm gƣơng, sau đó chỉ dạy nhân dân phải cần mẫn chăm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chỉ.” Tử Lộ mong đƣợc chỉ dạy chi tiết hơn. Ngài liền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đáp: “Hãy thực hành theo những điều trên, không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lơ là.”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233 ~ </w:t>
      </w:r>
    </w:p>
    <w:p>
      <w:pPr>
        <w:autoSpaceDN w:val="0"/>
        <w:autoSpaceDE w:val="0"/>
        <w:widowControl/>
        <w:spacing w:line="280" w:lineRule="exact" w:before="262" w:after="3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弗作無益害有益，功乃成；弗貴異物賤用物，民乃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066"/>
        </w:trPr>
        <w:tc>
          <w:tcPr>
            <w:tcW w:type="dxa" w:w="58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74" w:val="left"/>
              </w:tabs>
              <w:autoSpaceDE w:val="0"/>
              <w:widowControl/>
              <w:spacing w:line="168" w:lineRule="exact" w:before="0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遊觀為無益，奇巧為異物。言明王之道，以德義為益，器用為貴，所以化俗生民。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足。</w:t>
            </w:r>
          </w:p>
          <w:p>
            <w:pPr>
              <w:autoSpaceDN w:val="0"/>
              <w:autoSpaceDE w:val="0"/>
              <w:widowControl/>
              <w:spacing w:line="280" w:lineRule="exact" w:before="324" w:after="0"/>
              <w:ind w:left="364" w:right="3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0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6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16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làm những việc vô bổ mà bê trễ và cản trở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việc hữu ích, có nhƣ vậy mới có thể thành tựu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 trị quốc; nếu không xem trọng vật phẩm hiếm lạ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xem thƣờng đồ dùng thiết thực, muôn dân mới đƣợc </w:t>
      </w:r>
    </w:p>
    <w:p>
      <w:pPr>
        <w:autoSpaceDN w:val="0"/>
        <w:autoSpaceDE w:val="0"/>
        <w:widowControl/>
        <w:spacing w:line="346" w:lineRule="exact" w:before="3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8" w:lineRule="exact" w:before="13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sung túc. (Đạo lý trị quốc của bậc minh quân tài ba thƣờng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đạo đức nhân nghĩa là việc hữu ích, xem những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thiết thực hữu dụng là điều đáng quý, tất cả đều vì sự nghiệp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hóa và nuôi dƣỡng thần dân.)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234 ~ </w:t>
      </w:r>
    </w:p>
    <w:p>
      <w:pPr>
        <w:autoSpaceDN w:val="0"/>
        <w:autoSpaceDE w:val="0"/>
        <w:widowControl/>
        <w:spacing w:line="280" w:lineRule="exact" w:before="28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《詩》曰：『凱悌君子，民之父母。』今人有過，</w:t>
      </w:r>
    </w:p>
    <w:p>
      <w:pPr>
        <w:autoSpaceDN w:val="0"/>
        <w:autoSpaceDE w:val="0"/>
        <w:widowControl/>
        <w:spacing w:line="364" w:lineRule="exact" w:before="0" w:after="182"/>
        <w:ind w:left="30" w:right="9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教未施，而刑已加焉，或欲改行為善，而道無由至，朕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甚憐之。夫刑，至斷支體、刻肌膚，終身不息，何其刑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之痛而不德也！豈稱為民父母之意哉？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08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（卷十四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漢書二）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(Hán Vũ Đế khi hạ chiếu, viết rằng:) Trong [Kinh </w:t>
      </w:r>
    </w:p>
    <w:p>
      <w:pPr>
        <w:autoSpaceDN w:val="0"/>
        <w:autoSpaceDE w:val="0"/>
        <w:widowControl/>
        <w:spacing w:line="364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Thi] có viết: “Khi ngƣời quân tử chan hòa và bình dị,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cha mẹ của thần dân.” Đến nay, khi ngƣời ta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lỗi lầm, còn chƣa đi giáo hóa, đã vội đem hình phạt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giáng xuống tấm thân họ, có ngƣời muốn cải tà quy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chính, nhƣng cũng không còn cơ hội nữa rồi, trẫm vô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thƣơng cảm họ. Hình phạt có thể cắt rời chân tay,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kim nhọn dùi vào da thịt họ, đến một đời cũng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khôi phục trở lại, hình phạt thế này khiến ngƣời ta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đau đớn nhƣờng nào, mà cũng không phù hợp với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nhân nghĩa! Lẽ nào điều này lại đúng với mục tiêu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ngƣời làm cha làm mẹ con dân sao?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2) </w:t>
      </w:r>
    </w:p>
    <w:p>
      <w:pPr>
        <w:autoSpaceDN w:val="0"/>
        <w:autoSpaceDE w:val="0"/>
        <w:widowControl/>
        <w:spacing w:line="346" w:lineRule="exact" w:before="1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235 ~ </w:t>
      </w:r>
    </w:p>
    <w:p>
      <w:pPr>
        <w:autoSpaceDN w:val="0"/>
        <w:autoSpaceDE w:val="0"/>
        <w:widowControl/>
        <w:spacing w:line="280" w:lineRule="exact" w:before="300" w:after="28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《詩》云：『樂只君子，民之父母。』民之所好好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80"/>
        </w:trPr>
        <w:tc>
          <w:tcPr>
            <w:tcW w:type="dxa" w:w="48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之，民之所惡惡之，此之謂民之父母。</w:t>
            </w:r>
          </w:p>
        </w:tc>
        <w:tc>
          <w:tcPr>
            <w:tcW w:type="dxa" w:w="208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言治民之道無他，取於己而已。</w:t>
            </w:r>
          </w:p>
        </w:tc>
      </w:tr>
      <w:tr>
        <w:trPr>
          <w:trHeight w:hRule="exact" w:val="866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74" w:val="left"/>
              </w:tabs>
              <w:autoSpaceDE w:val="0"/>
              <w:widowControl/>
              <w:spacing w:line="180" w:lineRule="exact" w:before="14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好人之所惡，惡人之所好，是謂拂人之性，災必逮夫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拂，猶佹。逮，及也。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身。</w:t>
            </w:r>
          </w:p>
        </w:tc>
      </w:tr>
      <w:tr>
        <w:trPr>
          <w:trHeight w:hRule="exact" w:val="610"/>
        </w:trPr>
        <w:tc>
          <w:tcPr>
            <w:tcW w:type="dxa" w:w="57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26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[Kinh Thi] có viết: “Bậc quân vƣơng mà </w:t>
      </w:r>
    </w:p>
    <w:p>
      <w:pPr>
        <w:autoSpaceDN w:val="0"/>
        <w:autoSpaceDE w:val="0"/>
        <w:widowControl/>
        <w:spacing w:line="364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chan hòa! Tựa nhƣ cha mẹ của ngƣời dân chúng ta.”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việc mà nhân dân thích thú, quân vƣơng cũng 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thích, những việc mà nhân dân chán ghét,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chán ghét, nhƣ vậy cũng có thể xem là cha mẹ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rồi. Thích làm những việc mà dân chúng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chán ghét và chán ghét những việc mà dân chúng yêu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thích, đây chính là làm trái với nhân tính, tai họa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sẽ giáng xuống họ.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8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7. CƯƠNG KỶ [KỶ CƯƠNG PHÉP NƯỚC] </w:t>
      </w:r>
    </w:p>
    <w:p>
      <w:pPr>
        <w:autoSpaceDN w:val="0"/>
        <w:autoSpaceDE w:val="0"/>
        <w:widowControl/>
        <w:spacing w:line="416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236 ~ </w:t>
      </w:r>
    </w:p>
    <w:p>
      <w:pPr>
        <w:autoSpaceDN w:val="0"/>
        <w:autoSpaceDE w:val="0"/>
        <w:widowControl/>
        <w:spacing w:line="280" w:lineRule="exact" w:before="302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太上使民知道，其次使民知心，其下使民不得為</w:t>
      </w:r>
    </w:p>
    <w:p>
      <w:pPr>
        <w:autoSpaceDN w:val="0"/>
        <w:autoSpaceDE w:val="0"/>
        <w:widowControl/>
        <w:spacing w:line="364" w:lineRule="exact" w:before="0" w:after="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非。使民知道者，德也；使民知心者，義也；使民不得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為非者，威禁也。威禁者，賞必行、刑必斷之謂也。此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三道者，治天下之具也。欲王而王，欲霸而霸，欲強而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強，在人主所志也。 </w:t>
      </w:r>
    </w:p>
    <w:p>
      <w:pPr>
        <w:autoSpaceDN w:val="0"/>
        <w:autoSpaceDE w:val="0"/>
        <w:widowControl/>
        <w:spacing w:line="346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65"/>
        <w:gridCol w:w="3465"/>
      </w:tblGrid>
      <w:tr>
        <w:trPr>
          <w:trHeight w:hRule="exact" w:val="532"/>
        </w:trPr>
        <w:tc>
          <w:tcPr>
            <w:tcW w:type="dxa" w:w="5314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606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14" w:lineRule="exact" w:before="6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8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giới cao nhất là khiến ngƣời dân lĩnh hội </w:t>
      </w:r>
    </w:p>
    <w:p>
      <w:pPr>
        <w:autoSpaceDN w:val="0"/>
        <w:autoSpaceDE w:val="0"/>
        <w:widowControl/>
        <w:spacing w:line="364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đạo lý lớn trong đất trời và nhân tình thế thái, kế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là khiến ngƣời dân hiểu đƣợc tấm lòng nhân ái, cuối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là khiến ngƣời dân không làm việc xấu.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lĩnh hội đƣợc đạo lý lớn trong đất trời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tình thế thái, điều cần dựa vào là đức hạnh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đứng đầu; khiến ngƣời dân hiểu đƣợc tấm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ái, điều cần dựa vào là đạo nghĩa của ngƣời đứng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đầu; khiến ngƣời dân không làm việc xấu, điều cần dựa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là ngƣời đứng đầu thực thi pháp lệnh. „Pháp lệnh‟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là có công tất thƣởng, có tội phải phạt. Ba nguyên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tắc này chính là biện pháp để trị vì thiên hạ. (Khi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vững ba nguyên tắc này) nếu muốn xƣng vƣơng sẽ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tựu vƣơng nghiệp, nếu muốn xƣng bá sẽ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tựu bá nghiệp, nếu muốn đất nƣớc cƣờng thịnh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đƣợc cƣờng thịnh. Điều này còn phải xem chí hƣớng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quân vƣơng mới đƣợc.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2310"/>
        <w:gridCol w:w="2310"/>
        <w:gridCol w:w="2310"/>
      </w:tblGrid>
      <w:tr>
        <w:trPr>
          <w:trHeight w:hRule="exact" w:val="474"/>
        </w:trPr>
        <w:tc>
          <w:tcPr>
            <w:tcW w:type="dxa" w:w="31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子曰：『導千乘之國，</w:t>
            </w:r>
          </w:p>
        </w:tc>
        <w:tc>
          <w:tcPr>
            <w:tcW w:type="dxa" w:w="25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導謂為之政教也。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敬事而信，</w:t>
            </w:r>
          </w:p>
        </w:tc>
        <w:tc>
          <w:tcPr>
            <w:tcW w:type="dxa" w:w="9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為國者舉事必</w:t>
            </w:r>
          </w:p>
        </w:tc>
      </w:tr>
    </w:tbl>
    <w:p>
      <w:pPr>
        <w:autoSpaceDN w:val="0"/>
        <w:autoSpaceDE w:val="0"/>
        <w:widowControl/>
        <w:spacing w:line="306" w:lineRule="exact" w:before="28" w:after="3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敬慎，與民必誠信也。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節用而愛人，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節用，不奢侈也。國以民為本，故愛養之。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使民以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1270"/>
        </w:trPr>
        <w:tc>
          <w:tcPr>
            <w:tcW w:type="dxa" w:w="32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856" w:val="left"/>
              </w:tabs>
              <w:autoSpaceDE w:val="0"/>
              <w:widowControl/>
              <w:spacing w:line="168" w:lineRule="exact" w:before="0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不妨奪農務也。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時。』</w:t>
            </w:r>
          </w:p>
        </w:tc>
        <w:tc>
          <w:tcPr>
            <w:tcW w:type="dxa" w:w="25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9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9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346" w:lineRule="exact" w:before="2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“Muốn trị vì một nƣớc chƣ </w:t>
      </w:r>
    </w:p>
    <w:p>
      <w:pPr>
        <w:autoSpaceDN w:val="0"/>
        <w:autoSpaceDE w:val="0"/>
        <w:widowControl/>
        <w:spacing w:line="362" w:lineRule="exact" w:before="2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hầu có hàng nghìn cỗ xe ngựa, phải thật lòng cung kính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cẩn trọng khi xử lý quốc sự, đối với nhân dân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tín; tiết kiệm chi tiêu, thƣơng yêu thần dân; khi sử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sức dân, phải lựa chọn lúc nông nhàn. (Không gây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trở ngại đối với hoạt động sản xuất của nhà nông.)”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2" w:after="5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406"/>
        </w:trPr>
        <w:tc>
          <w:tcPr>
            <w:tcW w:type="dxa" w:w="5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4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定公問：『君使臣，臣事君，如之何？』</w:t>
            </w:r>
          </w:p>
        </w:tc>
        <w:tc>
          <w:tcPr>
            <w:tcW w:type="dxa" w:w="10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5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定公，魯君謚。</w:t>
            </w:r>
          </w:p>
        </w:tc>
      </w:tr>
    </w:tbl>
    <w:p>
      <w:pPr>
        <w:autoSpaceDN w:val="0"/>
        <w:autoSpaceDE w:val="0"/>
        <w:widowControl/>
        <w:spacing w:line="282" w:lineRule="exact" w:before="42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孔子對曰：『君使臣以禮，臣事君以忠。』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44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Lỗ Định Công hỏi rằng: </w:t>
      </w:r>
    </w:p>
    <w:p>
      <w:pPr>
        <w:autoSpaceDN w:val="0"/>
        <w:autoSpaceDE w:val="0"/>
        <w:widowControl/>
        <w:spacing w:line="400" w:lineRule="exact" w:before="26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Việc quân vƣơng chỉ huy hạ thần và hạ thần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phụng sự quân vƣơng, phải nên thế nào đây? </w:t>
      </w:r>
    </w:p>
    <w:p>
      <w:pPr>
        <w:autoSpaceDN w:val="0"/>
        <w:autoSpaceDE w:val="0"/>
        <w:widowControl/>
        <w:spacing w:line="400" w:lineRule="exact" w:before="240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đáp lại: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Quân vƣơng khi chỉ huy hạ thần phải tuân theo </w:t>
      </w:r>
    </w:p>
    <w:p>
      <w:pPr>
        <w:autoSpaceDN w:val="0"/>
        <w:autoSpaceDE w:val="0"/>
        <w:widowControl/>
        <w:spacing w:line="362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lệnh và kỷ cƣơng của đất nƣớc, còn hạ thần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phụng sự quân vƣơng phải tận trung và làm tròn bổn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phận.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7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239 ~ </w:t>
      </w:r>
    </w:p>
    <w:p>
      <w:pPr>
        <w:autoSpaceDN w:val="0"/>
        <w:autoSpaceDE w:val="0"/>
        <w:widowControl/>
        <w:spacing w:line="280" w:lineRule="exact" w:before="300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治國有四：一曰尚德，二曰考能，三曰賞功，四曰</w:t>
      </w:r>
    </w:p>
    <w:p>
      <w:pPr>
        <w:autoSpaceDN w:val="0"/>
        <w:autoSpaceDE w:val="0"/>
        <w:widowControl/>
        <w:spacing w:line="362" w:lineRule="exact" w:before="4" w:after="182"/>
        <w:ind w:left="30" w:right="10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罰罪。四者明則國治矣。夫論士不以其德，而以其舊，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考能不以其才，而以其久，而求下之貴上，不可得也。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賞可以勢求，罰可以力避，而求下之無姦，不可得也。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7"/>
        <w:gridCol w:w="3467"/>
      </w:tblGrid>
      <w:tr>
        <w:trPr>
          <w:trHeight w:hRule="exact" w:val="610"/>
        </w:trPr>
        <w:tc>
          <w:tcPr>
            <w:tcW w:type="dxa" w:w="33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6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trị vì đất nƣớc có bốn điểm trọng yếu: Thứ </w:t>
      </w:r>
    </w:p>
    <w:p>
      <w:pPr>
        <w:autoSpaceDN w:val="0"/>
        <w:autoSpaceDE w:val="0"/>
        <w:widowControl/>
        <w:spacing w:line="364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là trân trọng đạo đức, thứ hai là sát hạch nhân tài,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ba là thƣởng ngƣời có công và thứ tƣ là trừng phạt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có tội. Khi bốn việc này đƣợc nghiêm minh, đất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đƣợc thái bình. Khi đề bạt quan viên, không xét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của họ mà lại dựa vào mối quan hệ qua lại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đánh giá nhân tài, không dựa vào tài năng của họ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xét thời gian tại vị ngắn hay dài, rồi đòi hỏi cấp dƣới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phục tùng cấp trên, điều này sẽ không thể đạt đƣợc.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ban thƣởng có thể dựa vào quyền thế mà có đƣợc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có thể dựa vào quyền thế để trốn tội, mà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mong rằng hạ thần không có hành vi gian tà, điều đó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làm đƣợc. </w:t>
      </w:r>
    </w:p>
    <w:p>
      <w:pPr>
        <w:autoSpaceDN w:val="0"/>
        <w:autoSpaceDE w:val="0"/>
        <w:widowControl/>
        <w:spacing w:line="426" w:lineRule="exact" w:before="2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416" w:lineRule="exact" w:before="24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240 ~ </w:t>
      </w:r>
    </w:p>
    <w:p>
      <w:pPr>
        <w:autoSpaceDN w:val="0"/>
        <w:autoSpaceDE w:val="0"/>
        <w:widowControl/>
        <w:spacing w:line="280" w:lineRule="exact" w:before="302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先王為禮，以達人之性理，刑以承禮之所不足。故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以仁義為不足以治者，不知人性者也，是故失教，失教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者無本也。以刑法為不可用者，是不知情偽者也，是故</w:t>
      </w:r>
    </w:p>
    <w:p>
      <w:pPr>
        <w:autoSpaceDN w:val="0"/>
        <w:autoSpaceDE w:val="0"/>
        <w:widowControl/>
        <w:spacing w:line="346" w:lineRule="exact" w:before="1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224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08" w:right="10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18" w:after="0"/>
        <w:ind w:left="30" w:right="17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失威，失威者不禁也。故有刑法而無仁義，久則民忽，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民忽則怒也；有仁義而無刑法，則民慢，民慢則姦起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也。故曰：本之以仁，成之以法，使兩通而無偏重，則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治之至也。夫仁義雖弱而持久，刑殺雖強而速亡，自然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502"/>
        <w:gridCol w:w="3502"/>
      </w:tblGrid>
      <w:tr>
        <w:trPr>
          <w:trHeight w:hRule="exact" w:val="1828"/>
        </w:trPr>
        <w:tc>
          <w:tcPr>
            <w:tcW w:type="dxa" w:w="34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之治也。 </w:t>
            </w:r>
          </w:p>
          <w:p>
            <w:pPr>
              <w:autoSpaceDN w:val="0"/>
              <w:autoSpaceDE w:val="0"/>
              <w:widowControl/>
              <w:spacing w:line="416" w:lineRule="exact" w:before="932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  <w:u w:val="single"/>
              </w:rPr>
              <w:t>Việt ngữ: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45.99999999999966" w:type="dxa"/>
            </w:tblPr>
            <w:tblGrid>
              <w:gridCol w:w="1727"/>
              <w:gridCol w:w="1727"/>
            </w:tblGrid>
            <w:tr>
              <w:trPr>
                <w:trHeight w:hRule="exact" w:val="1034"/>
              </w:trPr>
              <w:tc>
                <w:tcPr>
                  <w:tcW w:type="dxa" w:w="1566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0" w:lineRule="exact" w:before="372" w:after="0"/>
                    <w:ind w:left="124" w:right="124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（卷五十 </w:t>
                  </w:r>
                </w:p>
              </w:tc>
              <w:tc>
                <w:tcPr>
                  <w:tcW w:type="dxa" w:w="1618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0" w:lineRule="exact" w:before="372" w:after="0"/>
                    <w:ind w:left="24" w:right="24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袁子正書） </w:t>
                  </w:r>
                </w:p>
              </w:tc>
            </w:tr>
          </w:tbl>
          <w:p/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332" w:lineRule="exact" w:before="166" w:after="0"/>
        <w:ind w:left="106" w:right="10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tiên đế xƣa kia lập ra lễ pháp để thực thi nhân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vốn có trong con ngƣời và điều chỉnh hình phạt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bù đắp điểm thiếu sót của lễ pháp. Bởi vậy, nếu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 nhân nghĩa không đủ để trị quốc là không hiểu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nhân tính vốn thiện, thế là thiếu đi sự giáo hóa,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trị vì mà thiếu mất sự giáo hóa tất sẽ đánh mất nền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tảng. Nếu cho rằng hình phạt không thể trị vì đất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không hiểu đƣợc sự dối trá trong tập tính của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thế là để mất đi uy lực, khi đánh mất uy lực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ngăn chặn hành động xấu ác. Cho nên,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lệnh và hình phạt mà không có nhân nghĩa,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gian lâu dần, ngƣời dân sẽ xem nhẹ đạo nghĩa,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xem nhẹ đạo nghĩa tất sẽ xảy ra phản loạn;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nhân nghĩa mà không có phép lệnh và hình phạt,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sẽ khinh suất, khi ngƣời dân khinh suất tất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điều xằng bậy. Bởi vậy mới nói, lấy nhân nghĩa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gốc và luật pháp là để trợ giúp, khiến cho hai việc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hòa hợp mà không thiên lệch, đây chính là cảnh giới cao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trong việc trị quốc. Hiệu quả của việc giáo hóa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nghĩa tuy không hiển hiện rõ rệt, nhƣng lại bền lâu;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hiệu quả của hình phạt tuy rõ rệt, (nhƣng nếu ỷ vào một </w:t>
      </w:r>
    </w:p>
    <w:p>
      <w:pPr>
        <w:autoSpaceDN w:val="0"/>
        <w:autoSpaceDE w:val="0"/>
        <w:widowControl/>
        <w:spacing w:line="346" w:lineRule="exact" w:before="156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6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thái quá) lại khiến cho đất nƣớc nhanh bị diệt vong.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đạo lý vốn có trong việc trị quốc đấy thôi! </w:t>
      </w:r>
    </w:p>
    <w:p>
      <w:pPr>
        <w:autoSpaceDN w:val="0"/>
        <w:autoSpaceDE w:val="0"/>
        <w:widowControl/>
        <w:spacing w:line="400" w:lineRule="exact" w:before="82" w:after="0"/>
        <w:ind w:left="86" w:right="8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241 ~ </w:t>
      </w:r>
    </w:p>
    <w:p>
      <w:pPr>
        <w:autoSpaceDN w:val="0"/>
        <w:autoSpaceDE w:val="0"/>
        <w:widowControl/>
        <w:spacing w:line="280" w:lineRule="exact" w:before="140" w:after="0"/>
        <w:ind w:left="162" w:right="16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古者篤教以導民，明辟以正刑。刑之於治，猶策之</w:t>
      </w:r>
    </w:p>
    <w:p>
      <w:pPr>
        <w:autoSpaceDN w:val="0"/>
        <w:autoSpaceDE w:val="0"/>
        <w:widowControl/>
        <w:spacing w:line="364" w:lineRule="exact" w:before="2" w:after="1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於御也。良工不能無策而御，有策而勿用也。聖人假法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以成教，教成而刑不施。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98"/>
        <w:gridCol w:w="3498"/>
      </w:tblGrid>
      <w:tr>
        <w:trPr>
          <w:trHeight w:hRule="exact" w:val="44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（卷四十二 </w:t>
            </w:r>
          </w:p>
        </w:tc>
        <w:tc>
          <w:tcPr>
            <w:tcW w:type="dxa" w:w="15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鹽鐵論）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8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xƣa, bậc thánh nhân tận tụy dùng giáo hóa </w:t>
      </w:r>
    </w:p>
    <w:p>
      <w:pPr>
        <w:autoSpaceDN w:val="0"/>
        <w:autoSpaceDE w:val="0"/>
        <w:widowControl/>
        <w:spacing w:line="364" w:lineRule="exact" w:before="0" w:after="0"/>
        <w:ind w:left="30" w:right="8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hiếu đễ và nhân nghĩa để dẫn dắt trăm họ, đem nội dung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hình luật mà giảng giải tỏ tƣờng để rồi theo đó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thi. Dùng hình luật để trị vì đất nƣớc, tựa nhƣ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roi quất để điều khiển xe ngựa. Ngƣời đánh xe dẫu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nghệ cao siêu đến mấy khi đánh xe ngựa cũng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roi quất, nhƣng chỉ là cầm roi quất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 dụng một cách tùy tiện mà thôi. Bậc thánh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mƣợn pháp lệnh để làm tốt công việc giáo hóa, khi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 giáo hóa thành công rồi, cũng không cần thực thi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nữa. </w:t>
      </w:r>
    </w:p>
    <w:p>
      <w:pPr>
        <w:autoSpaceDN w:val="0"/>
        <w:autoSpaceDE w:val="0"/>
        <w:widowControl/>
        <w:spacing w:line="400" w:lineRule="exact" w:before="242" w:after="0"/>
        <w:ind w:left="86" w:right="8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Diêm Thiết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242 ~ </w:t>
      </w:r>
    </w:p>
    <w:p>
      <w:pPr>
        <w:autoSpaceDN w:val="0"/>
        <w:autoSpaceDE w:val="0"/>
        <w:widowControl/>
        <w:spacing w:line="282" w:lineRule="exact" w:before="302" w:after="0"/>
        <w:ind w:left="162" w:right="16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臣聞咎繇戒帝舜曰：『亡敖佚欲有國，兢兢業業，</w:t>
      </w:r>
    </w:p>
    <w:p>
      <w:pPr>
        <w:autoSpaceDN w:val="0"/>
        <w:autoSpaceDE w:val="0"/>
        <w:widowControl/>
        <w:spacing w:line="280" w:lineRule="exact" w:before="84" w:after="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一日二日萬機。』......箕子戒武王曰：『臣無有作威作</w:t>
      </w:r>
    </w:p>
    <w:p>
      <w:pPr>
        <w:autoSpaceDN w:val="0"/>
        <w:autoSpaceDE w:val="0"/>
        <w:widowControl/>
        <w:spacing w:line="346" w:lineRule="exact" w:before="7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226 </w:t>
      </w:r>
    </w:p>
    <w:p>
      <w:pPr>
        <w:sectPr>
          <w:pgSz w:w="9072" w:h="13608"/>
          <w:pgMar w:top="464" w:right="972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2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福，亡有玉食；臣之有作威作福玉食，害於而家，凶於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而國，人用側頗辟，民用僭慝。』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204" w:right="20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（後補卷二十 </w:t>
            </w:r>
          </w:p>
        </w:tc>
        <w:tc>
          <w:tcPr>
            <w:tcW w:type="dxa" w:w="1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漢書八）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(Vƣơng Gia khi bí mật dâng sớ, có viết rằng:) Thần </w:t>
      </w:r>
    </w:p>
    <w:p>
      <w:pPr>
        <w:autoSpaceDN w:val="0"/>
        <w:autoSpaceDE w:val="0"/>
        <w:widowControl/>
        <w:spacing w:line="364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nói Cao Dao khuyên can vua Thuấn thế này: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“Đừng để ngƣời tham lam phóng túng trở thành chƣ hầu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(tức là không để họ nắm quyền hành), hàng ngày buộc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cảnh giác thận trọng khi xử lý hàng nghìn hàng vạn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việc triều chính.”… Còn Cơ Tử lại cảnh báo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Vũ Vƣơng rằng: “Những quan viên thông thƣờng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nắm giữ đặc quyền thƣởng phạt, cũng nhƣ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hƣởng thụ mỹ vị. Nếu quan viên thông thƣờng cũng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thi hành quyền thƣởng phạt, hƣởng thụ mỹ vị,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sẽ có hại cho gia tộc của ngài, có hại cho đất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ngài. (Quyền thế mà rơi vào tay hạ thần, vậy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lại và quần chúng sẽ đua nhau lấy lòng, để rồi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sẽ từ đó mà lệch lạc và không ngay thẳng,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trăm họ cũng sẽ vƣợt ra ngoài khuôn phép và không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thực nữa.”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(Bổ sung cuốn 20.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8)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243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以八柄詔王馭群臣：一曰爵，以馭其貴；二曰祿，</w:t>
      </w:r>
    </w:p>
    <w:p>
      <w:pPr>
        <w:autoSpaceDN w:val="0"/>
        <w:autoSpaceDE w:val="0"/>
        <w:widowControl/>
        <w:spacing w:line="364" w:lineRule="exact" w:before="2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以馭其富；三曰予，以馭其幸；四曰置，以馭其行；五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曰生，以馭其福；六曰奪，以馭其貧；七曰廢，以馭其</w:t>
      </w:r>
    </w:p>
    <w:p>
      <w:pPr>
        <w:autoSpaceDN w:val="0"/>
        <w:autoSpaceDE w:val="0"/>
        <w:widowControl/>
        <w:spacing w:line="346" w:lineRule="exact" w:before="4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507"/>
        <w:gridCol w:w="3507"/>
      </w:tblGrid>
      <w:tr>
        <w:trPr>
          <w:trHeight w:hRule="exact" w:val="496"/>
        </w:trPr>
        <w:tc>
          <w:tcPr>
            <w:tcW w:type="dxa" w:w="3136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罪；八曰誅，以馭其過。</w:t>
            </w:r>
          </w:p>
        </w:tc>
        <w:tc>
          <w:tcPr>
            <w:tcW w:type="dxa" w:w="3728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柄，所秉執以起事者也。詔，告也，助也。爵，謂公侯伯子</w:t>
            </w:r>
          </w:p>
        </w:tc>
      </w:tr>
    </w:tbl>
    <w:p>
      <w:pPr>
        <w:autoSpaceDN w:val="0"/>
        <w:autoSpaceDE w:val="0"/>
        <w:widowControl/>
        <w:spacing w:line="138" w:lineRule="exact" w:before="24" w:after="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男卿大夫士也。祿，所以富臣下也。幸，謂言行偶合於善，則有以賜與之勸後也。生，猶養也，賢臣之老者，</w:t>
      </w:r>
    </w:p>
    <w:p>
      <w:pPr>
        <w:autoSpaceDN w:val="0"/>
        <w:autoSpaceDE w:val="0"/>
        <w:widowControl/>
        <w:spacing w:line="140" w:lineRule="exact" w:before="226" w:after="26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王有以養之也。奪，謂臣有大罪，沒入家財者也。諸，責讓也。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507"/>
        <w:gridCol w:w="3507"/>
      </w:tblGrid>
      <w:tr>
        <w:trPr>
          <w:trHeight w:hRule="exact" w:val="69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（卷八 </w:t>
            </w:r>
          </w:p>
        </w:tc>
        <w:tc>
          <w:tcPr>
            <w:tcW w:type="dxa" w:w="12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6" w:after="0"/>
              <w:ind w:left="54" w:right="5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周禮）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264" w:after="0"/>
        <w:ind w:left="114" w:right="11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Tể (tể tƣớng) đem tám loại quyền hành để phò </w:t>
      </w:r>
    </w:p>
    <w:p>
      <w:pPr>
        <w:autoSpaceDN w:val="0"/>
        <w:autoSpaceDE w:val="0"/>
        <w:widowControl/>
        <w:spacing w:line="37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tá quân vƣơng dẫn dắt quần thần và khiến họ hƣớng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 lối trị vì nhân nghĩa: </w:t>
      </w:r>
    </w:p>
    <w:p>
      <w:pPr>
        <w:autoSpaceDN w:val="0"/>
        <w:autoSpaceDE w:val="0"/>
        <w:widowControl/>
        <w:spacing w:line="412" w:lineRule="exact" w:before="236" w:after="0"/>
        <w:ind w:left="112" w:right="11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Phong cho tƣớc vị để khiến hạ thần đƣợc tôn </w:t>
      </w:r>
    </w:p>
    <w:p>
      <w:pPr>
        <w:autoSpaceDN w:val="0"/>
        <w:autoSpaceDE w:val="0"/>
        <w:widowControl/>
        <w:spacing w:line="356" w:lineRule="exact" w:before="0" w:after="0"/>
        <w:ind w:left="1020" w:right="10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quý; </w:t>
      </w:r>
    </w:p>
    <w:p>
      <w:pPr>
        <w:autoSpaceDN w:val="0"/>
        <w:autoSpaceDE w:val="0"/>
        <w:widowControl/>
        <w:spacing w:line="422" w:lineRule="exact" w:before="8" w:after="0"/>
        <w:ind w:left="596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cho bổng lộc để khiến hạ thần đƣợc giàu có;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cho phần thƣởng để khiến hạ thần cảm </w:t>
      </w:r>
    </w:p>
    <w:p>
      <w:pPr>
        <w:autoSpaceDN w:val="0"/>
        <w:autoSpaceDE w:val="0"/>
        <w:widowControl/>
        <w:spacing w:line="358" w:lineRule="exact" w:before="0" w:after="0"/>
        <w:ind w:left="1020" w:right="11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đƣợc sự quan tâm và trọng dụng của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vƣơng; </w:t>
      </w:r>
    </w:p>
    <w:p>
      <w:pPr>
        <w:autoSpaceDN w:val="0"/>
        <w:autoSpaceDE w:val="0"/>
        <w:widowControl/>
        <w:spacing w:line="412" w:lineRule="exact" w:before="14" w:after="0"/>
        <w:ind w:left="106" w:right="10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Bổ nhiệm chức vị để khiến hạ thần đƣợc nâng </w:t>
      </w:r>
    </w:p>
    <w:p>
      <w:pPr>
        <w:autoSpaceDN w:val="0"/>
        <w:autoSpaceDE w:val="0"/>
        <w:widowControl/>
        <w:spacing w:line="358" w:lineRule="exact" w:before="0" w:after="0"/>
        <w:ind w:left="1020" w:right="10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phẩm hạnh; </w:t>
      </w:r>
    </w:p>
    <w:p>
      <w:pPr>
        <w:autoSpaceDN w:val="0"/>
        <w:autoSpaceDE w:val="0"/>
        <w:widowControl/>
        <w:spacing w:line="412" w:lineRule="exact" w:before="16" w:after="0"/>
        <w:ind w:left="112" w:right="11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thƣởng hậu hĩnh cho các công thần lập </w:t>
      </w:r>
    </w:p>
    <w:p>
      <w:pPr>
        <w:autoSpaceDN w:val="0"/>
        <w:autoSpaceDE w:val="0"/>
        <w:widowControl/>
        <w:spacing w:line="356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lao to lớn để họ có đƣợc phúc báu; </w:t>
      </w:r>
    </w:p>
    <w:p>
      <w:pPr>
        <w:autoSpaceDN w:val="0"/>
        <w:autoSpaceDE w:val="0"/>
        <w:widowControl/>
        <w:spacing w:line="412" w:lineRule="exact" w:before="16" w:after="0"/>
        <w:ind w:left="114" w:right="11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Tịch biên tài sản để khiến các quan lại phạm tội </w:t>
      </w:r>
    </w:p>
    <w:p>
      <w:pPr>
        <w:autoSpaceDN w:val="0"/>
        <w:autoSpaceDE w:val="0"/>
        <w:widowControl/>
        <w:spacing w:line="358" w:lineRule="exact" w:before="0" w:after="0"/>
        <w:ind w:left="1020" w:right="10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nghèo khổ; </w:t>
      </w:r>
    </w:p>
    <w:p>
      <w:pPr>
        <w:autoSpaceDN w:val="0"/>
        <w:autoSpaceDE w:val="0"/>
        <w:widowControl/>
        <w:spacing w:line="412" w:lineRule="exact" w:before="16" w:after="0"/>
        <w:ind w:left="114" w:right="11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7.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Bãi miễn chức vị và lƣu đày tới biên ải để trừng </w:t>
      </w:r>
    </w:p>
    <w:p>
      <w:pPr>
        <w:autoSpaceDN w:val="0"/>
        <w:autoSpaceDE w:val="0"/>
        <w:widowControl/>
        <w:spacing w:line="356" w:lineRule="exact" w:before="0" w:after="0"/>
        <w:ind w:left="1020" w:right="10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 hành vi tội lỗi của quan lại; </w:t>
      </w:r>
    </w:p>
    <w:p>
      <w:pPr>
        <w:autoSpaceDN w:val="0"/>
        <w:autoSpaceDE w:val="0"/>
        <w:widowControl/>
        <w:spacing w:line="412" w:lineRule="exact" w:before="16" w:after="0"/>
        <w:ind w:left="112" w:right="11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8.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Khiển trách để truy cứu tội lỗi của quan viên do </w:t>
      </w:r>
    </w:p>
    <w:p>
      <w:pPr>
        <w:autoSpaceDN w:val="0"/>
        <w:autoSpaceDE w:val="0"/>
        <w:widowControl/>
        <w:spacing w:line="358" w:lineRule="exact" w:before="0" w:after="0"/>
        <w:ind w:left="1020" w:right="10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lơ là trách nhiệm. </w:t>
      </w:r>
    </w:p>
    <w:p>
      <w:pPr>
        <w:autoSpaceDN w:val="0"/>
        <w:autoSpaceDE w:val="0"/>
        <w:widowControl/>
        <w:spacing w:line="400" w:lineRule="exact" w:before="242" w:after="0"/>
        <w:ind w:left="104" w:right="10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Lễ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46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228 </w:t>
      </w:r>
    </w:p>
    <w:p>
      <w:pPr>
        <w:sectPr>
          <w:pgSz w:w="9072" w:h="13608"/>
          <w:pgMar w:top="464" w:right="95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244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明君如身，臣如手；君若號，臣如響。君設其本，</w:t>
      </w:r>
    </w:p>
    <w:p>
      <w:pPr>
        <w:autoSpaceDN w:val="0"/>
        <w:autoSpaceDE w:val="0"/>
        <w:widowControl/>
        <w:spacing w:line="364" w:lineRule="exact" w:before="2" w:after="10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臣操其末；君治其要，臣行其詳；君操其柄，臣事其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常。為人臣者，操契以責其名。名者，天地之綱，聖人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之符。張天地之綱，用聖人之符，則萬物之情，無所逃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4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申子） </w:t>
            </w:r>
          </w:p>
        </w:tc>
      </w:tr>
    </w:tbl>
    <w:p>
      <w:pPr>
        <w:autoSpaceDN w:val="0"/>
        <w:autoSpaceDE w:val="0"/>
        <w:widowControl/>
        <w:spacing w:line="416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10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minh quân tựa nhƣ cơ thể và hạ thần lại tựa </w:t>
      </w:r>
    </w:p>
    <w:p>
      <w:pPr>
        <w:autoSpaceDN w:val="0"/>
        <w:autoSpaceDE w:val="0"/>
        <w:widowControl/>
        <w:spacing w:line="364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cánh tay; quân vƣơng tựa nhƣ tiếng hô lớn, còn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lại nhƣ âm thanh vọng lại. Quân vƣơng mƣu lƣợc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 sách mang tính nền tảng và hạ thần thao tác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chi tiết; quân vƣơng xử trí vấn đề mấu chốt và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thực thi biện pháp cụ thể; quân vƣơng nắm quyền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của đất nƣớc và hạ thần  thực hiện nhiệm vụ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ngày. Là một hạ thần, tay nắm lệnh bài (căn cứ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việc nhiệm chức), phải lấy đó mà yêu cầu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làm đƣợc danh và thực tƣơng xứng. „Danh‟ là kỷ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cƣơng của trời đất, là lệnh bài của thánh nhân (khi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việc). Khi mở rộng kỷ cƣơng của đất trời và sử dụng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lệnh bài của thánh nhân, vậy thì tình hình của vật sự vạn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vật không còn nơi để che giấu nữa.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245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富者奢侈羨溢，貧者窮急愁苦，而上不救，則民不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樂生。民不樂生，尚不避死，安能避罪？此刑罰之所以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繁，而姦邪不可勝者也。故受祿之家，食祿而已，不與</w:t>
      </w:r>
    </w:p>
    <w:p>
      <w:pPr>
        <w:autoSpaceDN w:val="0"/>
        <w:autoSpaceDE w:val="0"/>
        <w:widowControl/>
        <w:spacing w:line="346" w:lineRule="exact" w:before="2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20" w:after="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民爭業，然後利可均布，而民可家足也。此上天之理，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而太古之道。天子之所宜法以為制，大夫之所當循以為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97"/>
        <w:gridCol w:w="3497"/>
      </w:tblGrid>
      <w:tr>
        <w:trPr>
          <w:trHeight w:hRule="exact" w:val="1830"/>
        </w:trPr>
        <w:tc>
          <w:tcPr>
            <w:tcW w:type="dxa" w:w="34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行也。 </w:t>
            </w:r>
          </w:p>
          <w:p>
            <w:pPr>
              <w:autoSpaceDN w:val="0"/>
              <w:autoSpaceDE w:val="0"/>
              <w:widowControl/>
              <w:spacing w:line="416" w:lineRule="exact" w:before="934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  <w:u w:val="single"/>
              </w:rPr>
              <w:t>Việt ngữ: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388.0000000000001" w:type="dxa"/>
            </w:tblPr>
            <w:tblGrid>
              <w:gridCol w:w="1727"/>
              <w:gridCol w:w="1727"/>
            </w:tblGrid>
            <w:tr>
              <w:trPr>
                <w:trHeight w:hRule="exact" w:val="1034"/>
              </w:trPr>
              <w:tc>
                <w:tcPr>
                  <w:tcW w:type="dxa" w:w="1706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0" w:lineRule="exact" w:before="372" w:after="0"/>
                    <w:ind w:left="124" w:right="124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（卷十七 </w:t>
                  </w:r>
                </w:p>
              </w:tc>
              <w:tc>
                <w:tcPr>
                  <w:tcW w:type="dxa" w:w="1338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0" w:lineRule="exact" w:before="372" w:after="0"/>
                    <w:ind w:left="22" w:right="22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漢書五） </w:t>
                  </w:r>
                </w:p>
              </w:tc>
            </w:tr>
          </w:tbl>
          <w:p/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332" w:lineRule="exact" w:before="16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(Đổng Trọng Thƣ trong khi đối đáp với Hán Vũ Đế, </w:t>
      </w:r>
    </w:p>
    <w:p>
      <w:pPr>
        <w:autoSpaceDN w:val="0"/>
        <w:autoSpaceDE w:val="0"/>
        <w:widowControl/>
        <w:spacing w:line="380" w:lineRule="exact" w:before="2" w:after="0"/>
        <w:ind w:left="30" w:right="8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rằng:) Ngƣời giàu có thì cuộc sống xa xỉ và sung túc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quá mức, còn ngƣời nghèo khổ lại khốn khó cùng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quẫnvà đau khổ khôn cùng, thế mà ngƣời ở trên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đi giải quyết và cứu giúp, vậy thì ngƣời dân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thấy đƣợc sống cũng không còn hứng thú. Một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không còn thiết sống, nhƣ vậy đến cái chết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sẽ không né tránh, sao còn có thể sợ hãi khi phạm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tội đây? Đây chính là duyên cớ cho việc hình phạt thì vô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kể mà gian tà vẫn không thể ngăn chặn. Cho nên,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hƣởng bổng lộc, sinh sống bằng bổng lộc là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rồi, chứ đừng nên đi tranh giành sản nghiệp với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dân, có nhƣ vậy lợi ích mới đƣợc ban bố rộng khắp,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cũng đáp ứng đủ chi dùng của gia đình.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đạo lý công bằng của trời đất và cũng là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quốc thời cổ xƣa, bậc thiên tử phải nên học tập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xây dựng thành thể chế, đại phu cũng phải nên tuân thủ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làm chuẩn mực cho hành vi của chính mình. </w:t>
      </w:r>
    </w:p>
    <w:p>
      <w:pPr>
        <w:autoSpaceDN w:val="0"/>
        <w:autoSpaceDE w:val="0"/>
        <w:widowControl/>
        <w:spacing w:line="402" w:lineRule="exact" w:before="260" w:after="0"/>
        <w:ind w:left="84" w:right="8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5) </w:t>
      </w:r>
    </w:p>
    <w:p>
      <w:pPr>
        <w:autoSpaceDN w:val="0"/>
        <w:autoSpaceDE w:val="0"/>
        <w:widowControl/>
        <w:spacing w:line="346" w:lineRule="exact" w:before="9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230 </w:t>
      </w:r>
    </w:p>
    <w:p>
      <w:pPr>
        <w:sectPr>
          <w:pgSz w:w="9072" w:h="13608"/>
          <w:pgMar w:top="464" w:right="97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246 ~ </w:t>
      </w:r>
    </w:p>
    <w:p>
      <w:pPr>
        <w:autoSpaceDN w:val="0"/>
        <w:autoSpaceDE w:val="0"/>
        <w:widowControl/>
        <w:spacing w:line="280" w:lineRule="exact" w:before="300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凡法令更，則利害易；利害易，則民務變；民務</w:t>
      </w:r>
    </w:p>
    <w:p>
      <w:pPr>
        <w:autoSpaceDN w:val="0"/>
        <w:autoSpaceDE w:val="0"/>
        <w:widowControl/>
        <w:spacing w:line="364" w:lineRule="exact" w:before="2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變，謂之變業。故以理觀之，事大眾而數搖之，則少成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功；藏大器而數徙之，則多敗傷；烹小鮮而數橈之，則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賊其宰；治大國而數變法，則民苦之。是以有道之君貴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虛靜，而重變法。故曰：『治大國者，若烹小鮮。』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10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韓子）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khi pháp lệnh thay đổi, hai mặt lợi - hại cũng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đó mà thay đổi; khi lợi – hại mà thay đổi,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tất sẽ thay đổi công việc mà họ đang làm;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việc đang làm mà thay đổi, đây đƣợc gọi là „đổi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nghề‟. Từ đạo lý này thấy rằng, để dân chúng gây dựng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cơ nghiệp mà lại thƣờng xuyên biến động, tất sẽ hiếm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thành công; giả nhƣ khi cất giữ đồ vật quý giá mà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 chuyển nhiều lần, đa phần sẽ bị hƣ hỏng; khi đem nấu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cá nhỏ mà lại thƣờng xuyên lật giở, tất sẽ phá hỏng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lao của ngƣời đầu bếp; khi trị vì đất nƣớc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sách cứ sáng ban tối sửa, vậy thì trăm họ sẽ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rất khốn khổ. Cho nên, quân vƣơng mà hiểu đƣợc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quốc sẽ trân quý sự an định, điềm tĩnh và rất thận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khi thay đổi pháp lệnh. Bởi vậy mới nói: “Trị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nƣớc, tựa nhƣ đem nấu một con cá nhỏ.” (Không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lật giở thƣờng xuyên.)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7"/>
        <w:gridCol w:w="3467"/>
      </w:tblGrid>
      <w:tr>
        <w:trPr>
          <w:trHeight w:hRule="exact" w:val="486"/>
        </w:trPr>
        <w:tc>
          <w:tcPr>
            <w:tcW w:type="dxa" w:w="56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上人疑，則百姓惑；下難知，則君長勞。</w:t>
            </w:r>
          </w:p>
        </w:tc>
        <w:tc>
          <w:tcPr>
            <w:tcW w:type="dxa" w:w="12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難知，有姦心也。</w:t>
            </w:r>
          </w:p>
        </w:tc>
      </w:tr>
      <w:tr>
        <w:trPr>
          <w:trHeight w:hRule="exact" w:val="870"/>
        </w:trPr>
        <w:tc>
          <w:tcPr>
            <w:tcW w:type="dxa" w:w="690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74" w:val="left"/>
              </w:tabs>
              <w:autoSpaceDE w:val="0"/>
              <w:widowControl/>
              <w:spacing w:line="182" w:lineRule="exact" w:before="14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故君民者，章好以示民俗，慎惡以御民之淫，則民不惑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淫，貪侈也。《孝经》曰：『示之以好惡，而民知禁也。』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矣。</w:t>
            </w:r>
          </w:p>
        </w:tc>
      </w:tr>
      <w:tr>
        <w:trPr>
          <w:trHeight w:hRule="exact" w:val="640"/>
        </w:trPr>
        <w:tc>
          <w:tcPr>
            <w:tcW w:type="dxa" w:w="56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84" w:after="0"/>
              <w:ind w:left="220" w:right="22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 xml:space="preserve">（卷七 </w:t>
            </w:r>
          </w:p>
        </w:tc>
        <w:tc>
          <w:tcPr>
            <w:tcW w:type="dxa" w:w="12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84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6" w:lineRule="exact" w:before="1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ngƣời ở trên mà không phân biệt rõ đúng sai,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khiến ngƣời dân nghi hoặc và không biết phải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sao; khi ngƣời ở dƣới mà có tâm trí trá, tâm khó lƣờng,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khiến ngƣời ở trên phải lao tâm khổ tứ.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lãnh đạo khi trị vì nhân dân, phải nên biểu dƣơng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tấm gƣơng đạo đức cao đẹp để dẫn dắt nếp sống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nhân tình thế thái trong xã hội; phải thận trọng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trừng phạt tội lỗi để tránh việc nhân dân hùa theo nếp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sống tham dục, xa xỉ và phóng túng. Đƣợc nhƣ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sẽ không còn rơi vào cảnh mê mờ nữa. </w:t>
      </w:r>
    </w:p>
    <w:p>
      <w:pPr>
        <w:autoSpaceDN w:val="0"/>
        <w:autoSpaceDE w:val="0"/>
        <w:widowControl/>
        <w:spacing w:line="400" w:lineRule="exact" w:before="24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2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8. LỄ NHẠC [LỄ NGHI VÀ ÂM NHẠC] </w:t>
      </w:r>
    </w:p>
    <w:p>
      <w:pPr>
        <w:autoSpaceDN w:val="0"/>
        <w:autoSpaceDE w:val="0"/>
        <w:widowControl/>
        <w:spacing w:line="416" w:lineRule="exact" w:before="21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248 ~ </w:t>
      </w:r>
    </w:p>
    <w:p>
      <w:pPr>
        <w:autoSpaceDN w:val="0"/>
        <w:autoSpaceDE w:val="0"/>
        <w:widowControl/>
        <w:spacing w:line="306" w:lineRule="exact" w:before="276" w:after="30"/>
        <w:ind w:left="102" w:right="10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先王制禮也以節事，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動反本也。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脩樂以導志。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勸之善也。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故觀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1"/>
        <w:gridCol w:w="2311"/>
        <w:gridCol w:w="2311"/>
      </w:tblGrid>
      <w:tr>
        <w:trPr>
          <w:trHeight w:hRule="exact" w:val="1320"/>
        </w:trPr>
        <w:tc>
          <w:tcPr>
            <w:tcW w:type="dxa" w:w="43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814" w:val="left"/>
              </w:tabs>
              <w:autoSpaceDE w:val="0"/>
              <w:widowControl/>
              <w:spacing w:line="168" w:lineRule="exact" w:before="0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亂國禮慢而樂淫也。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其禮樂，而治亂可知。</w:t>
            </w:r>
          </w:p>
        </w:tc>
        <w:tc>
          <w:tcPr>
            <w:tcW w:type="dxa" w:w="13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9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98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346" w:lineRule="exact" w:before="3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232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vƣơng xƣa kia lập ra hệ thống lễ nghi là </w:t>
      </w:r>
    </w:p>
    <w:p>
      <w:pPr>
        <w:autoSpaceDN w:val="0"/>
        <w:autoSpaceDE w:val="0"/>
        <w:widowControl/>
        <w:spacing w:line="364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tiết chế các hành vi (tất cả biện pháp chính trị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xa rời mục tiêu tạo phúc cho nhân dân), dùng 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nhạc để khuyến khích chí nguyện hƣớng thiện của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(khiến cho hành thiện không biết mệt mỏi). Bởi vậy,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sát lễ nhạc, tất sẽ hiểu đƣợc tình hình an định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 lạc của một đất nƣớc (lễ nghi của đất nƣớc loạn lạc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bị lơ là và xem nhẹ, còn âm nhạc thì phóng túng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tiết chế).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249 ~ </w:t>
      </w:r>
    </w:p>
    <w:p>
      <w:pPr>
        <w:autoSpaceDN w:val="0"/>
        <w:autoSpaceDE w:val="0"/>
        <w:widowControl/>
        <w:spacing w:line="282" w:lineRule="exact" w:before="298" w:after="0"/>
        <w:ind w:left="90" w:right="9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子張問聖人之所以教，孔子曰：『師乎，吾語汝。</w:t>
      </w:r>
    </w:p>
    <w:p>
      <w:pPr>
        <w:autoSpaceDN w:val="0"/>
        <w:autoSpaceDE w:val="0"/>
        <w:widowControl/>
        <w:spacing w:line="364" w:lineRule="exact" w:before="0" w:after="18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聖人明於禮樂，舉而措之而已。』子張又問，孔子曰：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『師，爾以為必布几筵，揖讓升降，酌獻酬酢，然後謂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之禮乎？爾以為必行綴兆，執羽籥，作鐘鼓，然後謂之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樂乎？言而可履，禮也；行而可樂，樂也。聖人力此二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者，以恭己南面，是故天下太平，萬國順服，百官乘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事，上下有禮也。』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 </w:t>
            </w:r>
          </w:p>
        </w:tc>
        <w:tc>
          <w:tcPr>
            <w:tcW w:type="dxa" w:w="17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孔子家语）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Trang thỉnh giáo Khổng Phu Tử về việc quân </w:t>
      </w:r>
    </w:p>
    <w:p>
      <w:pPr>
        <w:autoSpaceDN w:val="0"/>
        <w:autoSpaceDE w:val="0"/>
        <w:widowControl/>
        <w:spacing w:line="37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thực thi sự nghiệp giáo hóa thế nào để xử trí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triều chính. Ngài trả lời rằng: </w:t>
      </w:r>
    </w:p>
    <w:p>
      <w:pPr>
        <w:autoSpaceDN w:val="0"/>
        <w:autoSpaceDE w:val="0"/>
        <w:widowControl/>
        <w:spacing w:line="346" w:lineRule="exact" w:before="4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2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Tử Trƣơng này, để ta chỉ cho con. Bậc thánh </w:t>
      </w:r>
    </w:p>
    <w:p>
      <w:pPr>
        <w:autoSpaceDN w:val="0"/>
        <w:autoSpaceDE w:val="0"/>
        <w:widowControl/>
        <w:spacing w:line="350" w:lineRule="exact" w:before="0" w:after="0"/>
        <w:ind w:left="30" w:right="2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hiểu tƣờng tận „Lễ‟ và „Nhạc‟, nên chỉ là vận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đan xen mà thôi. </w:t>
      </w:r>
    </w:p>
    <w:p>
      <w:pPr>
        <w:autoSpaceDN w:val="0"/>
        <w:autoSpaceDE w:val="0"/>
        <w:widowControl/>
        <w:spacing w:line="332" w:lineRule="exact" w:before="31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Trƣơng lại thỉnh giáo kỹ hơn. Khổng Phu Tử lại </w:t>
      </w:r>
    </w:p>
    <w:p>
      <w:pPr>
        <w:autoSpaceDN w:val="0"/>
        <w:autoSpaceDE w:val="0"/>
        <w:widowControl/>
        <w:spacing w:line="38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đáp rằng: </w:t>
      </w:r>
    </w:p>
    <w:p>
      <w:pPr>
        <w:autoSpaceDN w:val="0"/>
        <w:autoSpaceDE w:val="0"/>
        <w:widowControl/>
        <w:spacing w:line="400" w:lineRule="exact" w:before="24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Tử Trƣơng này, con nghĩ rằng nhất thiết phải bày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bàn tiệc lớn, chủ khách cùng chắp tay vái chào, đứng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lên ngồi xuống, cùng rót rƣợu chúc tụng, nhƣ thế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xem là „Lễ‟ hay sao? Con nghĩ rằng nhất thiết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cầu vũ công xếp đúng hàng lối, tay cầm quạt lông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vũ và nhạc khí, khua chuông đánh trống, nhƣ thế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xem là „Nhạc‟ hay sao? Khi những lời nói ra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thực thi, đó chính là „Lễ‟; khi thực thi rồi mà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khiến ngƣời ta hân hoan, đó chính là „Nhạc‟.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vƣơng làm đƣợc hai việc này và với thái độ kính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cẩn, nghiêm khắc với bản thân mà ngồi ở ngôi vị đế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vƣơng, bởi vậy mà thiên hạ đƣợc thái bình, các nƣớc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quy thuận, bá quan lại tận hết trách nhiệm và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dƣới đều có lễ tiết.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250 ~ </w:t>
      </w:r>
    </w:p>
    <w:p>
      <w:pPr>
        <w:autoSpaceDN w:val="0"/>
        <w:autoSpaceDE w:val="0"/>
        <w:widowControl/>
        <w:spacing w:line="280" w:lineRule="exact" w:before="300" w:after="22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簡子曰：『敢問，何謂禮？』對曰：『吉也聞諸先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90"/>
        </w:trPr>
        <w:tc>
          <w:tcPr>
            <w:tcW w:type="dxa" w:w="63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2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大夫子產，曰：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夫禮，天之經，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經者，道之常也。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地之義，</w:t>
            </w:r>
          </w:p>
        </w:tc>
        <w:tc>
          <w:tcPr>
            <w:tcW w:type="dxa" w:w="4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義者，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2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利之宜也。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民之行。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行者，人所履行。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天地之經，而民實則之。則天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66"/>
        </w:trPr>
        <w:tc>
          <w:tcPr>
            <w:tcW w:type="dxa" w:w="8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之明，</w:t>
            </w:r>
          </w:p>
        </w:tc>
        <w:tc>
          <w:tcPr>
            <w:tcW w:type="dxa" w:w="56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日月星辰，天之明也。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因地之性，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高下剛柔，地之性也。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生其六氣，</w:t>
            </w:r>
          </w:p>
        </w:tc>
        <w:tc>
          <w:tcPr>
            <w:tcW w:type="dxa" w:w="3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陰陽</w:t>
            </w:r>
          </w:p>
        </w:tc>
      </w:tr>
    </w:tbl>
    <w:p>
      <w:pPr>
        <w:autoSpaceDN w:val="0"/>
        <w:autoSpaceDE w:val="0"/>
        <w:widowControl/>
        <w:spacing w:line="306" w:lineRule="exact" w:before="3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風雨晦明。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用其五行。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金木水火土也。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氣為五味，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酸鹹辛苦甘。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發為五色，</w:t>
      </w:r>
    </w:p>
    <w:p>
      <w:pPr>
        <w:autoSpaceDN w:val="0"/>
        <w:autoSpaceDE w:val="0"/>
        <w:widowControl/>
        <w:spacing w:line="346" w:lineRule="exact" w:before="3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732"/>
        <w:gridCol w:w="1732"/>
        <w:gridCol w:w="1732"/>
        <w:gridCol w:w="1732"/>
      </w:tblGrid>
      <w:tr>
        <w:trPr>
          <w:trHeight w:hRule="exact" w:val="486"/>
        </w:trPr>
        <w:tc>
          <w:tcPr>
            <w:tcW w:type="dxa" w:w="6412"/>
            <w:gridSpan w:val="3"/>
            <w:tcBorders>
              <w:top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青黃赤白黑發見也。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章為五聲，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宮商角徵羽。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淫則昏亂，民失其性。</w:t>
            </w:r>
          </w:p>
        </w:tc>
        <w:tc>
          <w:tcPr>
            <w:tcW w:type="dxa" w:w="508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56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滋味聲</w:t>
            </w:r>
          </w:p>
        </w:tc>
      </w:tr>
      <w:tr>
        <w:trPr>
          <w:trHeight w:hRule="exact" w:val="544"/>
        </w:trPr>
        <w:tc>
          <w:tcPr>
            <w:tcW w:type="dxa" w:w="37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2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色，過則傷性也。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是故為禮以奉之。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』</w:t>
            </w:r>
          </w:p>
        </w:tc>
        <w:tc>
          <w:tcPr>
            <w:tcW w:type="dxa" w:w="314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52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制禮以奉其性。 </w:t>
            </w:r>
          </w:p>
        </w:tc>
      </w:tr>
      <w:tr>
        <w:trPr>
          <w:trHeight w:hRule="exact" w:val="604"/>
        </w:trPr>
        <w:tc>
          <w:tcPr>
            <w:tcW w:type="dxa" w:w="461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（卷六 </w:t>
            </w:r>
          </w:p>
        </w:tc>
        <w:tc>
          <w:tcPr>
            <w:tcW w:type="dxa" w:w="231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春秋左氏傳下） </w:t>
            </w:r>
          </w:p>
        </w:tc>
      </w:tr>
    </w:tbl>
    <w:p>
      <w:pPr>
        <w:autoSpaceDN w:val="0"/>
        <w:autoSpaceDE w:val="0"/>
        <w:widowControl/>
        <w:spacing w:line="416" w:lineRule="exact" w:before="13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Triệu Giản Tử hỏi rằng: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Cảm phiền cho hỏi thế nào là Lễ? </w:t>
      </w:r>
    </w:p>
    <w:p>
      <w:pPr>
        <w:autoSpaceDN w:val="0"/>
        <w:autoSpaceDE w:val="0"/>
        <w:widowControl/>
        <w:spacing w:line="400" w:lineRule="exact" w:before="240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Thái Thúc đáp lại: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Ta từng nghe Đại phu Tử Sản xƣa kia nói: “Lễ, là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lý của trời, quy luật của đất và là căn cứ để xử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con ngƣời. Đạo lý của trời, con ngƣời xem đấy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chuẩn mực để thiết lập và giữ vững Lễ. (Thánh vƣơng)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noi theo quy luật thƣờng chiếu của nhật nguyệt trăng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sao và dựa vào tính chất cao thấp cƣơng nhu, vĩnh hằng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đất (mà lập ra Lễ), khiến sinh ra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Khí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29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vận dụng Ngũ Hành của đất. Luồng khí của ngũ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vào miệng sẽ trở thành năm loại mùi vị, khi hiện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mắt lại là năm loại màu sắc và khi hiện ở đôi tai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năm loại âm điệu. Mùi vị, âm thanh và màu sắc mà thái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quá sẽ khiến ngƣời ta mê mờ và hỗn loạn, con ngƣời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đó mà đánh mất đi thiên tính. Bởi vậy phải lập ra 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giúp ngƣời ta giữ vững thiên tính vốn có.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298" w:lineRule="exact" w:before="0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29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Lục Khí là phong, hàn, hỏa, thấp (hơi ẩm), táo (khô hạn) và thử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(nắng nóng của mùa hè).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251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周監二代，禮文尤具，事為之制，曲為之防，故稱</w:t>
      </w:r>
    </w:p>
    <w:p>
      <w:pPr>
        <w:autoSpaceDN w:val="0"/>
        <w:autoSpaceDE w:val="0"/>
        <w:widowControl/>
        <w:spacing w:line="364" w:lineRule="exact" w:before="2" w:after="1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禮經三百，威儀三千。於是教化浹洽，民用和睦，災害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不生，禍亂不作，囹圄空虛，四十餘年。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（卷十四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漢書二）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Triều đại nhà Chu noi gƣơng hai nhà Hạ - Thƣơng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lập ra hệ thống lễ nghi, chi tiết điều lệ vô cùng hoàn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chỉnh. Đối với việc trọng đại đã có hệ thống pháp lệnh,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với việc nhỏ nhặt cũng đều có biện pháp đề phòng,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 mới nói lễ nghi có ba trăm mà điều lệ chi tiết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đến ba nghìn. Thế rồi giáo hóa đến khắp trăm họ,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thì chung sống hòa thuận, tai họa không xảy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 mà loạn lạc cũng không xuất hiện, lao ngục khắp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liên tục trong hơn bốn mƣơi năm mà không hề giam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phạm nhân.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416" w:lineRule="exact" w:before="57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252 ~ </w:t>
      </w:r>
    </w:p>
    <w:p>
      <w:pPr>
        <w:autoSpaceDN w:val="0"/>
        <w:autoSpaceDE w:val="0"/>
        <w:widowControl/>
        <w:spacing w:line="280" w:lineRule="exact" w:before="142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傅子曰：『能以禮教興天下者，其知大本之所立</w:t>
      </w:r>
    </w:p>
    <w:p>
      <w:pPr>
        <w:autoSpaceDN w:val="0"/>
        <w:autoSpaceDE w:val="0"/>
        <w:widowControl/>
        <w:spacing w:line="364" w:lineRule="exact" w:before="0" w:after="180"/>
        <w:ind w:left="30" w:right="9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乎！』夫大本者與天地並存，與人道俱設，雖蔽天地，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不可以質文損益變也。大本有三：一曰君臣，以立邦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國；二曰父子，以定家室；三曰夫婦，以別內外。三本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者立，則天下正；三本不立，則天下不可得而正；天下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不可得而正，則有國有家者亟亡，而立人之道廢矣。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346" w:lineRule="exact" w:before="1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Phó Tử từng nói: “Ngƣời có thể dùng lễ nghĩa để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hóa và khiến đất nƣớc đƣợc hƣng vƣợng là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đƣợc cội rễ của việc trị quốc vậy!” Cội rễ này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trƣờng tồn cùng đất trời và tƣơng hỗ cùng luân lý. Dẫu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trời có bị che khuất, hình thức của cội rễ này có tăng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giảm, nhƣng bản chất không hề thay đổi. Cội rễ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ba: Thứ nhất là vua hiền thần trung, đây là nền tảng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an định đất nƣớc; thứ hai là cha từ con hiếu, đây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nền tảng để tề gia lập nghiệp; thứ ba là chồng có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vợ có đức, đây là nền tảng để phân công giữa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ngoài gia đình. Khi chuẩn mực của ba mối quan hệ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căn bản này đƣợc xác lập rồi, thiên hạ sẽ trở về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đạo, còn nếu ngƣợc lại, thiên hạ sẽ rời xa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đạo. Khi thiên hạ không thể trở về với chính đạo,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 hầu và khanh đại phu sẽ mau chóng bị suy vong,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chuẩn mực lập thân làm ngƣời cũng bị phế bỏ.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253 ~ </w:t>
      </w:r>
    </w:p>
    <w:p>
      <w:pPr>
        <w:autoSpaceDN w:val="0"/>
        <w:autoSpaceDE w:val="0"/>
        <w:widowControl/>
        <w:spacing w:line="280" w:lineRule="exact" w:before="14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先王之制法也，因民之所好，而為之節文者也。因</w:t>
      </w:r>
    </w:p>
    <w:p>
      <w:pPr>
        <w:autoSpaceDN w:val="0"/>
        <w:autoSpaceDE w:val="0"/>
        <w:widowControl/>
        <w:spacing w:line="362" w:lineRule="exact" w:before="4" w:after="3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其好色，而制婚姻之禮，故男女有班；因其好音，而正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雅頌之聲，故風俗不流；因其寧室家樂妻子，教之以孝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728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0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（孝作順）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，故父子有親；因其喜朋友，而教之以悌，故長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幼有序。然後脩朝聘，以明貴賤；鄉隱習射，以明長</w:t>
            </w:r>
          </w:p>
        </w:tc>
      </w:tr>
      <w:tr>
        <w:trPr>
          <w:trHeight w:hRule="exact" w:val="378"/>
        </w:trPr>
        <w:tc>
          <w:tcPr>
            <w:tcW w:type="dxa" w:w="34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幼；時蒐振旅，以習用兵；</w:t>
            </w:r>
          </w:p>
        </w:tc>
        <w:tc>
          <w:tcPr>
            <w:tcW w:type="dxa" w:w="33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蒐，簡車馬也。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入學庠序，以脩人</w:t>
            </w:r>
          </w:p>
        </w:tc>
      </w:tr>
    </w:tbl>
    <w:p>
      <w:pPr>
        <w:autoSpaceDN w:val="0"/>
        <w:autoSpaceDE w:val="0"/>
        <w:widowControl/>
        <w:spacing w:line="282" w:lineRule="exact" w:before="42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倫。此皆人所有於性，而聖人所匠成也。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8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346" w:lineRule="exact" w:before="2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Tiên đế xƣa kia khi lập ra pháp lệnh và lễ nghi đều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dựa vào sở thích của ngƣời dân để đặt ra các chuẩn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mực và phép tắc, để khiến việc thi hành đƣợc nhịp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nhàng. Dựa vào tập khí có tính dục của con ngƣời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đặt ra lễ nghi và phép tắc trong hôn nhân, bởi vậy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ranh giới nam nữ đƣợc rõ ràng; căn cứ vào thú vui 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âm nhạc của ngƣời dân mà sáng tác thể loại nhã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nhạc, tụng nhạc trong sáng và chính thống, bởi vậy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thuần phong mỹ tục không bị suy đồi; căn cứ vào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trân trọng gia đình đầm ấm, vợ con đề huề của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mà đem đạo lý về đạo hiếu và tinh thần hòa ái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hóa họ, bởi vậy giữa cha và con có đƣợc tình thân;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căn cứ vào sở thích kết giao bạn hữu của ngƣời dân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lễ nghi cung kính và vâng lời bậc tiền bối để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dạy họ, bởi vậy mà già trẻ có thứ bậc. Khi thực thi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việc trên, lại đặt ra lễ nghi khi yết kiến thiên tử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đi sứ đến các nƣớc chƣ hầu để phân rõ địa vị tôn ti;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lập ra nghi thức mừng rƣợu làng và diễn tập bắn cung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làm rõ thứ bậc giữa ngƣời già và con trẻ; vào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điểm thích hợp lại kiểm duyệt xe ngựa, chỉnh đốn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đội để huấn luyện quân sự; đƣa ngƣời dân vào học tại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trƣờng học ở địa phƣơng để họ hiểu rõ và thực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luân lý đạo đức. Những điều này đều là đặc tính vốn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con ngƣời, sau khi nhận đƣợc sự chỉ dạy và trau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dồi của bậc thánh nhân tất sẽ khiến ngƣời dân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hoàn thiện nhân cách.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2" w:right="3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254 ~ </w:t>
      </w:r>
    </w:p>
    <w:p>
      <w:pPr>
        <w:autoSpaceDN w:val="0"/>
        <w:autoSpaceDE w:val="0"/>
        <w:widowControl/>
        <w:spacing w:line="280" w:lineRule="exact" w:before="300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子曰：『禮者何也？即事之治也。治國而無禮，譬</w:t>
      </w:r>
    </w:p>
    <w:p>
      <w:pPr>
        <w:autoSpaceDN w:val="0"/>
        <w:autoSpaceDE w:val="0"/>
        <w:widowControl/>
        <w:spacing w:line="364" w:lineRule="exact" w:before="2" w:after="0"/>
        <w:ind w:left="30" w:right="88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猶瞽之無相與，倀倀乎其何之？譬如終夜有求幽室之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中，非燭何以見之？若無禮，則手足無所措，耳目無所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加，進退揖讓無所制。是故以之居處，長幼失其別，閨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門三族失其和，朝廷官爵失其序，軍旅武功失其制，宮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室失其度量，喪紀失其哀，政事失其施，凡眾之動失其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4"/>
        <w:gridCol w:w="3464"/>
      </w:tblGrid>
      <w:tr>
        <w:trPr>
          <w:trHeight w:hRule="exact" w:val="1828"/>
        </w:trPr>
        <w:tc>
          <w:tcPr>
            <w:tcW w:type="dxa" w:w="34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宜。』 </w:t>
            </w:r>
          </w:p>
          <w:p>
            <w:pPr>
              <w:autoSpaceDN w:val="0"/>
              <w:autoSpaceDE w:val="0"/>
              <w:widowControl/>
              <w:spacing w:line="414" w:lineRule="exact" w:before="932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  <w:u w:val="single"/>
              </w:rPr>
              <w:t>Việt ngữ: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543.9999999999998" w:type="dxa"/>
            </w:tblPr>
            <w:tblGrid>
              <w:gridCol w:w="1727"/>
              <w:gridCol w:w="1727"/>
            </w:tblGrid>
            <w:tr>
              <w:trPr>
                <w:trHeight w:hRule="exact" w:val="1034"/>
              </w:trPr>
              <w:tc>
                <w:tcPr>
                  <w:tcW w:type="dxa" w:w="1724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0" w:lineRule="exact" w:before="372" w:after="0"/>
                    <w:ind w:left="264" w:right="264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（卷七 </w:t>
                  </w:r>
                </w:p>
              </w:tc>
              <w:tc>
                <w:tcPr>
                  <w:tcW w:type="dxa" w:w="1182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0" w:lineRule="exact" w:before="372" w:after="0"/>
                    <w:ind w:left="6" w:right="6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禮記） </w:t>
                  </w:r>
                </w:p>
              </w:tc>
            </w:tr>
          </w:tbl>
          <w:p/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332" w:lineRule="exact" w:before="168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“Lễ là gì vậy? Lễ chính là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chuẩn mực và quy tắc trong khi làm việc. Nếu trị vì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mà không có Lễ cũng tựa nhƣ ngƣời mù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trợ giúp, mịt mù và rồi biết đi về đâu? Lại tựa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 đêm dài tìm kiếm trong căn phòng tối tăm,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nến đèn sao có thể tìm thấy đồ vật đây? Nếu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Lễ, vậy thì chân tay đều không biết phải đặt ra sao, tai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mắt cũng không biết nên nghe thứ gì, nhìn thứ gì? Tiến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lui, hành lễ vái chào, v.v… đều không biết phải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theo nghi thức nào? Bởi vậy mới nói, trong tình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trạng không có lễ nghi để tuân thủ, trong cuộc sống đời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thƣờng, giữa trƣởng bối và vãn bối sẽ không có tôn ti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trật tự; trong gia tộc, ba thế hệ (cha, con và cháu) sẽ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sự hòa hợp; trong triều đình, chức tƣớc thứ bậc sẽ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đảo lộn; trong quân đội, khi hành quân hay tác chiến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mất đi kỷ cƣơng; việc xây dựng cung thất sẽ không phù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với quy ƣớc và quy mô; việc thể hiện lòng đau xót </w:t>
      </w:r>
    </w:p>
    <w:p>
      <w:pPr>
        <w:autoSpaceDN w:val="0"/>
        <w:autoSpaceDE w:val="0"/>
        <w:widowControl/>
        <w:spacing w:line="346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8" w:lineRule="exact" w:before="13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lễ tang cũng mất đi chừng mực; việc chính sự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hỗn loạn và không có kỷ cƣơng mà không đƣợc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thi, sau đó tất cả hành vi cử chỉ đều sẽ mất đi chuẩn mực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cần phải có.”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255 ~ </w:t>
      </w:r>
    </w:p>
    <w:p>
      <w:pPr>
        <w:autoSpaceDN w:val="0"/>
        <w:autoSpaceDE w:val="0"/>
        <w:widowControl/>
        <w:spacing w:line="280" w:lineRule="exact" w:before="302" w:after="28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先王之立禮也，有本有文。忠信，禮之本；義理，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126"/>
        </w:trPr>
        <w:tc>
          <w:tcPr>
            <w:tcW w:type="dxa" w:w="57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3936" w:val="left"/>
              </w:tabs>
              <w:autoSpaceDE w:val="0"/>
              <w:widowControl/>
              <w:spacing w:line="166" w:lineRule="exact" w:before="4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言必外內具也。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禮之文。無本不立，無文不行。</w:t>
            </w:r>
          </w:p>
          <w:p>
            <w:pPr>
              <w:autoSpaceDN w:val="0"/>
              <w:autoSpaceDE w:val="0"/>
              <w:widowControl/>
              <w:spacing w:line="280" w:lineRule="exact" w:before="36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0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 mà bậc tiên đế xƣa kia lập ra, vừa có tinh thần </w:t>
      </w:r>
    </w:p>
    <w:p>
      <w:pPr>
        <w:autoSpaceDN w:val="0"/>
        <w:autoSpaceDE w:val="0"/>
        <w:widowControl/>
        <w:spacing w:line="366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nội tại, lại vừa có tính chất hài hòa ở bên ngoài (đặt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tắc của hình thức). Trung tín chính là tinh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nội tại của Lễ và tính hài hòa đúng mực là sự tao nhã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bên ngoài của Lễ. Nếu không có tinh thần nội tại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trung tín, Lễ không thể đƣợc thiết lập; còn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hình thức hài hòa, Lễ sẽ không thể thực thi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thực tế.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88" w:lineRule="exact" w:before="252" w:after="13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256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6"/>
        </w:trPr>
        <w:tc>
          <w:tcPr>
            <w:tcW w:type="dxa" w:w="34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8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相鼠有皮，人而無儀。</w:t>
            </w:r>
          </w:p>
        </w:tc>
        <w:tc>
          <w:tcPr>
            <w:tcW w:type="dxa" w:w="346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相，視也。儀，威儀也。視鼠有皮，雖居高顯之處，偷</w:t>
            </w:r>
          </w:p>
        </w:tc>
      </w:tr>
      <w:tr>
        <w:trPr>
          <w:trHeight w:hRule="exact" w:val="690"/>
        </w:trPr>
        <w:tc>
          <w:tcPr>
            <w:tcW w:type="dxa" w:w="554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食茍得，不知廉恥，亦與人無威儀者同也。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人而無儀，不死胡為。</w:t>
            </w:r>
          </w:p>
        </w:tc>
        <w:tc>
          <w:tcPr>
            <w:tcW w:type="dxa" w:w="13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人以有威儀為貴，今</w:t>
            </w:r>
          </w:p>
        </w:tc>
      </w:tr>
    </w:tbl>
    <w:p>
      <w:pPr>
        <w:autoSpaceDN w:val="0"/>
        <w:autoSpaceDE w:val="0"/>
        <w:widowControl/>
        <w:spacing w:line="346" w:lineRule="exact" w:before="3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8" w:lineRule="exact" w:before="17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反無之，傷化敗俗，不如其死無所害也。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相鼠有體，人而無禮。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體，支體也。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人而</w:t>
      </w:r>
    </w:p>
    <w:p>
      <w:pPr>
        <w:autoSpaceDN w:val="0"/>
        <w:autoSpaceDE w:val="0"/>
        <w:widowControl/>
        <w:spacing w:line="280" w:lineRule="exact" w:before="8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無禮，胡不遄死。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毛詩）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Hãy nhìn con chuột đó, trên thân chỉ là tấm da! Có </w:t>
      </w:r>
    </w:p>
    <w:p>
      <w:pPr>
        <w:autoSpaceDN w:val="0"/>
        <w:autoSpaceDE w:val="0"/>
        <w:widowControl/>
        <w:spacing w:line="362" w:lineRule="exact" w:before="2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dẫu mang thân ngƣời lại không biết liêm sỉ,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 gìn khí tiết. Nếu làm ngƣời mà không giữ gìn khí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tiết, không chết đi thì còn sống vì điều gì nữa? Hãy nhìn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loài chuột đó mà không có tứ chi, cũng tựa thể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mà không giữ gìn lễ nghĩa. Ngƣời mà không có 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tựa nhƣ thây ma vật vờ, sao còn chƣa đi chết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sớm?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 xml:space="preserve">30 </w:t>
      </w:r>
    </w:p>
    <w:p>
      <w:pPr>
        <w:autoSpaceDN w:val="0"/>
        <w:autoSpaceDE w:val="0"/>
        <w:widowControl/>
        <w:spacing w:line="400" w:lineRule="exact" w:before="26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Mao Thi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257 ~ </w:t>
      </w:r>
    </w:p>
    <w:p>
      <w:pPr>
        <w:autoSpaceDN w:val="0"/>
        <w:autoSpaceDE w:val="0"/>
        <w:widowControl/>
        <w:spacing w:line="280" w:lineRule="exact" w:before="302" w:after="42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有子曰：『禮之用，和為貴。先王之道斯為美，小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52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4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大由之。有所不行，知和而和，不以禮節之，亦不可行</w:t>
            </w:r>
          </w:p>
        </w:tc>
      </w:tr>
      <w:tr>
        <w:trPr>
          <w:trHeight w:hRule="exact" w:val="518"/>
        </w:trPr>
        <w:tc>
          <w:tcPr>
            <w:tcW w:type="dxa" w:w="8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也。』</w:t>
            </w:r>
          </w:p>
        </w:tc>
        <w:tc>
          <w:tcPr>
            <w:tcW w:type="dxa" w:w="604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人知禮貴和而每事從和，不以禮為節，亦不可行也。 </w:t>
            </w:r>
          </w:p>
        </w:tc>
      </w:tr>
      <w:tr>
        <w:trPr>
          <w:trHeight w:hRule="exact" w:val="762"/>
        </w:trPr>
        <w:tc>
          <w:tcPr>
            <w:tcW w:type="dxa" w:w="57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312" w:lineRule="exact" w:before="208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30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Con chuột dẫu có tấm da bao bọc toàn thân, con vật này vẫn ăn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vụng thức ăn bằng cách thức không chính đáng và không có liêm sỉ,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vậy mà vẫn từ trên cao mà nhìn xuống. Điều này cũng tựa nhƣ ngƣời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không giữ gìn lễ tiết, dẫu ở vị trí cao sang hiển hách, mà tƣ cách lại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mờ ám, họ cũng chỉ nhƣ đƣợc khoác tấm da ngƣời mà thôi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Hữu Tử từng nói: “Việc vận dụng của Lễ chính là </w:t>
      </w:r>
    </w:p>
    <w:p>
      <w:pPr>
        <w:autoSpaceDN w:val="0"/>
        <w:autoSpaceDE w:val="0"/>
        <w:widowControl/>
        <w:spacing w:line="366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dĩ hòa vi quý. Đạo lý trị vì của bậc tiên đế xƣa kia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lập ra Lễ mà vận dụng Hòa, xem việc vận dụng Hòa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tối ƣu. Nhƣng dù việc lớn hay nhỏ đều dụng Lễ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vận dụng Hòa, tất sẽ có việc không thông.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biết đƣợc điểm đáng quý của Hòa, để rồi một mực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đuổi mà không dùng Lễ để tiết chế, điều đó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khả thi.”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474"/>
        </w:trPr>
        <w:tc>
          <w:tcPr>
            <w:tcW w:type="dxa" w:w="39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情發於聲，聲成文，謂之音。</w:t>
            </w:r>
          </w:p>
        </w:tc>
        <w:tc>
          <w:tcPr>
            <w:tcW w:type="dxa" w:w="26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發，猶見也。聲，謂宮商角徵羽。聲成文</w:t>
            </w:r>
          </w:p>
        </w:tc>
      </w:tr>
    </w:tbl>
    <w:p>
      <w:pPr>
        <w:autoSpaceDN w:val="0"/>
        <w:autoSpaceDE w:val="0"/>
        <w:widowControl/>
        <w:spacing w:line="358" w:lineRule="exact" w:before="0" w:after="184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者，宮商上下相應也。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治世之音，安以樂，其政和；亂世之音，怨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以怒，其政乖；亡國之音，哀以思，其民困。故正得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失，動天地，感鬼神，莫近於詩。先王以是經夫婦，成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孝敬，厚人倫，美教化，移風易俗。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毛詩）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xúc và khát vọng đƣợc tuôn trào qua âm cung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thƣơng, khi âm luật của ngũ âm cùng hòa quyện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tạo thành giai điệu thì đƣợc gọi là „âm nhạc‟. Âm nhạc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thời thái bình thịnh trị thƣờng khoan thai và 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hoan, chính là phản ánh nền chính trị đƣơng thời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hài hòa; âm nhạc thời loạn thƣờng ai oán và phẫn nộ,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phản ánh nền chính trị đƣơng thời gàn dở và bất </w:t>
      </w:r>
    </w:p>
    <w:p>
      <w:pPr>
        <w:autoSpaceDN w:val="0"/>
        <w:autoSpaceDE w:val="0"/>
        <w:widowControl/>
        <w:spacing w:line="346" w:lineRule="exact" w:before="1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34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chấp; âm nhạc của đất nƣớc bị diệt vong hoặc bên bờ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sự diệt vong thƣờng đau thƣơng và u sầu,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phản ánh tình trạng ly tán khốn cùng của ngƣời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đƣơng thời. Bởi vậy, để chỉnh đốn nền chính trị, để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đất trời hay để cảm động thần linh, không gì tiến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gần đến mục tiêu này bằng thơ ca. Quân vƣơng thời xƣa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dùng thơ ca để điều chỉnh quan hệ giữa vợ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chồng, nuôi dƣỡng hành vi hiếu kính, khiến cho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luân thƣờng đƣợc thấm nhuần, khiến cho sự nghiệp giáo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hóa đƣợc viên mãn và cũng để thay đổi nếp sống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tập tục.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Mao Thi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9. DÂN SINH [AN SINH XÃ HỘI] </w:t>
      </w:r>
    </w:p>
    <w:p>
      <w:pPr>
        <w:autoSpaceDN w:val="0"/>
        <w:autoSpaceDE w:val="0"/>
        <w:widowControl/>
        <w:spacing w:line="414" w:lineRule="exact" w:before="52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259 ~ </w:t>
      </w:r>
    </w:p>
    <w:p>
      <w:pPr>
        <w:autoSpaceDN w:val="0"/>
        <w:autoSpaceDE w:val="0"/>
        <w:widowControl/>
        <w:spacing w:line="282" w:lineRule="exact" w:before="124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農，天下之大本也，民所恃以生也，而民或不務本</w:t>
      </w:r>
    </w:p>
    <w:p>
      <w:pPr>
        <w:autoSpaceDN w:val="0"/>
        <w:autoSpaceDE w:val="0"/>
        <w:widowControl/>
        <w:spacing w:line="280" w:lineRule="exact" w:before="84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而事末，故生不遂。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204" w:right="20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（後補卷十三 </w:t>
            </w:r>
          </w:p>
        </w:tc>
        <w:tc>
          <w:tcPr>
            <w:tcW w:type="dxa" w:w="1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漢書一）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(Hán Vũ Đế khi hạ chiếu, có viết rằng:) Nghề nông </w:t>
      </w:r>
    </w:p>
    <w:p>
      <w:pPr>
        <w:autoSpaceDN w:val="0"/>
        <w:autoSpaceDE w:val="0"/>
        <w:widowControl/>
        <w:spacing w:line="366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nghề sản xuất căn cơ nhất trong thiên hạ, là nền tảng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nhân dân dựa vào đó để sinh tồn. Khi phần đông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mà bỏ bê việc sản xuất nông nghiệp cơ bản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đi theo nghề công thƣơng, lƣơng thực sẽ bị thiếu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thốn và đời sống của ngƣời dân sẽ không đƣợc đảm bảo.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(Bổ sung cuốn 13.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1) </w:t>
      </w:r>
    </w:p>
    <w:p>
      <w:pPr>
        <w:autoSpaceDN w:val="0"/>
        <w:autoSpaceDE w:val="0"/>
        <w:widowControl/>
        <w:spacing w:line="346" w:lineRule="exact" w:before="4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260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國以民為根，民以榖為命；命盡則根拔，根拔則本</w:t>
      </w:r>
    </w:p>
    <w:p>
      <w:pPr>
        <w:autoSpaceDN w:val="0"/>
        <w:autoSpaceDE w:val="0"/>
        <w:widowControl/>
        <w:spacing w:line="282" w:lineRule="exact" w:before="84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顛。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（卷四十五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崔寔政論）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lấy dân làm gốc và nhân dân lại xem </w:t>
      </w:r>
    </w:p>
    <w:p>
      <w:pPr>
        <w:autoSpaceDN w:val="0"/>
        <w:autoSpaceDE w:val="0"/>
        <w:widowControl/>
        <w:spacing w:line="368" w:lineRule="exact" w:before="0" w:after="0"/>
        <w:ind w:left="3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lƣơng thực là mạng sống. Khi lƣơng thực không đủ,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sẽ không sống nổi, khi nhân dân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sinh tồn, đất nƣớc sẽ bị lật nhào.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Thôi Thực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261 ~ </w:t>
      </w:r>
    </w:p>
    <w:p>
      <w:pPr>
        <w:autoSpaceDN w:val="0"/>
        <w:autoSpaceDE w:val="0"/>
        <w:widowControl/>
        <w:spacing w:line="280" w:lineRule="exact" w:before="302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民財暴賤，而非常暴貴；非常暴貴，則本竭而末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盈；末盈本竭，而國富民安，未之有矣。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8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giá cả nông sản rất thấp mà giá cả sản phẩm </w:t>
      </w:r>
    </w:p>
    <w:p>
      <w:pPr>
        <w:autoSpaceDN w:val="0"/>
        <w:autoSpaceDE w:val="0"/>
        <w:widowControl/>
        <w:spacing w:line="366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thiết yếu lại rất cao; khi giá cả sản phẩm này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cao, nông nghiệp sẽ suy kiệt và thƣơng nghiệp sẽ phát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triển quá đà. Khi thƣơng nghiệp phát triển quá đà, nông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 lại suy kiệt mà đất nƣớc có thể giàu mạnh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đƣợc an định, điều này xƣa nay chƣa từng có.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262 ~ </w:t>
      </w:r>
    </w:p>
    <w:p>
      <w:pPr>
        <w:autoSpaceDN w:val="0"/>
        <w:autoSpaceDE w:val="0"/>
        <w:widowControl/>
        <w:spacing w:line="280" w:lineRule="exact" w:before="300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夫珠玉金銀，飢不可食，寒不可依，然而眾貴之</w:t>
      </w:r>
    </w:p>
    <w:p>
      <w:pPr>
        <w:autoSpaceDN w:val="0"/>
        <w:autoSpaceDE w:val="0"/>
        <w:widowControl/>
        <w:spacing w:line="364" w:lineRule="exact" w:before="2" w:after="102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者，以上用之故也。其為物輕微易臧，在於把握，可以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周海內，而無飢寒之患。此令民易去其鄉，盜賊有所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勸，亡逃者得輕資也。粟米布帛生於地，長於時，聚於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力，非可一日成也。數石之重，中人不勝，不為姦邪所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利，一日弗得，而飢寒至。是故明君貴五穀而賤金玉。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（卷十四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漢書二） </w:t>
            </w:r>
          </w:p>
        </w:tc>
      </w:tr>
    </w:tbl>
    <w:p>
      <w:pPr>
        <w:autoSpaceDN w:val="0"/>
        <w:autoSpaceDE w:val="0"/>
        <w:widowControl/>
        <w:spacing w:line="414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Châu báu và vàng ngọc, khi đói chẳng thể ăn và khi </w:t>
      </w:r>
    </w:p>
    <w:p>
      <w:pPr>
        <w:autoSpaceDN w:val="0"/>
        <w:autoSpaceDE w:val="0"/>
        <w:widowControl/>
        <w:spacing w:line="364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 rét cũng không thể mặc, vậy mà dân chúng lại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 những thứ này rất quý giá, đó là bởi quân vƣơng sử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chúng mà thôi. Vàng bạc châu báu những thứ này,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vừa nhẹ lại tiện lợi và dễ dàng cất giữ, khi cầm trong tay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đi khắp thiên hạ mà không còn nỗi lo đói khát.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vậy sẽ khiến ngƣời dân dễ dàng rời bỏ quê hƣơng,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nạn trộm cắp đƣợc cổ xúy, kẻ phạm tội khi trốn chạy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cầm theo tài sản một cách dễ dàng. Thóc gạo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bông vải đƣợc sinh ra từ lòng đất, sinh trƣởng theo bốn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mùa, là kết tinh sức lực của nhân dân và không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một ngày hai mà có đƣợc. Lƣơng thực với khối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lƣợng chỉ bằng vài phiến đá và ngƣời thƣờng khó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nhấc nổi, đó không là thứ mà kẻ gian tà ham hố,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chỉ một ngày không có đƣợc sẽ cảm thấy đói khát.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bậc minh quân thƣờng trân trọng ngũ cốc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nhẹ vàng ngọc.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2) </w:t>
      </w:r>
    </w:p>
    <w:p>
      <w:pPr>
        <w:autoSpaceDN w:val="0"/>
        <w:autoSpaceDE w:val="0"/>
        <w:widowControl/>
        <w:spacing w:line="346" w:lineRule="exact" w:before="2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42" w:lineRule="exact" w:before="12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~ 263 ~ </w:t>
      </w:r>
    </w:p>
    <w:p>
      <w:pPr>
        <w:autoSpaceDN w:val="0"/>
        <w:autoSpaceDE w:val="0"/>
        <w:widowControl/>
        <w:spacing w:line="280" w:lineRule="exact" w:before="300" w:after="0"/>
        <w:ind w:left="162" w:right="16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欲民務農，在於貴粟，貴粟之道，在於使民以粟為</w:t>
      </w:r>
    </w:p>
    <w:p>
      <w:pPr>
        <w:autoSpaceDN w:val="0"/>
        <w:autoSpaceDE w:val="0"/>
        <w:widowControl/>
        <w:spacing w:line="364" w:lineRule="exact" w:before="2" w:after="262"/>
        <w:ind w:left="30" w:right="16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賞罰。今募天下，入粟縣官，得以拜爵，得以除罪。如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此，富人有爵，農民有錢，粟有所渫矣。夫能入粟以受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爵，皆有餘者也，取於有餘，以供上用，則貧民之賦可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損。所謂損有餘補不足，令出而民利者也。順於民心，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所補者三：一曰主用足，二曰民賦少，三曰勸農功。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98"/>
        <w:gridCol w:w="3498"/>
      </w:tblGrid>
      <w:tr>
        <w:trPr>
          <w:trHeight w:hRule="exact" w:val="1188"/>
        </w:trPr>
        <w:tc>
          <w:tcPr>
            <w:tcW w:type="dxa" w:w="34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72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  <w:u w:val="single"/>
              </w:rPr>
              <w:t>Việt ngữ: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388.0000000000001" w:type="dxa"/>
            </w:tblPr>
            <w:tblGrid>
              <w:gridCol w:w="1727"/>
              <w:gridCol w:w="1727"/>
            </w:tblGrid>
            <w:tr>
              <w:trPr>
                <w:trHeight w:hRule="exact" w:val="714"/>
              </w:trPr>
              <w:tc>
                <w:tcPr>
                  <w:tcW w:type="dxa" w:w="1706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2" w:lineRule="exact" w:before="50" w:after="0"/>
                    <w:ind w:left="124" w:right="124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（卷十四 </w:t>
                  </w:r>
                </w:p>
              </w:tc>
              <w:tc>
                <w:tcPr>
                  <w:tcW w:type="dxa" w:w="1338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2" w:lineRule="exact" w:before="50" w:after="0"/>
                    <w:ind w:left="22" w:right="22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漢書二） </w:t>
                  </w:r>
                </w:p>
              </w:tc>
            </w:tr>
          </w:tbl>
          <w:p/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332" w:lineRule="exact" w:before="164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(Triều Thác khi dâng sớ, viết rằng:) Nếu muốn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tập trung cho nghề sản xuất nông nghiệp, mấu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chốt là phải chú trọng vào lƣơng thực và biện pháp nằm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việc dùng lƣơng thực làm điều kiện để quyết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thƣởng phạt. Bây giờ hãy kêu gọi ngƣời dân trong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hạ, chỉ cần đóng góp lƣơng thực cho quan phủ, sẽ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tƣớc vị, hoặc miễn trừ tội trạng nhất định. Nhƣ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giàu có sẽ có đƣợc tƣớc vị và nông dân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sung túc, mà lƣơng thực cũng đƣợc phân phát lƣu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 rồi. Phàm những ngƣời có thể đóng góp lƣơng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để có đƣợc tƣớc vị, đều là ngƣời dƣ thừa lƣơng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thực. Từ ngƣời giàu có và dƣ thừa đó lấy lại một phần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triều đình chi dùng, vậy thì tô thuế của ngƣời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nghèo khổ đã có thể giảm đi, việc này gọi là giảm bớt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chỗ dƣ thừa để bù đắp cho nơi thiếu thốn, một khi mệnh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lệnh triều đình đƣợc ban bố, nhân dân tất sẽ đƣợc hƣởng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lợi. Việc làm này vừa thuận theo ý nguyện của nhân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lại đạt đƣợc lợi ích ở ba phƣơng diện: Thứ nhất, nhu </w:t>
      </w:r>
    </w:p>
    <w:p>
      <w:pPr>
        <w:autoSpaceDN w:val="0"/>
        <w:autoSpaceDE w:val="0"/>
        <w:widowControl/>
        <w:spacing w:line="346" w:lineRule="exact" w:before="2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246 </w:t>
      </w:r>
    </w:p>
    <w:p>
      <w:pPr>
        <w:sectPr>
          <w:pgSz w:w="9072" w:h="13608"/>
          <w:pgMar w:top="464" w:right="972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8" w:right="3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70" w:lineRule="exact" w:before="128" w:after="0"/>
        <w:ind w:left="30" w:right="3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cầu của triều đình đƣợc đáp ứng, thứ hai là tô thuế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đƣợc giảm thiểu và thứ ba là có thể khuyến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khích sản xuất nông nghiệp. </w:t>
      </w:r>
    </w:p>
    <w:p>
      <w:pPr>
        <w:autoSpaceDN w:val="0"/>
        <w:autoSpaceDE w:val="0"/>
        <w:widowControl/>
        <w:spacing w:line="426" w:lineRule="exact" w:before="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Tập 2) </w:t>
      </w:r>
    </w:p>
    <w:p>
      <w:pPr>
        <w:autoSpaceDN w:val="0"/>
        <w:autoSpaceDE w:val="0"/>
        <w:widowControl/>
        <w:spacing w:line="416" w:lineRule="exact" w:before="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264 ~ </w:t>
      </w:r>
    </w:p>
    <w:p>
      <w:pPr>
        <w:autoSpaceDN w:val="0"/>
        <w:autoSpaceDE w:val="0"/>
        <w:widowControl/>
        <w:spacing w:line="282" w:lineRule="exact" w:before="140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抱朴子曰：『民財匱矣，而求不已；下力極矣，而</w:t>
      </w:r>
    </w:p>
    <w:p>
      <w:pPr>
        <w:autoSpaceDN w:val="0"/>
        <w:autoSpaceDE w:val="0"/>
        <w:widowControl/>
        <w:spacing w:line="366" w:lineRule="exact" w:before="0" w:after="1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役不休。欲怨歡之不生，規其寧之惟永，猶斷根以續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枝，剜背以裨腹，刻目以廣明，割耳以開聰也。』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7"/>
        <w:gridCol w:w="3467"/>
      </w:tblGrid>
      <w:tr>
        <w:trPr>
          <w:trHeight w:hRule="exact" w:val="44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3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抱朴子）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Bão Phác Tử từng nói: “Tài lực của nhân dân đã rất </w:t>
      </w:r>
    </w:p>
    <w:p>
      <w:pPr>
        <w:autoSpaceDN w:val="0"/>
        <w:autoSpaceDE w:val="0"/>
        <w:widowControl/>
        <w:spacing w:line="364" w:lineRule="exact" w:before="0" w:after="0"/>
        <w:ind w:left="30" w:right="3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thiếu thốn, mà vẫn không thôi vơ vét; sức lực của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đã dùng đến cạn kiệt, mà vẫn không ngớt ép lao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dịch. Rồi lại muốn khiến nhân dân trăm họ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trạng bi ai oán hận, lại còn hoang tƣởng mong đạt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sự an định vĩnh cửu, việc này tựa nhƣ chặt đứt gốc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cây để nối dài cành cây, khoét da thịt trên lƣng để đắp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ổ bụng, khoét hốc mắt để mở rộng nhãn quang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cắt bỏ đôi tai để tăng cƣờng thính lực vậy.” </w:t>
      </w:r>
    </w:p>
    <w:p>
      <w:pPr>
        <w:autoSpaceDN w:val="0"/>
        <w:autoSpaceDE w:val="0"/>
        <w:widowControl/>
        <w:spacing w:line="400" w:lineRule="exact" w:before="24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Bão Phác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8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10. PHÁP CỔ [HỌC THEO NGƯỜI XƯA] </w:t>
      </w:r>
    </w:p>
    <w:p>
      <w:pPr>
        <w:autoSpaceDN w:val="0"/>
        <w:autoSpaceDE w:val="0"/>
        <w:widowControl/>
        <w:spacing w:line="416" w:lineRule="exact" w:before="22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265 ~ </w:t>
      </w:r>
    </w:p>
    <w:p>
      <w:pPr>
        <w:autoSpaceDN w:val="0"/>
        <w:autoSpaceDE w:val="0"/>
        <w:widowControl/>
        <w:spacing w:line="280" w:lineRule="exact" w:before="302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齊桓公問管子曰：『吾念有而勿失，得而勿忘，為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之有道乎？』對曰：『勿創勿作，時至而隨。無以私好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惡害公正，察民所惡，以自為戒。黃帝立明臺之議，堯</w:t>
      </w:r>
    </w:p>
    <w:p>
      <w:pPr>
        <w:autoSpaceDN w:val="0"/>
        <w:autoSpaceDE w:val="0"/>
        <w:widowControl/>
        <w:spacing w:line="346" w:lineRule="exact" w:before="1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18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有衢室之問，舜有高善之旌，禹立諫鼓於朝，湯有總街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之庭，以觀民誹也。此古聖帝明王所以有而勿失、得而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勿忘者也。』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Tề Hoàn Công hỏi Quản Trọng: </w:t>
      </w:r>
    </w:p>
    <w:p>
      <w:pPr>
        <w:autoSpaceDN w:val="0"/>
        <w:autoSpaceDE w:val="0"/>
        <w:widowControl/>
        <w:spacing w:line="400" w:lineRule="exact" w:before="24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Ta muốn có cả thiên hạ mà không bị mất đi, muốn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đƣợc quyền lực mà không hề suy chuyển, để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điều này liệu có cách gì không? </w:t>
      </w:r>
    </w:p>
    <w:p>
      <w:pPr>
        <w:autoSpaceDN w:val="0"/>
        <w:autoSpaceDE w:val="0"/>
        <w:widowControl/>
        <w:spacing w:line="400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Quản Trọng đáp rằng: </w:t>
      </w:r>
    </w:p>
    <w:p>
      <w:pPr>
        <w:autoSpaceDN w:val="0"/>
        <w:autoSpaceDE w:val="0"/>
        <w:widowControl/>
        <w:spacing w:line="400" w:lineRule="exact" w:before="24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Đừng cố gắng sáng tạo, khi thời cơ đến sẽ linh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hoạt mà làm. Đừng đem sự yêu ghét của cá nhân mà tổn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hại đến công lý, hiểu đƣợc những điều mà nhân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chán ghét để răn đe chính mình. Hoàng Đế đã thiết lập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 độ nghị sự ở Minh Đài, vua Nghiêu lại lập ra chế độ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gián ở Cù Thất, còn vua Thuấn treo ngọn cờ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khích lệ ngƣời đƣa ra lời khuyên can và Hạ Vũ lại đặt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trống ở triều đình để ngƣời đánh lên khi có ý kiến,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Thang lại dựng mái đình thông với các ngả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 để tìm hiểu ý kiến phê bình của trăm họ.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phƣơng pháp sở dĩ bậc minh quân thánh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xƣa kia có đƣợc thiên hạ rồi mà không bị mất đi, khi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quyền lực mà bị suy chuyển.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266 ~ </w:t>
      </w:r>
    </w:p>
    <w:p>
      <w:pPr>
        <w:autoSpaceDN w:val="0"/>
        <w:autoSpaceDE w:val="0"/>
        <w:widowControl/>
        <w:spacing w:line="280" w:lineRule="exact" w:before="300" w:after="28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湯降不遲，聖敬日躋。昭假遲遲，上帝是祗。帝命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68"/>
        </w:trPr>
        <w:tc>
          <w:tcPr>
            <w:tcW w:type="dxa" w:w="14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式于九圍。</w:t>
            </w:r>
          </w:p>
        </w:tc>
        <w:tc>
          <w:tcPr>
            <w:tcW w:type="dxa" w:w="54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不遲，言疾也。躋，升也。九圍，九州也。降，下也。假，暇也。祗，敬也。式，用</w:t>
            </w:r>
          </w:p>
        </w:tc>
      </w:tr>
    </w:tbl>
    <w:p>
      <w:pPr>
        <w:autoSpaceDN w:val="0"/>
        <w:autoSpaceDE w:val="0"/>
        <w:widowControl/>
        <w:spacing w:line="138" w:lineRule="exact" w:before="28" w:after="112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也。湯之下士尊賢甚疾，其聖敬之德日進，然而能以其聰明，寬暇天下之人遲遲然。言其急於己而緩於人也。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46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天用是故愛敬之，天於是又命之，使用事於天下，言王之。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不競不絿，不剛不柔。敷</w:t>
            </w:r>
          </w:p>
        </w:tc>
      </w:tr>
      <w:tr>
        <w:trPr>
          <w:trHeight w:hRule="exact" w:val="520"/>
        </w:trPr>
        <w:tc>
          <w:tcPr>
            <w:tcW w:type="dxa" w:w="25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政優優，百祿是遒。</w:t>
            </w:r>
          </w:p>
        </w:tc>
        <w:tc>
          <w:tcPr>
            <w:tcW w:type="dxa" w:w="437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絿，急也。優優，和也。遒，聚也。 </w:t>
            </w:r>
          </w:p>
        </w:tc>
      </w:tr>
      <w:tr>
        <w:trPr>
          <w:trHeight w:hRule="exact" w:val="608"/>
        </w:trPr>
        <w:tc>
          <w:tcPr>
            <w:tcW w:type="dxa" w:w="57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毛詩）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Thang dùng lễ đối đãi với bậc hiền sĩ vô cùng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 thiết, tấm lòng thành kính của bậc thánh vƣơng mỗi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một tăng thêm. Ngài khiêm khắc với bản thân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khoan dung với ngƣời, đối với thiên đế lại rất mực tôn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kính. Thế rồi, thiên đế cử ngài đến để trị vì thiên hạ,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trong thiên hạ mà làm ra tấm gƣơng tốt nhất.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cũng chƣa từng ngoan cố hiếu thắng hay nóng vội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thành công, không ngang bƣớng hung tợn và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yếu đuối nhu nhƣợc. Khi thực thi sự nghiệp giáo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hóa có thể ôn hòa và đôn hậu, bởi vậy mới có thể trăm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phúc cùng đến, ngàn điều may tụ về.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Mao Thi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267 ~ </w:t>
      </w:r>
    </w:p>
    <w:p>
      <w:pPr>
        <w:autoSpaceDN w:val="0"/>
        <w:autoSpaceDE w:val="0"/>
        <w:widowControl/>
        <w:spacing w:line="308" w:lineRule="exact" w:before="274" w:after="0"/>
        <w:ind w:left="86" w:right="8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古者天子諸侯有事，必告於廟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（廟下有朝字）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。有二史，右</w:t>
      </w:r>
    </w:p>
    <w:p>
      <w:pPr>
        <w:autoSpaceDN w:val="0"/>
        <w:autoSpaceDE w:val="0"/>
        <w:widowControl/>
        <w:spacing w:line="306" w:lineRule="exact" w:before="5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史記事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（事字作動）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，左史記言。事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（事字作動）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為《春秋》，言為</w:t>
      </w:r>
    </w:p>
    <w:p>
      <w:pPr>
        <w:autoSpaceDN w:val="0"/>
        <w:autoSpaceDE w:val="0"/>
        <w:widowControl/>
        <w:spacing w:line="364" w:lineRule="exact" w:before="2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《尚書》。君舉必記，臧否成敗，無不存焉。下及士庶，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茍有茂異，咸在載籍。或欲顯而不得，欲隱而名章。得失</w:t>
      </w:r>
    </w:p>
    <w:p>
      <w:pPr>
        <w:autoSpaceDN w:val="0"/>
        <w:autoSpaceDE w:val="0"/>
        <w:widowControl/>
        <w:spacing w:line="346" w:lineRule="exact" w:before="1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16" w:after="260"/>
        <w:ind w:left="30" w:right="8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一朝，榮辱千載。善人勸焉，淫人懼焉。故先王重之，以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副賞罰，以輔法教。宜於今者，官以其方，各書其事，歲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盡則集之於《尚書》。各備史官，使掌其典。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4"/>
        <w:gridCol w:w="3464"/>
      </w:tblGrid>
      <w:tr>
        <w:trPr>
          <w:trHeight w:hRule="exact" w:val="1186"/>
        </w:trPr>
        <w:tc>
          <w:tcPr>
            <w:tcW w:type="dxa" w:w="34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70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  <w:u w:val="single"/>
              </w:rPr>
              <w:t>Việt ngữ: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185.99999999999966" w:type="dxa"/>
            </w:tblPr>
            <w:tblGrid>
              <w:gridCol w:w="1727"/>
              <w:gridCol w:w="1727"/>
            </w:tblGrid>
            <w:tr>
              <w:trPr>
                <w:trHeight w:hRule="exact" w:val="712"/>
              </w:trPr>
              <w:tc>
                <w:tcPr>
                  <w:tcW w:type="dxa" w:w="200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0" w:lineRule="exact" w:before="50" w:after="0"/>
                    <w:ind w:left="184" w:right="184" w:firstLine="0"/>
                    <w:jc w:val="lef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（卷四十六 </w:t>
                  </w:r>
                </w:p>
              </w:tc>
              <w:tc>
                <w:tcPr>
                  <w:tcW w:type="dxa" w:w="1264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0" w:lineRule="exact" w:before="50" w:after="0"/>
                    <w:ind w:left="6" w:right="6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申鑒） </w:t>
                  </w:r>
                </w:p>
              </w:tc>
            </w:tr>
          </w:tbl>
          <w:p/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334" w:lineRule="exact" w:before="1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xƣa, khi thiên tử và chƣ hầu gặp chuyện đại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sự, nhất định sẽ làm lễ và khấn nguyện ở tông miếu.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triều thƣờng có hai vị quan sử, quan sử bên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ghi chép các hành động của thiên tử hoặc chƣ hầu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sử bên trái thì ghi chép đàm luận cũng nhƣ phát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ngôn của họ. Hành động đƣợc ghi chép lại và biên tập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bộ sách [Xuân Thu], còn phát ngôn thì đƣợc ghi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và kết tập thành bộ sách [Thƣợng Thƣ]. Phàm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cử nhất động của thiên tử và chƣ hầu nhất định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ghi chép lại, việc tốt xấu hay thành bại,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gì mà không đƣợc lƣu giữ lại. Sau này đƣợc mở rộng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quan viên và thƣờng dân, nếu ngƣời có đức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ngƣời đều đƣợc ghi vào điển tịch. Có ngƣời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khoe khoang cũng không đƣợc và ngƣời muốn ẩn náu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thanh danh lại hiển bày. Chuyện đƣợc và mất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nhất thời, nhƣng niềm vinh quang hay nỗi ô nhục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lƣu truyền đến ngàn năm. Ngƣời thiện lƣơng sẽ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khích lệ và kẻ làm ác lại có phần khiếp sợ. Bởi vậy,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tiên đế xƣa kia rất chú trọng đến công tác biên soạn sách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sử, dùng chúng để cùng phối hợp với việc thƣởng phạt,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chúng để hỗ trợ giáo hóa ngƣời dân hơn là luật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pháp. Đối với những đƣờng lối phù hợp với xã hội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đƣơng thời, quan phủ các nơi có thể làm theo phƣơng </w:t>
      </w:r>
    </w:p>
    <w:p>
      <w:pPr>
        <w:autoSpaceDN w:val="0"/>
        <w:autoSpaceDE w:val="0"/>
        <w:widowControl/>
        <w:spacing w:line="346" w:lineRule="exact" w:before="1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250 </w:t>
      </w:r>
    </w:p>
    <w:p>
      <w:pPr>
        <w:sectPr>
          <w:pgSz w:w="9072" w:h="13608"/>
          <w:pgMar w:top="464" w:right="104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8" w:lineRule="exact" w:before="13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này và đều ghi chép lại những việc làm của họ,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 cuối năm lại đƣợc tập hợp vào bộ sách [Thƣợng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Thƣ]. Các quan phủ có thể tự lập ra quan sử và để họ cai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quản các điển tịch của chính mình. </w:t>
      </w:r>
    </w:p>
    <w:p>
      <w:pPr>
        <w:autoSpaceDN w:val="0"/>
        <w:autoSpaceDE w:val="0"/>
        <w:widowControl/>
        <w:spacing w:line="402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268 ~ </w:t>
      </w:r>
    </w:p>
    <w:p>
      <w:pPr>
        <w:autoSpaceDN w:val="0"/>
        <w:autoSpaceDE w:val="0"/>
        <w:widowControl/>
        <w:spacing w:line="280" w:lineRule="exact" w:before="18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曾子曰：『人之將死，其言也善。』恭王之謂也。</w:t>
      </w:r>
    </w:p>
    <w:p>
      <w:pPr>
        <w:autoSpaceDN w:val="0"/>
        <w:autoSpaceDE w:val="0"/>
        <w:widowControl/>
        <w:spacing w:line="364" w:lineRule="exact" w:before="0" w:after="12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孔子曰：『朝聞道，夕死可矣。』於是以開後嗣，覺來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世，猶愈沒身不寤者也。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8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新序） </w:t>
            </w:r>
          </w:p>
        </w:tc>
      </w:tr>
    </w:tbl>
    <w:p>
      <w:pPr>
        <w:autoSpaceDN w:val="0"/>
        <w:autoSpaceDE w:val="0"/>
        <w:widowControl/>
        <w:spacing w:line="414" w:lineRule="exact" w:before="8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14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Tử từng nói rằng: “Ngƣời ta khi sắp từ giã cõi </w:t>
      </w:r>
    </w:p>
    <w:p>
      <w:pPr>
        <w:autoSpaceDN w:val="0"/>
        <w:autoSpaceDE w:val="0"/>
        <w:widowControl/>
        <w:spacing w:line="362" w:lineRule="exact" w:before="2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đời, lời họ nói ra đều là thật tâm.”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Sở Cung Vương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31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nhƣ vậy. Khổng Tử cũng từng nói: “Giả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ngƣời ban sáng mà nghe đƣợc đạo lý nhân nghĩa,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 đến tối mà có ra đi, cũng không uổng công cho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chuyến đến nhân gian.” Cách làm của Sở Cung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gợi mở và là bài học cảnh giác cho ngƣời đời sau,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sao cũng còn hơn những kẻ đến khi chết mà vẫn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giác ngộ.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Tân Tự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12" w:lineRule="exact" w:before="230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31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Sở Cung Vƣơng do sủng ái cả mấy ngƣời con trai mà chậm chễ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trong việc lập ngôi thái tử. Đây chính là mầm mống tạo ra bi kịch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trong việc tranh giành ngôi vị của ba ngƣời con (ngƣời con thứ tƣ làm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tể tƣớng phò tá cho ngƣời con thứ ba) và sau đó đã khiến nƣớc Sở bị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suy yếu.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57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11. THƯỞNG PHẠT </w:t>
      </w:r>
    </w:p>
    <w:p>
      <w:pPr>
        <w:autoSpaceDN w:val="0"/>
        <w:autoSpaceDE w:val="0"/>
        <w:widowControl/>
        <w:spacing w:line="416" w:lineRule="exact" w:before="5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269 ~ </w:t>
      </w:r>
    </w:p>
    <w:p>
      <w:pPr>
        <w:autoSpaceDN w:val="0"/>
        <w:autoSpaceDE w:val="0"/>
        <w:widowControl/>
        <w:spacing w:line="282" w:lineRule="exact" w:before="13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先王重於爵位，慎於官人。制爵必俟有德，班祿必</w:t>
      </w:r>
    </w:p>
    <w:p>
      <w:pPr>
        <w:autoSpaceDN w:val="0"/>
        <w:autoSpaceDE w:val="0"/>
        <w:widowControl/>
        <w:spacing w:line="280" w:lineRule="exact" w:before="84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施有功。是以見其爵者昭其德，聞其祿者知其功。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典語） </w:t>
            </w:r>
          </w:p>
        </w:tc>
      </w:tr>
    </w:tbl>
    <w:p>
      <w:pPr>
        <w:autoSpaceDN w:val="0"/>
        <w:autoSpaceDE w:val="0"/>
        <w:widowControl/>
        <w:spacing w:line="416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10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[Kinh Dịch] có nói: “Điều quý giá nhất của </w:t>
      </w:r>
    </w:p>
    <w:p>
      <w:pPr>
        <w:autoSpaceDN w:val="0"/>
        <w:autoSpaceDE w:val="0"/>
        <w:widowControl/>
        <w:spacing w:line="364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là ở việc có địa vị cao quý (bởi khi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địa vị rồi mới có thể mang lại nhiều lợi ích cho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dân). Vậy phải gìn giữ địa vị thế nào đây? Chính là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tấm lòng nhân ái.” Bởi vậy, bậc quân vƣơng tài ba lỗi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lạc thời thƣợng cổ đối với tƣớc vị rất chú trọng và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rất cẩn trọng khi phong chức tƣớc. Khi phong tƣớc vị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định phải ban cho ngƣời có tài có đức và khi ban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thƣởng cũng nhất định phải ban cho ngƣời có công.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khi thấy tƣớc vị của quan viên tất sẽ hiểu đƣợc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của ngƣời đó và khi nghe đến bổng lộc của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viên tất sẽ biết đƣợc công lao của họ.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Điển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270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昔者魯周公，使衛康叔往守於殷，戒之曰：『與殺</w:t>
      </w:r>
    </w:p>
    <w:p>
      <w:pPr>
        <w:autoSpaceDN w:val="0"/>
        <w:autoSpaceDE w:val="0"/>
        <w:widowControl/>
        <w:spacing w:line="364" w:lineRule="exact" w:before="0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不辜，寧失有罪。無有無罪而見誅，無有有功而不賞。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戒之，封，誅賞之慎焉。』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81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鬻子） </w:t>
            </w:r>
          </w:p>
        </w:tc>
      </w:tr>
    </w:tbl>
    <w:p>
      <w:pPr>
        <w:autoSpaceDN w:val="0"/>
        <w:autoSpaceDE w:val="0"/>
        <w:widowControl/>
        <w:spacing w:line="346" w:lineRule="exact" w:before="3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đây, khi Lỗ Chu Công cử Vệ Khang Thúc đi </w:t>
      </w:r>
    </w:p>
    <w:p>
      <w:pPr>
        <w:autoSpaceDN w:val="0"/>
        <w:autoSpaceDE w:val="0"/>
        <w:widowControl/>
        <w:spacing w:line="370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cai quản vùng đất Ân có khuyên nhủ rằng: “So với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giết oan ngƣời vô tội, chẳng bằng tha cho kẻ có tội.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để ngƣời vô tội bị giết oan, cũng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để ngƣời có công mà không đƣợc ban thƣởng.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cảnh giác! Việc chém đầu hay ban thƣởng đều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cẩn trọng!” </w:t>
      </w:r>
    </w:p>
    <w:p>
      <w:pPr>
        <w:autoSpaceDN w:val="0"/>
        <w:autoSpaceDE w:val="0"/>
        <w:widowControl/>
        <w:spacing w:line="400" w:lineRule="exact" w:before="24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Dục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12. PHÁP LUẬT </w:t>
      </w:r>
    </w:p>
    <w:p>
      <w:pPr>
        <w:autoSpaceDN w:val="0"/>
        <w:autoSpaceDE w:val="0"/>
        <w:widowControl/>
        <w:spacing w:line="416" w:lineRule="exact" w:before="23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271 ~ </w:t>
      </w:r>
    </w:p>
    <w:p>
      <w:pPr>
        <w:autoSpaceDN w:val="0"/>
        <w:autoSpaceDE w:val="0"/>
        <w:widowControl/>
        <w:spacing w:line="282" w:lineRule="exact" w:before="30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人之性有仁義之資，非聖王為之法度，不可使向方</w:t>
      </w:r>
    </w:p>
    <w:p>
      <w:pPr>
        <w:autoSpaceDN w:val="0"/>
        <w:autoSpaceDE w:val="0"/>
        <w:widowControl/>
        <w:spacing w:line="390" w:lineRule="exact" w:before="0" w:after="19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也。因其所惡以禁姦，故刑罰不用，威行如神矣。因其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性，即天下聽從；咈其性，即法度張而不用。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3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6" w:lineRule="exact" w:before="1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7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 rằng thiên tính của con ngƣời vốn đã nhân </w:t>
      </w:r>
    </w:p>
    <w:p>
      <w:pPr>
        <w:autoSpaceDN w:val="0"/>
        <w:autoSpaceDE w:val="0"/>
        <w:widowControl/>
        <w:spacing w:line="370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nghĩa, nhƣng nếu không có khuôn phép mà bậc minh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đã lập ra để điều chỉnh, sẽ không thể khiến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quay trở về với chính đạo. Nếu dựa vào những điều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cho là xấu ác để ngăn chặn việc gian tà,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hình phạt sẽ không phải dùng đến, mà uy thế lại phi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nhƣ thể thần linh. Khi thuận theo thiên tính của </w:t>
      </w:r>
    </w:p>
    <w:p>
      <w:pPr>
        <w:autoSpaceDN w:val="0"/>
        <w:autoSpaceDE w:val="0"/>
        <w:widowControl/>
        <w:spacing w:line="346" w:lineRule="exact" w:before="4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78" w:lineRule="exact" w:before="120" w:after="0"/>
        <w:ind w:left="3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 tất có thể khiến ngƣời trong thiên hạ quy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thuận, còn nếu đi ngƣợc lại, dẫu luật pháp có đƣợc thiết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lập cũng khó mà phát huy đƣợc vai trò. </w:t>
      </w:r>
    </w:p>
    <w:p>
      <w:pPr>
        <w:autoSpaceDN w:val="0"/>
        <w:autoSpaceDE w:val="0"/>
        <w:widowControl/>
        <w:spacing w:line="400" w:lineRule="exact" w:before="25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6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272 ~ </w:t>
      </w:r>
    </w:p>
    <w:p>
      <w:pPr>
        <w:autoSpaceDN w:val="0"/>
        <w:autoSpaceDE w:val="0"/>
        <w:widowControl/>
        <w:spacing w:line="306" w:lineRule="exact" w:before="282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為政者，不可以不知民之情，知民然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（然上恐脫情字）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後民</w:t>
      </w:r>
    </w:p>
    <w:p>
      <w:pPr>
        <w:autoSpaceDN w:val="0"/>
        <w:autoSpaceDE w:val="0"/>
        <w:widowControl/>
        <w:spacing w:line="390" w:lineRule="exact" w:before="0" w:after="194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乃從令。己所不欲，不施於人，令安得不從乎？故善政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者，簡而易行，則民不變；法存身而民象之，則民不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怨。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3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體論） </w:t>
            </w:r>
          </w:p>
        </w:tc>
      </w:tr>
    </w:tbl>
    <w:p>
      <w:pPr>
        <w:autoSpaceDN w:val="0"/>
        <w:autoSpaceDE w:val="0"/>
        <w:widowControl/>
        <w:spacing w:line="416" w:lineRule="exact" w:before="1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27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xử lý chính sự không thể không tìm hiểu </w:t>
      </w:r>
    </w:p>
    <w:p>
      <w:pPr>
        <w:autoSpaceDN w:val="0"/>
        <w:autoSpaceDE w:val="0"/>
        <w:widowControl/>
        <w:spacing w:line="37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tình thế thái, sau khi tìm hiểu rồi, nhân dân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phục tùng mệnh lệnh. Những điều chính mình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muốn, sẽ không áp đặt với ngƣời, vậy sao ngƣời dân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không phục tùng mệnh lệnh chứ? Bởi vậy,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giỏi việc trị vì chính sự, mệnh lệnh đơn giản và dễ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thi, mà nhân dân sẽ không bị xáo trộn; còn khi lấy mình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gƣơng mà tuân thủ pháp luật, ngƣời dân sẽ noi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một lời oán thán. </w:t>
      </w:r>
    </w:p>
    <w:p>
      <w:pPr>
        <w:autoSpaceDN w:val="0"/>
        <w:autoSpaceDE w:val="0"/>
        <w:widowControl/>
        <w:spacing w:line="400" w:lineRule="exact" w:before="24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3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02" w:right="10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273 ~ </w:t>
      </w:r>
    </w:p>
    <w:p>
      <w:pPr>
        <w:autoSpaceDN w:val="0"/>
        <w:autoSpaceDE w:val="0"/>
        <w:widowControl/>
        <w:spacing w:line="280" w:lineRule="exact" w:before="300" w:after="42"/>
        <w:ind w:left="164" w:right="16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法令者，民之命也，為治之本也，所以備民也。智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99"/>
        <w:gridCol w:w="3499"/>
      </w:tblGrid>
      <w:tr>
        <w:trPr>
          <w:trHeight w:hRule="exact" w:val="354"/>
        </w:trPr>
        <w:tc>
          <w:tcPr>
            <w:tcW w:type="dxa" w:w="690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者不得過，愚者不得不及。名分不定，而欲天下之治，</w:t>
            </w:r>
          </w:p>
        </w:tc>
      </w:tr>
      <w:tr>
        <w:trPr>
          <w:trHeight w:hRule="exact" w:val="374"/>
        </w:trPr>
        <w:tc>
          <w:tcPr>
            <w:tcW w:type="dxa" w:w="23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是猶欲無饑而去食</w:t>
            </w:r>
          </w:p>
        </w:tc>
        <w:tc>
          <w:tcPr>
            <w:tcW w:type="dxa" w:w="45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（去食下舊無欲字，補之。）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，欲無寒而去依也，</w:t>
            </w:r>
          </w:p>
        </w:tc>
      </w:tr>
    </w:tbl>
    <w:p>
      <w:pPr>
        <w:autoSpaceDN w:val="0"/>
        <w:autoSpaceDE w:val="0"/>
        <w:widowControl/>
        <w:spacing w:line="350" w:lineRule="exact" w:before="0" w:after="182"/>
        <w:ind w:left="30" w:right="16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其不幾亦明矣。一兔走，而百人追之，非以兔為可分以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為百，有名之未定也。夫賣兔者滿市，盜不敢取，由名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分之定也。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99"/>
        <w:gridCol w:w="3499"/>
      </w:tblGrid>
      <w:tr>
        <w:trPr>
          <w:trHeight w:hRule="exact" w:val="60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5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商君子）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96" w:right="9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Luật pháp là huyết mạch của thần dân trong thiên </w:t>
      </w:r>
    </w:p>
    <w:p>
      <w:pPr>
        <w:autoSpaceDN w:val="0"/>
        <w:autoSpaceDE w:val="0"/>
        <w:widowControl/>
        <w:spacing w:line="362" w:lineRule="exact" w:before="2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hạ, là nền tảng của việc trị vì đất nƣớc, mục đích là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bảo vệ nhân dân, ở đó ngƣời thông minh không thể vƣợt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 ngoài khuôn khổ, mà ngƣời ngu muội cũng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tuân thủ. Khi danh phận không xác định mà 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vọng thiên hạ thái bình, tựa nhƣ không muốn chịu đựng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đói nhƣng lại vứt bỏ đồ ăn thức uống, không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chịu đựng giá lạnh nhƣng lại ném bỏ áo quần, khi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này, việc không đạt đƣợc mục tiêu là điều rất rõ ràng.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con thỏ đang chạy mà có đến hàng trăm ngƣời đuổi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theo, thật ra không phải chú thỏ này có thể phân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hàng trăm, mà do thỏ này rốt cuộc thuộc về ai,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danh phận này vẫn chƣa đƣợc xác định. Khi ngƣời bán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thỏ ở chợ đâu đâu cũng thấy, nhƣng kẻ trộm không dám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đánh cắp, đó là bởi danh phận của thỏ đã đƣợc xác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rồi. </w:t>
      </w:r>
    </w:p>
    <w:p>
      <w:pPr>
        <w:autoSpaceDN w:val="0"/>
        <w:autoSpaceDE w:val="0"/>
        <w:widowControl/>
        <w:spacing w:line="400" w:lineRule="exact" w:before="244" w:after="0"/>
        <w:ind w:left="88" w:right="8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Thương Quân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7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274 ~ </w:t>
      </w:r>
    </w:p>
    <w:p>
      <w:pPr>
        <w:autoSpaceDN w:val="0"/>
        <w:autoSpaceDE w:val="0"/>
        <w:widowControl/>
        <w:spacing w:line="280" w:lineRule="exact" w:before="300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故夫名分定，勢治之道也；名分不定，勢亂之道</w:t>
      </w:r>
    </w:p>
    <w:p>
      <w:pPr>
        <w:autoSpaceDN w:val="0"/>
        <w:autoSpaceDE w:val="0"/>
        <w:widowControl/>
        <w:spacing w:line="362" w:lineRule="exact" w:before="4" w:after="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也。故勢治者不可亂也，勢亂者不可治也。夫勢亂而欲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治之，愈亂矣；勢治而治之，則治矣。故聖人治治，不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治亂也。聖人為民法，必使之明白易知，愚智遍能知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832"/>
        </w:trPr>
        <w:tc>
          <w:tcPr>
            <w:tcW w:type="dxa" w:w="34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之，萬民無陷於險危也。 </w:t>
            </w:r>
          </w:p>
          <w:p>
            <w:pPr>
              <w:autoSpaceDN w:val="0"/>
              <w:autoSpaceDE w:val="0"/>
              <w:widowControl/>
              <w:spacing w:line="416" w:lineRule="exact" w:before="934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  <w:u w:val="single"/>
              </w:rPr>
              <w:t>Việt ngữ: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2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45.99999999999966" w:type="dxa"/>
            </w:tblPr>
            <w:tblGrid>
              <w:gridCol w:w="1727"/>
              <w:gridCol w:w="1727"/>
            </w:tblGrid>
            <w:tr>
              <w:trPr>
                <w:trHeight w:hRule="exact" w:val="1036"/>
              </w:trPr>
              <w:tc>
                <w:tcPr>
                  <w:tcW w:type="dxa" w:w="186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2" w:lineRule="exact" w:before="372" w:after="0"/>
                    <w:ind w:left="44" w:right="44" w:firstLine="0"/>
                    <w:jc w:val="lef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（卷三十六 </w:t>
                  </w:r>
                </w:p>
              </w:tc>
              <w:tc>
                <w:tcPr>
                  <w:tcW w:type="dxa" w:w="1544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2" w:lineRule="exact" w:before="372" w:after="0"/>
                    <w:ind w:left="6" w:right="6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商君子） </w:t>
                  </w:r>
                </w:p>
              </w:tc>
            </w:tr>
          </w:tbl>
          <w:p/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332" w:lineRule="exact" w:before="16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khi danh phận đƣợc xác định, đó là </w:t>
      </w:r>
    </w:p>
    <w:p>
      <w:pPr>
        <w:autoSpaceDN w:val="0"/>
        <w:autoSpaceDE w:val="0"/>
        <w:widowControl/>
        <w:spacing w:line="364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của thời thế tất phải thịnh trị; nếu danh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phận không đƣợc xác định, đó là con đƣờng dẫn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thế tất sẽ hỗn loạn. Do vậy, khi thời thế tất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thịnh trị sẽ khó mà khiến cho hỗn loạn, còn dƣới tình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tất sẽ hỗn loạn lại không thể trị vì. Khi ở tình thế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hỗn loạn mà lại muốn chấn chỉnh, thƣờng sẽ càng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hỗn loạn thêm và khi đang trong thời thế tất phải thịnh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mà tiếp tục phát huy, xã hội sẽ an định thái bình.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bậc thánh nhân trị quốc khi trong thời thế tất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thịnh trị, chứ không đi chỉnh đốn khi đang ở tình thế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hỗn loạn. Bậc thánh nhân vì nhân dân mà lập ra hệ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thống pháp luật, do đó nhất định phải khiến cho rõ ràng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dễ hiểu, khiến cho kẻ ngu và ngƣời trí đều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đƣợc, vậy thì nhân dân trong thiên hạ sẽ không (vì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hiểu luật pháp mà) rơi vào tình thế hiểm nguy.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Thương Quân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2" w:right="3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275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天下之事，以次為爵祿，以次進士，君子以精德</w:t>
      </w:r>
    </w:p>
    <w:p>
      <w:pPr>
        <w:autoSpaceDN w:val="0"/>
        <w:autoSpaceDE w:val="0"/>
        <w:widowControl/>
        <w:spacing w:line="364" w:lineRule="exact" w:before="2" w:after="264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顯。夫德有次則行修，官有次則人靜，事有次則民安。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農夫思其疆畔，百工思其規矩，士君子思其德行，群臣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百官思其分職。上之人思其一道，侵官無所由，離業無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所至。夫然，故天下之道正而民壹。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4"/>
        <w:gridCol w:w="3464"/>
      </w:tblGrid>
      <w:tr>
        <w:trPr>
          <w:trHeight w:hRule="exact" w:val="1186"/>
        </w:trPr>
        <w:tc>
          <w:tcPr>
            <w:tcW w:type="dxa" w:w="34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70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  <w:u w:val="single"/>
              </w:rPr>
              <w:t>Việt ngữ: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65.99999999999966" w:type="dxa"/>
            </w:tblPr>
            <w:tblGrid>
              <w:gridCol w:w="1727"/>
              <w:gridCol w:w="1727"/>
            </w:tblGrid>
            <w:tr>
              <w:trPr>
                <w:trHeight w:hRule="exact" w:val="714"/>
              </w:trPr>
              <w:tc>
                <w:tcPr>
                  <w:tcW w:type="dxa" w:w="1584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2" w:lineRule="exact" w:before="50" w:after="0"/>
                    <w:ind w:left="124" w:right="124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（卷五十 </w:t>
                  </w:r>
                </w:p>
              </w:tc>
              <w:tc>
                <w:tcPr>
                  <w:tcW w:type="dxa" w:w="160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2" w:lineRule="exact" w:before="50" w:after="0"/>
                    <w:ind w:left="6" w:right="6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袁子正書） </w:t>
                  </w:r>
                </w:p>
              </w:tc>
            </w:tr>
          </w:tbl>
          <w:p/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332" w:lineRule="exact" w:before="1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trị vì đƣợc thiên hạ, khi phong tƣớc vị và ban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thƣởng phải dựa vào luật pháp, khi chiêu mộ ngƣời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có tài phải dựa vào pháp lệnh, có nhƣ vậy bậc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sĩ và quân tử có đức hạnh cao cả mới đƣợc nhìn nhận.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việc tiến cử ngƣời tài mà phù hợp với luật pháp,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sĩ tất sẽ ra sức để tu thân; khi tấn phong chức tƣớc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phù hợp với luật pháp, quan viên sẽ tận tụy với trách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nhiệm; khi làm việc mà phù hợp với luật pháp, nhân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đƣợc an định. Điều mà ngƣời nông dân nghĩ đến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đồng áng của họ, điều mà ngƣời thợ nghĩ về là tay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nghề của họ, điều mà nhân sĩ và ngƣời quân tử nghĩ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đức hạnh của mình, điều mà quần thần và bá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 đến là chức trách của họ, điều mà bậc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 đến là phƣơng pháp trị vì đất nƣớc đƣợc nhất quán,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tƣợng vƣợt quyền và xâm phạm quyền hạn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viên khác sẽ không xuất hiện, hiện tƣợng bỏ bê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ngành nghề mũi nhọn sẽ không xảy ra. Chỉ có nhƣ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trị vì thiên hạ mới có thể đi theo chính đạo và </w:t>
      </w:r>
    </w:p>
    <w:p>
      <w:pPr>
        <w:autoSpaceDN w:val="0"/>
        <w:autoSpaceDE w:val="0"/>
        <w:widowControl/>
        <w:spacing w:line="346" w:lineRule="exact" w:before="6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2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mới có thể chuyên tâm tận lực (không xao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nhãng bổn phận).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276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</w:t>
      </w:r>
    </w:p>
    <w:p>
      <w:pPr>
        <w:autoSpaceDN w:val="0"/>
        <w:autoSpaceDE w:val="0"/>
        <w:widowControl/>
        <w:spacing w:line="282" w:lineRule="exact" w:before="300" w:after="182"/>
        <w:ind w:left="102" w:right="10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法出而不正，是無法也；法正而不行，是無君也。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3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luật pháp đƣợc ban hành mà không thể công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minh, cũng nhƣ thể không có pháp luật; nếu pháp luật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minh mà không thể thực thi, cũng nhƣ thể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quân vƣơng.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277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公之於法，無不可也，過輕亦可，過重亦可；私之</w:t>
      </w:r>
    </w:p>
    <w:p>
      <w:pPr>
        <w:autoSpaceDN w:val="0"/>
        <w:autoSpaceDE w:val="0"/>
        <w:widowControl/>
        <w:spacing w:line="364" w:lineRule="exact" w:before="4" w:after="184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於法，無可也，過輕則縱姦，過重則傷善。今之為法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者，不平公私之分，而辯輕重之文，不本百姓之心，而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謹奏當之書，是治化在身而走求之也。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體論）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khi thực thi pháp luật một cách công tâm, sẽ </w:t>
      </w:r>
    </w:p>
    <w:p>
      <w:pPr>
        <w:autoSpaceDN w:val="0"/>
        <w:autoSpaceDE w:val="0"/>
        <w:widowControl/>
        <w:spacing w:line="332" w:lineRule="exact" w:before="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gì là không thể, (chỉ cần xuất phát từ sự công </w:t>
      </w:r>
    </w:p>
    <w:p>
      <w:pPr>
        <w:autoSpaceDN w:val="0"/>
        <w:autoSpaceDE w:val="0"/>
        <w:widowControl/>
        <w:spacing w:line="346" w:lineRule="exact" w:before="1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98" w:right="9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34" w:after="0"/>
        <w:ind w:left="30" w:right="8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tâm) việc thi hành pháp lệnh có nhẹ một chút cũng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hoặc có nặng một chút cũng không sao (ngƣời dân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phục); nhƣng khi thực thi một cách không công tâm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đều không thể, thi hành pháp lệnh mà quá nhẹ,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dung túng cho điều gian tà mà thi hành quá nặng, sẽ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tổn hại đến điều thiện lƣơng. Ngày nay, những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thi luật pháp đó, không cân bằng sự khác biệt giữa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và tƣ mà cứ đi phân tích điều khoản nặng nhẹ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luật pháp, không xem lòng dân làm điểm xuất phát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cẩn trọng để khiến cho việc tấu sớ xét tội lên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phù hợp, điều này tựa nhƣ đạo lý trị vì và giáo hóa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vốn ở chính bản thân nhƣng lại cứ chạy đi nơi khác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kiếm tìm. </w:t>
      </w:r>
    </w:p>
    <w:p>
      <w:pPr>
        <w:autoSpaceDN w:val="0"/>
        <w:autoSpaceDE w:val="0"/>
        <w:widowControl/>
        <w:spacing w:line="400" w:lineRule="exact" w:before="242" w:after="0"/>
        <w:ind w:left="84" w:right="8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31"/>
        <w:gridCol w:w="2331"/>
        <w:gridCol w:w="2331"/>
      </w:tblGrid>
      <w:tr>
        <w:trPr>
          <w:trHeight w:hRule="exact" w:val="472"/>
        </w:trPr>
        <w:tc>
          <w:tcPr>
            <w:tcW w:type="dxa" w:w="482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非佞折獄，惟良折獄，罔非在中。</w:t>
            </w:r>
          </w:p>
        </w:tc>
        <w:tc>
          <w:tcPr>
            <w:tcW w:type="dxa" w:w="20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非口才可以斷獄，惟平良可以斷</w:t>
            </w:r>
          </w:p>
        </w:tc>
      </w:tr>
      <w:tr>
        <w:trPr>
          <w:trHeight w:hRule="exact" w:val="366"/>
        </w:trPr>
        <w:tc>
          <w:tcPr>
            <w:tcW w:type="dxa" w:w="41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獄，無非在中正也。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哀敬折獄，咸庶中正。</w:t>
            </w:r>
          </w:p>
        </w:tc>
        <w:tc>
          <w:tcPr>
            <w:tcW w:type="dxa" w:w="27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當矜下民之犯法，敬斷獄之害人，皆庶幾必</w:t>
            </w:r>
          </w:p>
        </w:tc>
      </w:tr>
    </w:tbl>
    <w:p>
      <w:pPr>
        <w:autoSpaceDN w:val="0"/>
        <w:autoSpaceDE w:val="0"/>
        <w:widowControl/>
        <w:spacing w:line="140" w:lineRule="exact" w:before="28" w:after="26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得中正之道也。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97"/>
        <w:gridCol w:w="3497"/>
      </w:tblGrid>
      <w:tr>
        <w:trPr>
          <w:trHeight w:hRule="exact" w:val="69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4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cứ dựa vào tài biện luận là có thể xử án, </w:t>
      </w:r>
    </w:p>
    <w:p>
      <w:pPr>
        <w:autoSpaceDN w:val="0"/>
        <w:autoSpaceDE w:val="0"/>
        <w:widowControl/>
        <w:spacing w:line="362" w:lineRule="exact" w:before="0" w:after="0"/>
        <w:ind w:left="30" w:right="8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khi lƣơng thiện và công tâm mới có thể xét xử, mục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đích không có gì ngoài việc khiến cho sự phán quyết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công bằng. Nếu có tâm trắc ẩn và tấm lòng khoan </w:t>
      </w:r>
    </w:p>
    <w:p>
      <w:pPr>
        <w:autoSpaceDN w:val="0"/>
        <w:autoSpaceDE w:val="0"/>
        <w:widowControl/>
        <w:spacing w:line="346" w:lineRule="exact" w:before="7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7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dung khi xét xử, vậy thì hầu hết các vụ án đều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minh.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279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非患銚鉏之不利，患其舍草而芸苗也；非患無準</w:t>
      </w:r>
    </w:p>
    <w:p>
      <w:pPr>
        <w:autoSpaceDN w:val="0"/>
        <w:autoSpaceDE w:val="0"/>
        <w:widowControl/>
        <w:spacing w:line="364" w:lineRule="exact" w:before="0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平，患其舍枉而繩直也。故親近為過不必誅，是鉏不用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也；疏遠有功不必賞，是苗不養也。故世不患無法，而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患無必行之法也。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（卷四十二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鹽鐵論）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lo lƣỡi cuốc không sắc, mà điều cần lo là </w:t>
      </w:r>
    </w:p>
    <w:p>
      <w:pPr>
        <w:autoSpaceDN w:val="0"/>
        <w:autoSpaceDE w:val="0"/>
        <w:widowControl/>
        <w:spacing w:line="364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cầm cuốc bỏ qua đám cỏ dại nhƣng lại phá bỏ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mầm mạ non; không lo không có thủy bình, mà điều cần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 là ngƣời cầm thủy bình không đi căn chỉnh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chỗ cong nhƣng lại đi căn chỉnh những nơi thẳng.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ngƣời thực thi pháp luật chƣa hẳn trừng phạt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cận khi làm việc xấu, việc này tựa nhƣ không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cuốc mà đi trừ cỏ; ngƣời không thân thiết khi có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lao chƣa hẳn đã đƣợc ban thƣởng, việc này tựa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nuôi dƣỡng mầm mạ non. Cho nên đối với xã hội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nói, không e ngại không có luật pháp mà chỉ e rằng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luật pháp nhƣng lại tồn tại hiện tƣợng chƣa chắc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đó mà chấp hành.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Diên Thiết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280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凡聽五刑之訟，必原父子之親、立君臣之義，以權</w:t>
      </w:r>
    </w:p>
    <w:p>
      <w:pPr>
        <w:autoSpaceDN w:val="0"/>
        <w:autoSpaceDE w:val="0"/>
        <w:widowControl/>
        <w:spacing w:line="364" w:lineRule="exact" w:before="2" w:after="1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之；意論輕重之序、慎測淺深之量，以別之；悉其聰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明、致其忠愛，以盡之。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 </w:t>
            </w:r>
          </w:p>
        </w:tc>
        <w:tc>
          <w:tcPr>
            <w:tcW w:type="dxa" w:w="17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孔子家語）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khi phán quyết những vụ án lớn nhƣ „Ngũ </w:t>
      </w:r>
    </w:p>
    <w:p>
      <w:pPr>
        <w:autoSpaceDN w:val="0"/>
        <w:autoSpaceDE w:val="0"/>
        <w:widowControl/>
        <w:spacing w:line="364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Hình‟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32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nhất định phải từ góc độ cảm nhận tình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giữa cha con, ân nghĩa giữa vua tôi để thực hiện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đánh giá (suy ngẫm liệu họ có phải xuất phát từ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thành và tình yêu thƣơng mà phạm tội hay không),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căn cứ vào suy nghĩ của họ để xem xét mức độ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nặng nhẹ của hành vi phạm tội và thận trọng đánh giá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mức độ nông sâu của hình vi phạm tội để phân biệt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xử trí; phải đem hết khả năng phân tích từ việc mắt thấy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nghe, cùng với tâm đồng cảm của tấm lòng chân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và nhân ái của chính mình, để cố gắng hết sức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rõ và xử lý vụ án một cách hoàn hảo.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14" w:lineRule="exact" w:before="42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32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Đoạn này cũng xuất hiện ở trong thiên [Vƣơng Chế] và đƣợc tập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hợp trong [Lễ Kí]. Ngũ Hình gồm có: „Mặc‟, theo đó phạm nhân sẽ bị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khắc chữ lên mặt hoặc trên trán bằng loại mực không tẩy; „Nhị‟ quy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định phạm nhân sẽ bị cắt mũi; „Nguyệt‟, theo đó phạm nhân bị cắt cụt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chân trái hoặc phải hoặc cả ha, theo nguồn tƣ liệu khác cho rằng hình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phạt này là bị tháo khớp đầu gối; „Cung‟, theo đó phạm nhân nam bị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cắt bỏ bộ phận sinh dục do phạm tội gian dâm và „Đại Tịch” là tội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chém đầu. Các hình phạt này đều là áp dụng cho nam giới.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281 ~ </w:t>
      </w:r>
    </w:p>
    <w:p>
      <w:pPr>
        <w:autoSpaceDN w:val="0"/>
        <w:autoSpaceDE w:val="0"/>
        <w:widowControl/>
        <w:spacing w:line="280" w:lineRule="exact" w:before="300" w:after="28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仲弓曰：『古之禁何禁？』孔子曰：『析言破律，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4"/>
        <w:gridCol w:w="3464"/>
      </w:tblGrid>
      <w:tr>
        <w:trPr>
          <w:trHeight w:hRule="exact" w:val="368"/>
        </w:trPr>
        <w:tc>
          <w:tcPr>
            <w:tcW w:type="dxa" w:w="62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巧賣法令者也。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亂名改作，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變易官與物名。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執左道以亂政者，殺。</w:t>
            </w:r>
          </w:p>
        </w:tc>
        <w:tc>
          <w:tcPr>
            <w:tcW w:type="dxa" w:w="6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左道，邪</w:t>
            </w:r>
          </w:p>
        </w:tc>
      </w:tr>
    </w:tbl>
    <w:p>
      <w:pPr>
        <w:autoSpaceDN w:val="0"/>
        <w:autoSpaceDE w:val="0"/>
        <w:widowControl/>
        <w:spacing w:line="306" w:lineRule="exact" w:before="28" w:after="2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道。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作淫聲，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淫逸惑亂之聲。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造異服，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非人所常見。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設奇伎奇器，以盪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09"/>
        <w:gridCol w:w="2309"/>
        <w:gridCol w:w="2309"/>
      </w:tblGrid>
      <w:tr>
        <w:trPr>
          <w:trHeight w:hRule="exact" w:val="362"/>
        </w:trPr>
        <w:tc>
          <w:tcPr>
            <w:tcW w:type="dxa" w:w="17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上心者，殺。</w:t>
            </w:r>
          </w:p>
        </w:tc>
        <w:tc>
          <w:tcPr>
            <w:tcW w:type="dxa" w:w="41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怪異之伎，可以眩曜人心之器。盪，動也。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行偽而堅，</w:t>
            </w:r>
          </w:p>
        </w:tc>
        <w:tc>
          <w:tcPr>
            <w:tcW w:type="dxa" w:w="10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行詐偽而堅守。</w:t>
            </w:r>
          </w:p>
        </w:tc>
      </w:tr>
    </w:tbl>
    <w:p>
      <w:pPr>
        <w:autoSpaceDN w:val="0"/>
        <w:autoSpaceDE w:val="0"/>
        <w:widowControl/>
        <w:spacing w:line="308" w:lineRule="exact" w:before="30" w:after="42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言偽而辨，學非而博，順非而澤，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順其非而滑澤之。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以惑眾者，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09"/>
        <w:gridCol w:w="2309"/>
        <w:gridCol w:w="2309"/>
      </w:tblGrid>
      <w:tr>
        <w:trPr>
          <w:trHeight w:hRule="exact" w:val="350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殺。假於鬼神時日卜筮，以疑民者，殺。此四誅者，不</w:t>
            </w:r>
          </w:p>
        </w:tc>
      </w:tr>
      <w:tr>
        <w:trPr>
          <w:trHeight w:hRule="exact" w:val="520"/>
        </w:trPr>
        <w:tc>
          <w:tcPr>
            <w:tcW w:type="dxa" w:w="2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待時，不以聽。』</w:t>
            </w:r>
          </w:p>
        </w:tc>
        <w:tc>
          <w:tcPr>
            <w:tcW w:type="dxa" w:w="464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不聽於棘木之下也。 </w:t>
            </w:r>
          </w:p>
        </w:tc>
      </w:tr>
      <w:tr>
        <w:trPr>
          <w:trHeight w:hRule="exact" w:val="606"/>
        </w:trPr>
        <w:tc>
          <w:tcPr>
            <w:tcW w:type="dxa" w:w="51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 </w:t>
            </w:r>
          </w:p>
        </w:tc>
        <w:tc>
          <w:tcPr>
            <w:tcW w:type="dxa" w:w="17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孔子家語）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Cung thỉnh giáo rằng: </w:t>
      </w:r>
    </w:p>
    <w:p>
      <w:pPr>
        <w:autoSpaceDN w:val="0"/>
        <w:autoSpaceDE w:val="0"/>
        <w:widowControl/>
        <w:spacing w:line="400" w:lineRule="exact" w:before="24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Xin thƣa lệnh cấm thời xƣa thƣờng cấm những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gì? </w:t>
      </w:r>
    </w:p>
    <w:p>
      <w:pPr>
        <w:autoSpaceDN w:val="0"/>
        <w:autoSpaceDE w:val="0"/>
        <w:widowControl/>
        <w:spacing w:line="400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trả lời: </w:t>
      </w:r>
    </w:p>
    <w:p>
      <w:pPr>
        <w:autoSpaceDN w:val="0"/>
        <w:autoSpaceDE w:val="0"/>
        <w:widowControl/>
        <w:spacing w:line="402" w:lineRule="exact" w:before="24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Những kẻ dùng lời lẽ dễ nghe để lợi dụng kẽ hở </w:t>
      </w:r>
    </w:p>
    <w:p>
      <w:pPr>
        <w:autoSpaceDN w:val="0"/>
        <w:autoSpaceDE w:val="0"/>
        <w:widowControl/>
        <w:spacing w:line="36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luật pháp, mạo danh nghĩa để bẻ cong cũng nhƣ sửa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đổi quy định của luật pháp, hay là dùng đạo lý lệch lạc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sai trái để làm nhiễu loạn triều đình, phải nên giết.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sáng tác âm nhạc và ca từ dâm đãng, tạo ra những bộ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quần áo dị hợm diêm dúa, dùng những thứ ma mị và lai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căng để khiến tâm trí của quân vƣơng dao động,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giết. Những kẻ có hành vi quỷ quyệt nhƣng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ngoan cố không chịu sửa đổi, lời lẽ giả dối mà lại giỏi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ngụy biện, những điều học đƣợc rất uyên bác nhƣng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là chính đạo, đi theo những điều xấu ác </w:t>
      </w:r>
    </w:p>
    <w:p>
      <w:pPr>
        <w:autoSpaceDN w:val="0"/>
        <w:autoSpaceDE w:val="0"/>
        <w:widowControl/>
        <w:spacing w:line="346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262 </w:t>
      </w:r>
    </w:p>
    <w:p>
      <w:pPr>
        <w:sectPr>
          <w:pgSz w:w="9072" w:h="13608"/>
          <w:pgMar w:top="464" w:right="104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6" w:lineRule="exact" w:before="132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lại vòng vo che đậy để mê hoặc dân chúng,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giết. Những kẻ giả danh thần linh, sự biến đổi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 luật tự nhiên, tiên tri bói toán để khiến lòng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hoang mang, phải nên giết. Việc phán quyết đối với bốn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 tội phạm này, không nhất thiết phải đợi chờ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gian theo quy định, cũng không cần lấy ý kiến rộng rãi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cũng đƣợc thực thi.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282 ~ </w:t>
      </w:r>
    </w:p>
    <w:p>
      <w:pPr>
        <w:autoSpaceDN w:val="0"/>
        <w:autoSpaceDE w:val="0"/>
        <w:widowControl/>
        <w:spacing w:line="282" w:lineRule="exact" w:before="302" w:after="42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誦先王之書，不若聞其言；聞其言，不若得其所以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714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2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言；得其所以言者，言弗能言也。故『道可道者，非常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道也；名可名者；非常名也。』故聖人所由曰道，所為</w:t>
            </w:r>
          </w:p>
        </w:tc>
      </w:tr>
      <w:tr>
        <w:trPr>
          <w:trHeight w:hRule="exact" w:val="378"/>
        </w:trPr>
        <w:tc>
          <w:tcPr>
            <w:tcW w:type="dxa" w:w="57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曰事。道由金石，壹調不可更；事猶琴瑟，每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（每作曲）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終</w:t>
            </w:r>
          </w:p>
        </w:tc>
      </w:tr>
    </w:tbl>
    <w:p>
      <w:pPr>
        <w:autoSpaceDN w:val="0"/>
        <w:autoSpaceDE w:val="0"/>
        <w:widowControl/>
        <w:spacing w:line="280" w:lineRule="exact" w:before="42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改調。故法制禮樂者，治之具也，非所以為治也。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1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Đọc tụng điển tịch của bậc thánh vƣơng xƣa kia,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chẳng bằng lắng nghe lời mà thánh vƣơng nói; lắng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lời mà thánh vƣơng nói, chẳng bằng nắm bắt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cốt lõi của những lời này; khi nắm bắt đƣợc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cốt lõi mà thánh vƣơng đã nói chính là có đƣợc „Đạo‟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không thể dùng lời lẽ để biểu đạt. Bởi vậy mới nói,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„Đạo‟ nếu có thể nói ra đƣợc, đó không phải là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vĩnh viễn không hề biến đổi; „Danh‟ mà có thể gọi tên,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không phải là danh mà vĩnh viễn không thể thay đổi. </w:t>
      </w:r>
    </w:p>
    <w:p>
      <w:pPr>
        <w:autoSpaceDN w:val="0"/>
        <w:autoSpaceDE w:val="0"/>
        <w:widowControl/>
        <w:spacing w:line="346" w:lineRule="exact" w:before="4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6" w:lineRule="exact" w:before="132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 đó, những điều mà bậc thánh nhân tuân theo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gọi là „Đạo‟ và những việc đƣợc làm gọi là „Sự‟. „Đạo‟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chuông khánh, thanh âm sau khi xác định rồi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thay đổi và „Sự‟ lại tựa nhƣ đàn cầm đàn sắt,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mỗi khi kết thúc một khúc nhạc đều có thể điều chỉnh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giai điệu. Luật pháp, quy định, lễ nghi và âm nhạc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cụ chứ không phải nền tảng để trị vì đất nƣớc.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8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13. VŨ SỰ [VIỆC DỤNG BINH] </w:t>
      </w:r>
    </w:p>
    <w:p>
      <w:pPr>
        <w:autoSpaceDN w:val="0"/>
        <w:autoSpaceDE w:val="0"/>
        <w:widowControl/>
        <w:spacing w:line="414" w:lineRule="exact" w:before="80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283 ~ </w:t>
      </w:r>
    </w:p>
    <w:p>
      <w:pPr>
        <w:autoSpaceDN w:val="0"/>
        <w:autoSpaceDE w:val="0"/>
        <w:widowControl/>
        <w:spacing w:line="280" w:lineRule="exact" w:before="284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怒者逆德也，兵者凶器也，爭者末節也，故聖王重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之。夫務戰勝，窮武事，未有不悔者也。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（卷十八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漢書六）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(Chủ Phụ Yển khi dâng sớ, viết rằng:) Phẫn nộ là </w:t>
      </w:r>
    </w:p>
    <w:p>
      <w:pPr>
        <w:autoSpaceDN w:val="0"/>
        <w:autoSpaceDE w:val="0"/>
        <w:widowControl/>
        <w:spacing w:line="366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việc làm trái với nhân đức, binh khí là những thứ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tốt lành, tranh đoạt là hành vi thấp hèn, bởi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minh chủ vô cùng thận trọng đối với việc này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dễ dàng tuyên chiến. Trong các quân chủ ra sức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chiến thắng bằng việc bất chấp tất cả mà phát động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chiến tranh, không ai mà không hối hận.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6) </w:t>
      </w:r>
    </w:p>
    <w:p>
      <w:pPr>
        <w:autoSpaceDN w:val="0"/>
        <w:autoSpaceDE w:val="0"/>
        <w:widowControl/>
        <w:spacing w:line="346" w:lineRule="exact" w:before="4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472"/>
        </w:trPr>
        <w:tc>
          <w:tcPr>
            <w:tcW w:type="dxa" w:w="31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同力度德，同德度義。</w:t>
            </w:r>
          </w:p>
        </w:tc>
        <w:tc>
          <w:tcPr>
            <w:tcW w:type="dxa" w:w="3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力鈞則有德者勝，德鈞則秉義者疆。揆度優劣，勝負可</w:t>
            </w:r>
          </w:p>
        </w:tc>
      </w:tr>
    </w:tbl>
    <w:p>
      <w:pPr>
        <w:autoSpaceDN w:val="0"/>
        <w:autoSpaceDE w:val="0"/>
        <w:widowControl/>
        <w:spacing w:line="140" w:lineRule="exact" w:before="30" w:after="26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9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(Chu Vũ Vƣơng từng nói:) Khi hai quân đội đối </w:t>
      </w:r>
    </w:p>
    <w:p>
      <w:pPr>
        <w:autoSpaceDN w:val="0"/>
        <w:autoSpaceDE w:val="0"/>
        <w:widowControl/>
        <w:spacing w:line="366" w:lineRule="exact" w:before="0" w:after="0"/>
        <w:ind w:left="3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đầu trong một cuộc chiến, nếu ngang sức ngang tài hãy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so sánh đức hạnh của họ, nếu đức hạnh tƣơng đƣơng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hãy tìm hiểu việc xuất binh có phù hợp với chính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không. (Bên có đức sẽ thắng và bên chính nghĩa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mạnh.)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285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歷觀古今，用兵之敗，非鼓之日也，民心離散，素</w:t>
      </w:r>
    </w:p>
    <w:p>
      <w:pPr>
        <w:autoSpaceDN w:val="0"/>
        <w:autoSpaceDE w:val="0"/>
        <w:widowControl/>
        <w:spacing w:line="364" w:lineRule="exact" w:before="0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行豫敗也；用兵之勝，非陳之朝也，民心親附，素行豫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勝也。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政要論）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sát từ cổ chí kim, kẻ dụng binh mà thất bại, </w:t>
      </w:r>
    </w:p>
    <w:p>
      <w:pPr>
        <w:autoSpaceDN w:val="0"/>
        <w:autoSpaceDE w:val="0"/>
        <w:widowControl/>
        <w:spacing w:line="362" w:lineRule="exact" w:before="2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ra không phải thất bại ngay trong ngày đánh trống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xung trận, mà do lòng dân ly tán và hành vi thƣờng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đều biểu hiện điềm báo của việc thất bại. Còn </w:t>
      </w:r>
    </w:p>
    <w:p>
      <w:pPr>
        <w:autoSpaceDN w:val="0"/>
        <w:autoSpaceDE w:val="0"/>
        <w:widowControl/>
        <w:spacing w:line="346" w:lineRule="exact" w:before="3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8" w:lineRule="exact" w:before="13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dụng binh mà chiến thắng, thực ra không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chiến thắng ngay trong ngày cuộc chiến diễn ra, mà do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đƣợc lòng dân và hành vi thƣờng ngày đều biểu 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dấu hiệu của sự chiến thắng.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286 ~ </w:t>
      </w:r>
    </w:p>
    <w:p>
      <w:pPr>
        <w:autoSpaceDN w:val="0"/>
        <w:autoSpaceDE w:val="0"/>
        <w:widowControl/>
        <w:spacing w:line="306" w:lineRule="exact" w:before="27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會聞，用師觀舋而動。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舋，罪也。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德刑政事典禮不易，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不可敵也。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28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2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26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(Sĩ Hội từng nói:) Ta nghe nói việc dụng binh, </w:t>
      </w:r>
    </w:p>
    <w:p>
      <w:pPr>
        <w:autoSpaceDN w:val="0"/>
        <w:autoSpaceDE w:val="0"/>
        <w:widowControl/>
        <w:spacing w:line="36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hết phải quan sát sai lầm của quân địch rồi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động. Nếu đức hạnh, chế độ thƣởng phạt, nền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trị, quốc sự, luật pháp và lễ nghĩa mà không trái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ngƣợc với luân thƣờng đạo lý, vậy thì không thể chống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đƣợc (ý nói không thể chinh phạt đƣợc đất nƣớc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này). </w:t>
      </w:r>
    </w:p>
    <w:p>
      <w:pPr>
        <w:autoSpaceDN w:val="0"/>
        <w:autoSpaceDE w:val="0"/>
        <w:widowControl/>
        <w:spacing w:line="400" w:lineRule="exact" w:before="24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Thị Truyện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287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武王問太公曰：『論將之道奈何？』太公曰：『將</w:t>
      </w:r>
    </w:p>
    <w:p>
      <w:pPr>
        <w:autoSpaceDN w:val="0"/>
        <w:autoSpaceDE w:val="0"/>
        <w:widowControl/>
        <w:spacing w:line="364" w:lineRule="exact" w:before="0" w:after="0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有五才十過。所謂五才者：勇、智、仁、信、忠也。勇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則不可犯，智則不可亂，仁則愛人，信則不欺人，忠則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無二心。所謂十過者：將有勇而輕死者，有急而心速</w:t>
      </w:r>
    </w:p>
    <w:p>
      <w:pPr>
        <w:autoSpaceDN w:val="0"/>
        <w:autoSpaceDE w:val="0"/>
        <w:widowControl/>
        <w:spacing w:line="346" w:lineRule="exact" w:before="3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116" w:right="11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2337"/>
        <w:gridCol w:w="2337"/>
        <w:gridCol w:w="2337"/>
      </w:tblGrid>
      <w:tr>
        <w:trPr>
          <w:trHeight w:hRule="exact" w:val="860"/>
        </w:trPr>
        <w:tc>
          <w:tcPr>
            <w:tcW w:type="dxa" w:w="6960"/>
            <w:gridSpan w:val="3"/>
            <w:tcBorders>
              <w:top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2" w:lineRule="exact" w:before="100" w:after="0"/>
              <w:ind w:left="30" w:right="3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者，有貪而喜利者，有仁而不忍於人者，有智而心怯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者，有信而喜信於人者，有廉潔而不愛民者，有智而心</w:t>
            </w:r>
          </w:p>
        </w:tc>
      </w:tr>
      <w:tr>
        <w:trPr>
          <w:trHeight w:hRule="exact" w:val="516"/>
        </w:trPr>
        <w:tc>
          <w:tcPr>
            <w:tcW w:type="dxa" w:w="25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緩者，有剛毅而自用</w:t>
            </w:r>
          </w:p>
        </w:tc>
        <w:tc>
          <w:tcPr>
            <w:tcW w:type="dxa" w:w="441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（用作任）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者，愞心而喜用人者。』 </w:t>
            </w:r>
          </w:p>
        </w:tc>
      </w:tr>
      <w:tr>
        <w:trPr>
          <w:trHeight w:hRule="exact" w:val="606"/>
        </w:trPr>
        <w:tc>
          <w:tcPr>
            <w:tcW w:type="dxa" w:w="565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16" w:lineRule="exact" w:before="14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Vũ Vƣơng thỉnh giáo Khƣơng Thái Công rằng: </w:t>
      </w:r>
    </w:p>
    <w:p>
      <w:pPr>
        <w:autoSpaceDN w:val="0"/>
        <w:autoSpaceDE w:val="0"/>
        <w:widowControl/>
        <w:spacing w:line="400" w:lineRule="exact" w:before="244" w:after="0"/>
        <w:ind w:left="112" w:right="11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Xin chỉ dạy phƣơng pháp để lựa chọn tƣớng lĩnh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thế nào?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Công đáp: </w:t>
      </w:r>
    </w:p>
    <w:p>
      <w:pPr>
        <w:autoSpaceDN w:val="0"/>
        <w:autoSpaceDE w:val="0"/>
        <w:widowControl/>
        <w:spacing w:line="400" w:lineRule="exact" w:before="240" w:after="0"/>
        <w:ind w:left="106" w:right="10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Việc lựa chọn tƣớng lĩnh phải có đủ năm phẩm </w:t>
      </w:r>
    </w:p>
    <w:p>
      <w:pPr>
        <w:autoSpaceDN w:val="0"/>
        <w:autoSpaceDE w:val="0"/>
        <w:widowControl/>
        <w:spacing w:line="360" w:lineRule="exact" w:before="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chất, và tránh xa mƣời nhƣợc điểm. Năm phẩm chất cao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đẹp đó là: Dũng, trí, nhân, tín và trung. Nếu dũng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bị xâm phạm, khi trí tuệ sáng suốt sẽ không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rối loạn, nếu nhân từ tất sẽ thƣơng yêu binh sĩ,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tín sẽ không dối gạt ngƣời và trung thành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hai lòng. Còn mƣời nhƣợc điểm của tƣớng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lĩnh lại là: </w:t>
      </w:r>
    </w:p>
    <w:p>
      <w:pPr>
        <w:autoSpaceDN w:val="0"/>
        <w:autoSpaceDE w:val="0"/>
        <w:widowControl/>
        <w:spacing w:line="422" w:lineRule="exact" w:before="244" w:after="0"/>
        <w:ind w:left="596" w:right="11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Dũng cảm, nhƣng hấp tấp liều mạng;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 nóng vội mà mong thắng lợi chóng vánh;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 tham lam mà háo lợi;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từ nên không nỡ hại ngƣời hại vật, từ đó </w:t>
      </w:r>
    </w:p>
    <w:p>
      <w:pPr>
        <w:autoSpaceDN w:val="0"/>
        <w:autoSpaceDE w:val="0"/>
        <w:widowControl/>
        <w:spacing w:line="356" w:lineRule="exact" w:before="0" w:after="0"/>
        <w:ind w:left="954" w:right="95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dễ có tính nhu nhƣợc; </w:t>
      </w:r>
    </w:p>
    <w:p>
      <w:pPr>
        <w:autoSpaceDN w:val="0"/>
        <w:autoSpaceDE w:val="0"/>
        <w:widowControl/>
        <w:spacing w:line="422" w:lineRule="exact" w:before="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 minh nhƣng nhút nhát sợ hãi;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tín nhƣng cả tin; </w:t>
      </w:r>
    </w:p>
    <w:p>
      <w:pPr>
        <w:autoSpaceDN w:val="0"/>
        <w:autoSpaceDE w:val="0"/>
        <w:widowControl/>
        <w:spacing w:line="346" w:lineRule="exact" w:before="164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5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2" w:lineRule="exact" w:before="11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7.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Liêm khiết nhƣng không chịu quan tâm và chăm </w:t>
      </w:r>
    </w:p>
    <w:p>
      <w:pPr>
        <w:autoSpaceDN w:val="0"/>
        <w:autoSpaceDE w:val="0"/>
        <w:widowControl/>
        <w:spacing w:line="356" w:lineRule="exact" w:before="0" w:after="8"/>
        <w:ind w:left="954" w:right="95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 cho binh sĩ;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848"/>
        </w:trPr>
        <w:tc>
          <w:tcPr>
            <w:tcW w:type="dxa" w:w="654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22" w:lineRule="exact" w:before="0" w:after="0"/>
              <w:ind w:left="298" w:right="202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>8.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30"/>
              </w:rPr>
              <w:t xml:space="preserve">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Thông minh nhƣng lại do dự thiếu quyết đoán;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>9.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30"/>
              </w:rPr>
              <w:t xml:space="preserve">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Cƣơng nghị nhƣng ƣơng ngạnh và ngoan cố; </w:t>
            </w:r>
          </w:p>
        </w:tc>
      </w:tr>
      <w:tr>
        <w:trPr>
          <w:trHeight w:hRule="exact" w:val="534"/>
        </w:trPr>
        <w:tc>
          <w:tcPr>
            <w:tcW w:type="dxa" w:w="9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2" w:lineRule="exact" w:before="4" w:after="0"/>
              <w:ind w:left="208" w:right="208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>10.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55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0" w:after="0"/>
              <w:ind w:left="90" w:right="9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Do yếu đuối mà thích ỷ lại vào ngƣời khác. </w:t>
            </w:r>
          </w:p>
        </w:tc>
      </w:tr>
    </w:tbl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288 ~ </w:t>
      </w:r>
    </w:p>
    <w:p>
      <w:pPr>
        <w:autoSpaceDN w:val="0"/>
        <w:autoSpaceDE w:val="0"/>
        <w:widowControl/>
        <w:spacing w:line="280" w:lineRule="exact" w:before="302" w:after="6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夫總文武者，軍之將也；兼剛柔者，兵之事也。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90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凡人之論將，恒觀之於勇。勇之於將，乃數分之一耳。</w:t>
            </w:r>
          </w:p>
        </w:tc>
      </w:tr>
      <w:tr>
        <w:trPr>
          <w:trHeight w:hRule="exact" w:val="552"/>
        </w:trPr>
        <w:tc>
          <w:tcPr>
            <w:tcW w:type="dxa" w:w="1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夫勇者輕命</w:t>
            </w:r>
          </w:p>
        </w:tc>
        <w:tc>
          <w:tcPr>
            <w:tcW w:type="dxa" w:w="548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（命作合，輕合）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，而不知利，未可也。 </w:t>
            </w:r>
          </w:p>
        </w:tc>
      </w:tr>
      <w:tr>
        <w:trPr>
          <w:trHeight w:hRule="exact" w:val="642"/>
        </w:trPr>
        <w:tc>
          <w:tcPr>
            <w:tcW w:type="dxa" w:w="563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8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吳子） </w:t>
            </w:r>
          </w:p>
        </w:tc>
      </w:tr>
    </w:tbl>
    <w:p>
      <w:pPr>
        <w:autoSpaceDN w:val="0"/>
        <w:autoSpaceDE w:val="0"/>
        <w:widowControl/>
        <w:spacing w:line="416" w:lineRule="exact" w:before="1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8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văn võ song toàn mới có thể làm tƣớng lĩnh </w:t>
      </w:r>
    </w:p>
    <w:p>
      <w:pPr>
        <w:autoSpaceDN w:val="0"/>
        <w:autoSpaceDE w:val="0"/>
        <w:widowControl/>
        <w:spacing w:line="38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quân đội; ngƣời mà cƣơng nhu linh hoạt mới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chỉ huy tác chiến. Ngƣời thông thƣờng khi đánh giá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tƣớng lĩnh, luôn chỉ thấy đƣợc sự dũng cảm, kỳ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dũng cảm đối với tƣớng lĩnh mà nói, chỉ là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các tố chất mà họ cần phải có mà thôi. Tƣớng lĩnh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chỉ biết dựa vào lòng dũng cảm và giao chiến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địch một cách khinh suất mà không biết cân nhắc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 hại, điều này là không nên có. </w:t>
      </w:r>
    </w:p>
    <w:p>
      <w:pPr>
        <w:autoSpaceDN w:val="0"/>
        <w:autoSpaceDE w:val="0"/>
        <w:widowControl/>
        <w:spacing w:line="400" w:lineRule="exact" w:before="2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Ngô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2" w:right="3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289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武王曰：『士高下豈有差乎？』太公曰：『有九</w:t>
      </w:r>
    </w:p>
    <w:p>
      <w:pPr>
        <w:autoSpaceDN w:val="0"/>
        <w:autoSpaceDE w:val="0"/>
        <w:widowControl/>
        <w:spacing w:line="364" w:lineRule="exact" w:before="2" w:after="182"/>
        <w:ind w:left="30" w:right="9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差。』武王曰：『願聞之。』太公曰：『人才參差大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小，猶斗不以盛石，滿則棄矣。非其人而使之，安得不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殆？多言多語，惡口惡舌，終日言惡，寢臥不絕，為眾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所憎，為人所疾，此可使要問閭里，察姦伺猾；權數好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事，夜臥早起，雖遽不悔，此妻子將也；先語察事，實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長希言，賦物平均，此十人之將也；切切截截，不用諫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言，數行刑戮，不避親戚，此百人之將也；訟辨好勝，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疾賊侵陵，斥人以刑，欲正一眾，此千人之將也；外貌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咋咋，言語切切，知人飢飽，習人劇易，此萬人之將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也；戰戰憟憟，日慎一日，近賢進謀，使人以節，言語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不慢，忠心誠必，此十萬之將也；溫良實長，用心無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兩，見賢進之，行法不枉，此百萬之將也；動動紛紛，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鄰國皆聞，出入居處，百姓所親，誠信緩大，明於領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世，能教成事，又能救敗，上知天文，下知地理，四海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之內，皆如妻子，此英雄之率，乃天下之主也。』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4"/>
        <w:gridCol w:w="3464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152" w:right="15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Vũ Vƣơng thỉnh giáo với Khƣơng Thái Công: </w:t>
      </w:r>
    </w:p>
    <w:p>
      <w:pPr>
        <w:autoSpaceDN w:val="0"/>
        <w:autoSpaceDE w:val="0"/>
        <w:widowControl/>
        <w:spacing w:line="400" w:lineRule="exact" w:before="24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Xin hỏi mức độ tài năng của con ngƣời có những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khác biệt nào? </w:t>
      </w:r>
    </w:p>
    <w:p>
      <w:pPr>
        <w:autoSpaceDN w:val="0"/>
        <w:autoSpaceDE w:val="0"/>
        <w:widowControl/>
        <w:spacing w:line="400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Khƣơng Thái Công trả lời: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Có chín sự khác biệt. </w:t>
      </w:r>
    </w:p>
    <w:p>
      <w:pPr>
        <w:autoSpaceDN w:val="0"/>
        <w:autoSpaceDE w:val="0"/>
        <w:widowControl/>
        <w:spacing w:line="346" w:lineRule="exact" w:before="4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2" w:lineRule="exact" w:before="11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Vũ Vƣơng lại nói: </w:t>
      </w:r>
    </w:p>
    <w:p>
      <w:pPr>
        <w:autoSpaceDN w:val="0"/>
        <w:autoSpaceDE w:val="0"/>
        <w:widowControl/>
        <w:spacing w:line="400" w:lineRule="exact" w:before="240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Rất mong đƣợc nghe ngài chỉ giáo. </w:t>
      </w:r>
    </w:p>
    <w:p>
      <w:pPr>
        <w:autoSpaceDN w:val="0"/>
        <w:autoSpaceDE w:val="0"/>
        <w:widowControl/>
        <w:spacing w:line="332" w:lineRule="exact" w:before="29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Công liền nói: </w:t>
      </w:r>
    </w:p>
    <w:p>
      <w:pPr>
        <w:autoSpaceDN w:val="0"/>
        <w:autoSpaceDE w:val="0"/>
        <w:widowControl/>
        <w:spacing w:line="400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Mức độ cao thấp về tài năng của con ngƣời không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đều, tựa nhƣ không biết mà lấy đồ chứa của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đấu để đựng cho một thạch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33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lƣơng thực, sau khi đổ đầy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rồi, chỗ còn dƣ thừa chỉ có thể bỏ đi. Khi dùng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thích hợp, sao có thể không nguy hiểm cho đƣợc?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chín mẫu ngƣời nhƣ sau: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 ngƣời thứ nhất, lời lẽ liến thoắng, nói năng </w:t>
      </w:r>
    </w:p>
    <w:p>
      <w:pPr>
        <w:autoSpaceDN w:val="0"/>
        <w:autoSpaceDE w:val="0"/>
        <w:widowControl/>
        <w:spacing w:line="362" w:lineRule="exact" w:before="0" w:after="0"/>
        <w:ind w:left="454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tích đức, chỉ biết nói điều xấu xa, lan truyền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thị phi, đến cả khi ngủ nghỉ cũng không dứt, bị quần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khinh thƣờng, bị ngƣời khác chán ghét. Loại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này có thể để họ ở nơi quần cƣ của dân chúng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thám thính tình hình, dò xét ngƣời gian tà quỷ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quyệt. </w:t>
      </w:r>
    </w:p>
    <w:p>
      <w:pPr>
        <w:autoSpaceDN w:val="0"/>
        <w:autoSpaceDE w:val="0"/>
        <w:widowControl/>
        <w:spacing w:line="412" w:lineRule="exact" w:before="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 ngƣời thứ hai, thƣờng tham gia vào trò chơi </w:t>
      </w:r>
    </w:p>
    <w:p>
      <w:pPr>
        <w:autoSpaceDN w:val="0"/>
        <w:autoSpaceDE w:val="0"/>
        <w:widowControl/>
        <w:spacing w:line="356" w:lineRule="exact" w:before="0" w:after="0"/>
        <w:ind w:left="454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quyền lực và thích đảm nhiệm mọi việc, thức khuya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dậy sớm, tuy cực nhọc mà không hề hối tiếc. Loại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này chỉ có thể làm trụ cột trong gia đình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quản lý vợ con. </w:t>
      </w:r>
    </w:p>
    <w:p>
      <w:pPr>
        <w:autoSpaceDN w:val="0"/>
        <w:autoSpaceDE w:val="0"/>
        <w:widowControl/>
        <w:spacing w:line="412" w:lineRule="exact" w:before="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 ngƣời thứ ba, trƣớc khi nói quan sát tình hình, </w:t>
      </w:r>
    </w:p>
    <w:p>
      <w:pPr>
        <w:autoSpaceDN w:val="0"/>
        <w:autoSpaceDE w:val="0"/>
        <w:widowControl/>
        <w:spacing w:line="332" w:lineRule="exact" w:before="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nói cử chỉ cẩn trọng, nói ít làm nhiều, phân chia </w:t>
      </w:r>
    </w:p>
    <w:p>
      <w:pPr>
        <w:autoSpaceDN w:val="0"/>
        <w:autoSpaceDE w:val="0"/>
        <w:widowControl/>
        <w:spacing w:line="310" w:lineRule="exact" w:before="50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33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Đấu là dụng cụ đong đếm và bằng 1/10 thạch (đạn). Thạch là đơn vị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đo trọng lƣợng thời cổ xƣa, đặc biệt là dùng để đong đếm lƣơng thực,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tƣơng đƣơng với 100 thƣng và cũng tƣơng đƣơng với 100 lít.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270 </w:t>
      </w:r>
    </w:p>
    <w:p>
      <w:pPr>
        <w:sectPr>
          <w:pgSz w:w="9072" w:h="13608"/>
          <w:pgMar w:top="464" w:right="104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2" w:right="3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38" w:after="0"/>
        <w:ind w:left="454" w:right="2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bằng. Loại ngƣời này có thể làm thủ lĩnh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mƣời ngƣời. </w:t>
      </w:r>
    </w:p>
    <w:p>
      <w:pPr>
        <w:autoSpaceDN w:val="0"/>
        <w:autoSpaceDE w:val="0"/>
        <w:widowControl/>
        <w:spacing w:line="412" w:lineRule="exact" w:before="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 ngƣời thứ tƣ, làm việc mau lẹ, quyết liệt dứt </w:t>
      </w:r>
    </w:p>
    <w:p>
      <w:pPr>
        <w:autoSpaceDN w:val="0"/>
        <w:autoSpaceDE w:val="0"/>
        <w:widowControl/>
        <w:spacing w:line="362" w:lineRule="exact" w:before="0" w:after="0"/>
        <w:ind w:left="454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khoát, không dễ dàng tiếp nhận lời khuyên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khác, thƣờng dùng hình phạt nặng nề,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theo luật pháp và không theo tình cảm cá nhân.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 ngƣời này có thể làm thủ lĩnh trong hàng trăm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ngƣời. </w:t>
      </w:r>
    </w:p>
    <w:p>
      <w:pPr>
        <w:autoSpaceDN w:val="0"/>
        <w:autoSpaceDE w:val="0"/>
        <w:widowControl/>
        <w:spacing w:line="412" w:lineRule="exact" w:before="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 ngƣời thứ năm, có tài hùng biện, hiếu thắng, </w:t>
      </w:r>
    </w:p>
    <w:p>
      <w:pPr>
        <w:autoSpaceDN w:val="0"/>
        <w:autoSpaceDE w:val="0"/>
        <w:widowControl/>
        <w:spacing w:line="360" w:lineRule="exact" w:before="0" w:after="0"/>
        <w:ind w:left="454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căm ghét điều ác nhƣ kẻ thù, thƣờng dùng hình phạt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trừng trị và muốn lấy đó để chỉnh đốn đội ngũ.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 ngƣời này có thể làm thủ lĩnh trong hàng nghìn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ngƣời. </w:t>
      </w:r>
    </w:p>
    <w:p>
      <w:pPr>
        <w:autoSpaceDN w:val="0"/>
        <w:autoSpaceDE w:val="0"/>
        <w:widowControl/>
        <w:spacing w:line="412" w:lineRule="exact" w:before="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 ngƣời thứ sáu, dáng vẻ khiêm nhƣờng cung </w:t>
      </w:r>
    </w:p>
    <w:p>
      <w:pPr>
        <w:autoSpaceDN w:val="0"/>
        <w:autoSpaceDE w:val="0"/>
        <w:widowControl/>
        <w:spacing w:line="360" w:lineRule="exact" w:before="0" w:after="0"/>
        <w:ind w:left="454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kính, lời lẽ khẩn thiết, biết đƣợc sự đói no của quần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và hiểu đƣợc nỗi gian nan của ngƣời khác.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thủ lĩnh trong hàng vạn ngƣời; </w:t>
      </w:r>
    </w:p>
    <w:p>
      <w:pPr>
        <w:autoSpaceDN w:val="0"/>
        <w:autoSpaceDE w:val="0"/>
        <w:widowControl/>
        <w:spacing w:line="412" w:lineRule="exact" w:before="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7.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 ngƣời thứ bảy, cung kính thận trọng, trong </w:t>
      </w:r>
    </w:p>
    <w:p>
      <w:pPr>
        <w:autoSpaceDN w:val="0"/>
        <w:autoSpaceDE w:val="0"/>
        <w:widowControl/>
        <w:spacing w:line="362" w:lineRule="exact" w:before="0" w:after="0"/>
        <w:ind w:left="454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việc mỗi ngày một cẩn trọng hơn, thân cận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hiền tài, biết tiếp thu ý kiến của ngƣời khác, lấy 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mà đối đãi ngƣời, nói năng cung kính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khinh suất, tính cách trung thực và thành tín.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thủ lĩnh trong hàng chục vạn ngƣời; </w:t>
      </w:r>
    </w:p>
    <w:p>
      <w:pPr>
        <w:autoSpaceDN w:val="0"/>
        <w:autoSpaceDE w:val="0"/>
        <w:widowControl/>
        <w:spacing w:line="412" w:lineRule="exact" w:before="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8.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 ngƣời thứ tám, ôn hòa lƣơng thiện, chân chất </w:t>
      </w:r>
    </w:p>
    <w:p>
      <w:pPr>
        <w:autoSpaceDN w:val="0"/>
        <w:autoSpaceDE w:val="0"/>
        <w:widowControl/>
        <w:spacing w:line="360" w:lineRule="exact" w:before="0" w:after="0"/>
        <w:ind w:left="454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đôn hậu, chuyên nhất trƣớc sau không đổi, khi gặp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tài thì liền trọng dụng, thi hành pháp luật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bằng mà không a dua hùa theo. Đây là thủ lĩnh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hàng triệu ngƣời. </w:t>
      </w:r>
    </w:p>
    <w:p>
      <w:pPr>
        <w:autoSpaceDN w:val="0"/>
        <w:autoSpaceDE w:val="0"/>
        <w:widowControl/>
        <w:spacing w:line="346" w:lineRule="exact" w:before="6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2" w:lineRule="exact" w:before="1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9.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 ngƣời thứ chín, nhất cử nhất động của họ đến </w:t>
      </w:r>
    </w:p>
    <w:p>
      <w:pPr>
        <w:autoSpaceDN w:val="0"/>
        <w:autoSpaceDE w:val="0"/>
        <w:widowControl/>
        <w:spacing w:line="362" w:lineRule="exact" w:before="0" w:after="0"/>
        <w:ind w:left="454" w:right="8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láng giềng cũng không có gì mà không tỏ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tƣờng, nơi mà họ ở, muôn dân gần gũi kính yêu,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cách trung thực thành tín mà lại khoan dung độ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lƣợng, có thể lãnh đạo nhân dân một cách đúng đắn,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giáo hóa nhân dân thành tựu việc lớn, lại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cứu vãn tình thế nguy khốn, chuyển bại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thắng, trên thông thiên văn dƣới tƣờng địa lý, xem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khắp bốn phƣơng tựa nhƣ ngƣời thân thích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ruột thịt của chính mình, ngƣời thế này chính là thủ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lĩnh trong các anh hùng, là bậc quân vƣơng của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đó. </w:t>
      </w:r>
    </w:p>
    <w:p>
      <w:pPr>
        <w:autoSpaceDN w:val="0"/>
        <w:autoSpaceDE w:val="0"/>
        <w:widowControl/>
        <w:spacing w:line="400" w:lineRule="exact" w:before="244" w:after="0"/>
        <w:ind w:left="84" w:right="8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290 ~ </w:t>
      </w:r>
    </w:p>
    <w:p>
      <w:pPr>
        <w:autoSpaceDN w:val="0"/>
        <w:autoSpaceDE w:val="0"/>
        <w:widowControl/>
        <w:spacing w:line="280" w:lineRule="exact" w:before="282" w:after="28"/>
        <w:ind w:left="160" w:right="16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夫將師者，必與士卒用滋味而共安危，敵乃可加。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97"/>
        <w:gridCol w:w="3497"/>
      </w:tblGrid>
      <w:tr>
        <w:trPr>
          <w:trHeight w:hRule="exact" w:val="366"/>
        </w:trPr>
        <w:tc>
          <w:tcPr>
            <w:tcW w:type="dxa" w:w="689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養士如此，乃可加兵於敵也。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昔者良將之用兵也，人有饋一簞醪者，</w:t>
            </w:r>
          </w:p>
        </w:tc>
      </w:tr>
      <w:tr>
        <w:trPr>
          <w:trHeight w:hRule="exact" w:val="378"/>
        </w:trPr>
        <w:tc>
          <w:tcPr>
            <w:tcW w:type="dxa" w:w="26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使投諸河，與士卒同</w:t>
            </w:r>
          </w:p>
        </w:tc>
        <w:tc>
          <w:tcPr>
            <w:tcW w:type="dxa" w:w="42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（同舊作 逆， 改之）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流而飲之。夫一簞之</w:t>
            </w:r>
          </w:p>
        </w:tc>
      </w:tr>
    </w:tbl>
    <w:p>
      <w:pPr>
        <w:autoSpaceDN w:val="0"/>
        <w:autoSpaceDE w:val="0"/>
        <w:widowControl/>
        <w:spacing w:line="344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醪，不能味一河之水，而三軍之士，思為致死者，以滋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味之及己也。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97"/>
        <w:gridCol w:w="3497"/>
      </w:tblGrid>
      <w:tr>
        <w:trPr>
          <w:trHeight w:hRule="exact" w:val="608"/>
        </w:trPr>
        <w:tc>
          <w:tcPr>
            <w:tcW w:type="dxa" w:w="35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三略）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92" w:right="9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là một vị tƣớng soái, nhất định phải đồng cam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cộng khổ, cùng vào sinh ra tử với binh sĩ thì mới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tác chiến với kẻ thù. Trƣớc đây có một vị tƣớng tài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xuất binh ra trận, có ngƣời tặng ông một bình rƣợu ngon, </w:t>
      </w:r>
    </w:p>
    <w:p>
      <w:pPr>
        <w:autoSpaceDN w:val="0"/>
        <w:autoSpaceDE w:val="0"/>
        <w:widowControl/>
        <w:spacing w:line="346" w:lineRule="exact" w:before="4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272 </w:t>
      </w:r>
    </w:p>
    <w:p>
      <w:pPr>
        <w:sectPr>
          <w:pgSz w:w="9072" w:h="13608"/>
          <w:pgMar w:top="464" w:right="97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98" w:right="9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ông liền sai ngƣời đem rƣợu đổ xuống dòng sông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uống với toàn thể binh sĩ. Một bình rƣợu ngon tuy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khiến cả dòng sông đều có hƣơng vị của rƣợu,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ba quân tƣớng sĩ từ đây mà nguyện hi sinh cả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tính mạng, đây cũng là do tinh thần đồng cam cộng khổ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tƣớng soái đã thấm nhuần đến bản thân họ rồi. </w:t>
      </w:r>
    </w:p>
    <w:p>
      <w:pPr>
        <w:autoSpaceDN w:val="0"/>
        <w:autoSpaceDE w:val="0"/>
        <w:widowControl/>
        <w:spacing w:line="400" w:lineRule="exact" w:before="244" w:after="0"/>
        <w:ind w:left="84" w:right="8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Tam Lược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88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291 ~ </w:t>
      </w:r>
    </w:p>
    <w:p>
      <w:pPr>
        <w:autoSpaceDN w:val="0"/>
        <w:autoSpaceDE w:val="0"/>
        <w:widowControl/>
        <w:spacing w:line="280" w:lineRule="exact" w:before="290" w:after="0"/>
        <w:ind w:left="160" w:right="16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穰苴曰：『將受命之日，則忘其家；臨軍約束，則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忘其親；援枹鼓之急，則忘其身。』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97"/>
        <w:gridCol w:w="3497"/>
      </w:tblGrid>
      <w:tr>
        <w:trPr>
          <w:trHeight w:hRule="exact" w:val="60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（卷十二 </w:t>
            </w:r>
          </w:p>
        </w:tc>
        <w:tc>
          <w:tcPr>
            <w:tcW w:type="dxa" w:w="1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史記下）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264" w:after="0"/>
        <w:ind w:left="92" w:right="9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Nhƣơng Tƣ (tƣ mã nƣớc Tề) từng nói: “Là </w:t>
      </w:r>
    </w:p>
    <w:p>
      <w:pPr>
        <w:autoSpaceDN w:val="0"/>
        <w:autoSpaceDE w:val="0"/>
        <w:widowControl/>
        <w:spacing w:line="366" w:lineRule="exact" w:before="0" w:after="0"/>
        <w:ind w:left="30" w:right="9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tƣớng lĩnh, kể từ lúc nhận đƣợc sắc phong,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quên đi gia đình của chính mình; khi sắp sửa xung trận,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tuân thủ quân lệnh và phải quên đi song thân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mình; vào thời khắc cấp bách khi đánh trống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huy quân đội tiến công, phải quên đi sự an nguy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mình.” </w:t>
      </w:r>
    </w:p>
    <w:p>
      <w:pPr>
        <w:autoSpaceDN w:val="0"/>
        <w:autoSpaceDE w:val="0"/>
        <w:widowControl/>
        <w:spacing w:line="426" w:lineRule="exact" w:before="220" w:after="0"/>
        <w:ind w:left="80" w:right="8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Sử Kí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Hạ)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414" w:lineRule="exact" w:before="24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292 ~ </w:t>
      </w:r>
    </w:p>
    <w:p>
      <w:pPr>
        <w:autoSpaceDN w:val="0"/>
        <w:autoSpaceDE w:val="0"/>
        <w:widowControl/>
        <w:spacing w:line="282" w:lineRule="exact" w:before="302" w:after="28"/>
        <w:ind w:left="156" w:right="15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賞不踰時，欲民速得為善之利也；罰不遷列，欲民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97"/>
        <w:gridCol w:w="3497"/>
      </w:tblGrid>
      <w:tr>
        <w:trPr>
          <w:trHeight w:hRule="exact" w:val="508"/>
        </w:trPr>
        <w:tc>
          <w:tcPr>
            <w:tcW w:type="dxa" w:w="25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速睹為不善之害也。</w:t>
            </w:r>
          </w:p>
        </w:tc>
        <w:tc>
          <w:tcPr>
            <w:tcW w:type="dxa" w:w="39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賞功不移時，罰惡不轉列，所以勸善懲惡，欲速疾也。 </w:t>
            </w:r>
          </w:p>
        </w:tc>
      </w:tr>
    </w:tbl>
    <w:p>
      <w:pPr>
        <w:autoSpaceDN w:val="0"/>
        <w:autoSpaceDE w:val="0"/>
        <w:widowControl/>
        <w:spacing w:line="346" w:lineRule="exact" w:before="1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7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65"/>
        <w:gridCol w:w="3465"/>
      </w:tblGrid>
      <w:tr>
        <w:trPr>
          <w:trHeight w:hRule="exact" w:val="612"/>
        </w:trPr>
        <w:tc>
          <w:tcPr>
            <w:tcW w:type="dxa" w:w="5370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（卷三十三 </w:t>
            </w:r>
          </w:p>
        </w:tc>
        <w:tc>
          <w:tcPr>
            <w:tcW w:type="dxa" w:w="1550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司馬法） </w:t>
            </w:r>
          </w:p>
        </w:tc>
      </w:tr>
    </w:tbl>
    <w:p>
      <w:pPr>
        <w:autoSpaceDN w:val="0"/>
        <w:autoSpaceDE w:val="0"/>
        <w:widowControl/>
        <w:spacing w:line="416" w:lineRule="exact" w:before="14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(Trong quân đội) khi ban thƣởng không đƣợc để lỡ </w:t>
      </w:r>
    </w:p>
    <w:p>
      <w:pPr>
        <w:autoSpaceDN w:val="0"/>
        <w:autoSpaceDE w:val="0"/>
        <w:widowControl/>
        <w:spacing w:line="368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cơ, mục đích là khiến ngƣời mau chóng nhận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lợi ích khi làm việc thiện; khi trừng phạt cũng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thi ngay tại chỗ, mục đích là khiến ngƣời mau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chóng thấy đƣợc điều tai hại khi làm việc xấu.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Tư Mã Pháp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474"/>
        </w:trPr>
        <w:tc>
          <w:tcPr>
            <w:tcW w:type="dxa" w:w="48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子曰：『以不教民戰，是謂棄之。』</w:t>
            </w:r>
          </w:p>
        </w:tc>
        <w:tc>
          <w:tcPr>
            <w:tcW w:type="dxa" w:w="17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言用不習之民使之戰，必破</w:t>
            </w:r>
          </w:p>
        </w:tc>
      </w:tr>
    </w:tbl>
    <w:p>
      <w:pPr>
        <w:autoSpaceDN w:val="0"/>
        <w:autoSpaceDE w:val="0"/>
        <w:widowControl/>
        <w:spacing w:line="138" w:lineRule="exact" w:before="30" w:after="26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敗，是為棄之。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92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Chiêu mộ ngƣời mà chƣa từng trải qua huấn luyện </w:t>
      </w:r>
    </w:p>
    <w:p>
      <w:pPr>
        <w:autoSpaceDN w:val="0"/>
        <w:autoSpaceDE w:val="0"/>
        <w:widowControl/>
        <w:spacing w:line="37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sự và tiếp nhận giáo dục đạo đức để đi tác chiến,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này cũng tựa nhƣ ruồng bỏ họ vậy.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74" w:lineRule="exact" w:before="2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*** </w:t>
      </w:r>
    </w:p>
    <w:p>
      <w:pPr>
        <w:autoSpaceDN w:val="0"/>
        <w:autoSpaceDE w:val="0"/>
        <w:widowControl/>
        <w:spacing w:line="346" w:lineRule="exact" w:before="18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58"/>
        <w:gridCol w:w="3458"/>
      </w:tblGrid>
      <w:tr>
        <w:trPr>
          <w:trHeight w:hRule="exact" w:val="200"/>
        </w:trPr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608" w:lineRule="exact" w:before="417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CHƯƠNG V </w:t>
      </w:r>
    </w:p>
    <w:p>
      <w:pPr>
        <w:autoSpaceDN w:val="0"/>
        <w:autoSpaceDE w:val="0"/>
        <w:widowControl/>
        <w:spacing w:line="608" w:lineRule="exact" w:before="18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KÍNH THẬN </w:t>
      </w:r>
    </w:p>
    <w:p>
      <w:pPr>
        <w:autoSpaceDN w:val="0"/>
        <w:autoSpaceDE w:val="0"/>
        <w:widowControl/>
        <w:spacing w:line="608" w:lineRule="exact" w:before="17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[KÍNH CẨN VÀ THẬN TRỌNG] </w:t>
      </w:r>
    </w:p>
    <w:p>
      <w:pPr>
        <w:autoSpaceDN w:val="0"/>
        <w:autoSpaceDE w:val="0"/>
        <w:widowControl/>
        <w:spacing w:line="346" w:lineRule="exact" w:before="49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52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VI TIỆM [PHÕNG NGỪA] </w:t>
      </w:r>
    </w:p>
    <w:p>
      <w:pPr>
        <w:autoSpaceDN w:val="0"/>
        <w:autoSpaceDE w:val="0"/>
        <w:widowControl/>
        <w:spacing w:line="414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294 ~ </w:t>
      </w:r>
    </w:p>
    <w:p>
      <w:pPr>
        <w:autoSpaceDN w:val="0"/>
        <w:autoSpaceDE w:val="0"/>
        <w:widowControl/>
        <w:spacing w:line="280" w:lineRule="exact" w:before="28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夫禍之始也，猶熛火蘖足也，易止也；及其措於大</w:t>
      </w:r>
    </w:p>
    <w:p>
      <w:pPr>
        <w:autoSpaceDN w:val="0"/>
        <w:autoSpaceDE w:val="0"/>
        <w:widowControl/>
        <w:spacing w:line="280" w:lineRule="exact" w:before="82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事，雖孔子墨翟之賢，夫能救也。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tai họa chỉ mới vừa bắt đầu, tựa nhƣ ngọn lửa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vừa nhen nhóm hay nhƣ chồi non mới mọc, có thể dễ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dàng ngăn chặn; nhƣng đến khi âm ỉ và chuyển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họa lớn, vậy thì dẫu có đức độ và tài ba nhƣ Khổng Tử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Mặc Địch cũng chẳng thể cứu vãn.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295 ~ </w:t>
      </w:r>
    </w:p>
    <w:p>
      <w:pPr>
        <w:autoSpaceDN w:val="0"/>
        <w:autoSpaceDE w:val="0"/>
        <w:widowControl/>
        <w:spacing w:line="280" w:lineRule="exact" w:before="300" w:after="3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《象》曰：水在火上，既濟。君子以思患而豫防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1124"/>
        </w:trPr>
        <w:tc>
          <w:tcPr>
            <w:tcW w:type="dxa" w:w="3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74" w:val="left"/>
              </w:tabs>
              <w:autoSpaceDE w:val="0"/>
              <w:widowControl/>
              <w:spacing w:line="168" w:lineRule="exact" w:before="0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存不忘亡，既濟不忘未濟也。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之。</w:t>
            </w:r>
          </w:p>
        </w:tc>
        <w:tc>
          <w:tcPr>
            <w:tcW w:type="dxa" w:w="21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9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2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98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[Tƣợng Truyện] của Quẻ Ký Tế (Thủy Hỏa </w:t>
      </w:r>
    </w:p>
    <w:p>
      <w:pPr>
        <w:autoSpaceDN w:val="0"/>
        <w:autoSpaceDE w:val="0"/>
        <w:widowControl/>
        <w:spacing w:line="362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Ký Tế) nói rằng: “Nƣớc ở trên lửa, tỷ dụ cho việc nổi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lửa để nấu ăn, tƣợng trƣng cho việc làm đã thành công.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khi thấy hình ảnh của quẻ này, dẫu đang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trong thành công cũng suy ngẫm về những tai họa có </w:t>
      </w:r>
    </w:p>
    <w:p>
      <w:pPr>
        <w:autoSpaceDN w:val="0"/>
        <w:autoSpaceDE w:val="0"/>
        <w:widowControl/>
        <w:spacing w:line="346" w:lineRule="exact" w:before="1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xảy ra, mà dự trù các biện pháp để phòng ngừa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vẫn còn đang tiềm ẩn.”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34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28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296 ~ </w:t>
      </w:r>
    </w:p>
    <w:p>
      <w:pPr>
        <w:autoSpaceDN w:val="0"/>
        <w:autoSpaceDE w:val="0"/>
        <w:widowControl/>
        <w:spacing w:line="282" w:lineRule="exact" w:before="300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自古及今，未有不亡之國也，故常戰憟，不敢諱</w:t>
      </w:r>
    </w:p>
    <w:p>
      <w:pPr>
        <w:autoSpaceDN w:val="0"/>
        <w:autoSpaceDE w:val="0"/>
        <w:widowControl/>
        <w:spacing w:line="280" w:lineRule="exact" w:before="84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亡。孔子所謂富貴無常，蓋謂此也。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66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3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（卷十五 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漢書三）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(Lƣu Hƣớng khi khuyên gián quân vƣơng có nói </w:t>
      </w:r>
    </w:p>
    <w:p>
      <w:pPr>
        <w:autoSpaceDN w:val="0"/>
        <w:autoSpaceDE w:val="0"/>
        <w:widowControl/>
        <w:spacing w:line="366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rằng:) Từ cổ chí kim, không có đất nƣớc nào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diệt vong, bởi vậy bậc minh quân tài ba trong tâm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luôn có sự e dè thận trọng, không dám kiêng kị mà đàm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luận đến việc mất nƣớc. Câu nói “phú quý vô thƣờng”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Khổng Phu Tử nói đến cũng chính là ý tứ này.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5)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297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屋焚而人救之，則知德之；年老者，使塗隙戒突，</w:t>
      </w:r>
    </w:p>
    <w:p>
      <w:pPr>
        <w:autoSpaceDN w:val="0"/>
        <w:autoSpaceDE w:val="0"/>
        <w:widowControl/>
        <w:spacing w:line="280" w:lineRule="exact" w:before="12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故終身無失火之患，而不知德也。入於囹圄，解於患難</w:t>
      </w:r>
    </w:p>
    <w:p>
      <w:pPr>
        <w:autoSpaceDN w:val="0"/>
        <w:autoSpaceDE w:val="0"/>
        <w:widowControl/>
        <w:spacing w:line="312" w:lineRule="exact" w:before="232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34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Bởi vì, thành và bại, thịnh trị hay loạn lạc là một vòng tuần hoàn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không dứt. Ngƣời quân tử mà có tầm nhìn xa trông rộng, khi an ổn mà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không quên lúc có thể bị diệt vong, tức là khi thành sự mà không quên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lúc chƣa thành.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0" w:lineRule="exact" w:before="82" w:after="20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者，則三族德之；教之以仁義慈悌，則終身無患，而莫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之德。夫禍亦有突，賢者行天下，而務塞之，則天下無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兵患矣，而莫之知德也。故曰：『聖人治於神，愚人爭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於神也。』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2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8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căn nhà bén lửa và nhận đƣợc sự cứu giúp của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khác, ai ai cũng đều biết đến và cảm ơn; khi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trƣởng bối có kinh nghiệm phong phú chỉ dạy ngƣời bịt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 khe hở trên ống khói để đề phòng hỏa hoạn, từ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ngƣời cả đời đều không còn nỗi lo cháy nhà,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ngƣời ta lại không biết đến mà cảm ơn. Khi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rơi vào cảnh ngục tù và có ngƣời giải cứu ra đƣợc,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thân ba đời đều sẽ cảm ơn; nhƣng khi đƣợc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độ chỉ dạy những điều nhân nghĩa, từ ái và hiếu đễ,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ngƣời cả đời không có tai họa, ngƣời ta lại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 báo đáp cảm ơn. Nhiều tai nạn trên thế gian đều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trƣờng hợp kiểu nhƣ “ống khói” vậy và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hành đạo khắp thiên hạ, ra sức mà bù đắp cứu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vãn, khiến cho thiên hạ đƣợc miễn trừ tai họa chiến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tranh, nhƣng ngƣời ta cũng không biết báo đáp và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ơn. Bởi vậy mới nói, bậc thánh nhân tiêu trừ tai họa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vẫn còn đang tiềm ẩn và kẻ ngu lại tranh công khi sự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 hiển bày. </w:t>
      </w:r>
    </w:p>
    <w:p>
      <w:pPr>
        <w:autoSpaceDN w:val="0"/>
        <w:autoSpaceDE w:val="0"/>
        <w:widowControl/>
        <w:spacing w:line="402" w:lineRule="exact" w:before="2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2" w:right="3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298 ~ </w:t>
      </w:r>
    </w:p>
    <w:p>
      <w:pPr>
        <w:autoSpaceDN w:val="0"/>
        <w:autoSpaceDE w:val="0"/>
        <w:widowControl/>
        <w:spacing w:line="280" w:lineRule="exact" w:before="300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城郭溝渠，不足以固守；兵甲勇力，不足以應敵；</w:t>
      </w:r>
    </w:p>
    <w:p>
      <w:pPr>
        <w:autoSpaceDN w:val="0"/>
        <w:autoSpaceDE w:val="0"/>
        <w:widowControl/>
        <w:spacing w:line="282" w:lineRule="exact" w:before="84" w:after="18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博地多財，不足以有眾。唯有道者，能備患於未形也。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4"/>
        <w:gridCol w:w="3464"/>
      </w:tblGrid>
      <w:tr>
        <w:trPr>
          <w:trHeight w:hRule="exact" w:val="60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chỉ dựa vào tƣờng thành và con sông hộ thành, </w:t>
      </w:r>
    </w:p>
    <w:p>
      <w:pPr>
        <w:autoSpaceDN w:val="0"/>
        <w:autoSpaceDE w:val="0"/>
        <w:widowControl/>
        <w:spacing w:line="36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đủ để giữ vững thành trì; nếu chỉ dựa vào vũ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khí và đội quân tinh nhuệ, sẽ không đủ để ứng phó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địch; và nếu chỉ dựa vào bờ cõi rộng lớn và sản vật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phì nhiêu, sẽ không đủ để có đƣợc trăm họ. Chỉ có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tinh thông đạo lý trị vì đất nƣớc mới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phòng ngừa tai họa khi còn đang nhen nhóm. </w:t>
      </w:r>
    </w:p>
    <w:p>
      <w:pPr>
        <w:autoSpaceDN w:val="0"/>
        <w:autoSpaceDE w:val="0"/>
        <w:widowControl/>
        <w:spacing w:line="374" w:lineRule="exact" w:before="24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28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) </w:t>
      </w:r>
    </w:p>
    <w:p>
      <w:pPr>
        <w:autoSpaceDN w:val="0"/>
        <w:autoSpaceDE w:val="0"/>
        <w:widowControl/>
        <w:spacing w:line="332" w:lineRule="exact" w:before="2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2. PHONG TỤC [PHONG TỤC TẬP QUÁN] </w:t>
      </w:r>
    </w:p>
    <w:p>
      <w:pPr>
        <w:autoSpaceDN w:val="0"/>
        <w:autoSpaceDE w:val="0"/>
        <w:widowControl/>
        <w:spacing w:line="414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299 ~ </w:t>
      </w:r>
    </w:p>
    <w:p>
      <w:pPr>
        <w:autoSpaceDN w:val="0"/>
        <w:autoSpaceDE w:val="0"/>
        <w:widowControl/>
        <w:spacing w:line="280" w:lineRule="exact" w:before="284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年榖豐稔，風俗未乂。夫風俗者，國之脈診也，不</w:t>
      </w:r>
    </w:p>
    <w:p>
      <w:pPr>
        <w:autoSpaceDN w:val="0"/>
        <w:autoSpaceDE w:val="0"/>
        <w:widowControl/>
        <w:spacing w:line="364" w:lineRule="exact" w:before="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和，誠未足為休。《書》曰：『雖休勿休。』況不休而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可休乎？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7.9999999999998" w:type="dxa"/>
      </w:tblPr>
      <w:tblGrid>
        <w:gridCol w:w="3464"/>
        <w:gridCol w:w="3464"/>
      </w:tblGrid>
      <w:tr>
        <w:trPr>
          <w:trHeight w:hRule="exact" w:val="608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（卷四十五 </w:t>
            </w:r>
          </w:p>
        </w:tc>
        <w:tc>
          <w:tcPr>
            <w:tcW w:type="dxa" w:w="18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崔寔政論）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Hàng năm thu hoạch từ mùa màng đều rất tốt, </w:t>
      </w:r>
    </w:p>
    <w:p>
      <w:pPr>
        <w:autoSpaceDN w:val="0"/>
        <w:autoSpaceDE w:val="0"/>
        <w:widowControl/>
        <w:spacing w:line="332" w:lineRule="exact" w:before="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phong tục tập quán chƣa hẳn đƣợc an định. </w:t>
      </w:r>
    </w:p>
    <w:p>
      <w:pPr>
        <w:autoSpaceDN w:val="0"/>
        <w:autoSpaceDE w:val="0"/>
        <w:widowControl/>
        <w:spacing w:line="346" w:lineRule="exact" w:before="2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36" w:after="0"/>
        <w:ind w:left="30" w:right="3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Thuần phong mỹ tục nhƣ thể mạch đập của đất nƣớc,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phong tục tập quán không đƣợc điều hòa, việc triều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thực sự không thể xem là thiện mỹ.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[Thƣợng Thƣ] có nói: “Việc trị vì tuy thiện mỹ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chẳng dám tự cho là tốt đẹp.” Huống hồ chính sự vẫn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chƣa hoàn thiện, sao có thể tự mãn mà dừng lại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nỗ lực chứ? </w:t>
      </w:r>
    </w:p>
    <w:p>
      <w:pPr>
        <w:autoSpaceDN w:val="0"/>
        <w:autoSpaceDE w:val="0"/>
        <w:widowControl/>
        <w:spacing w:line="426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>Thôi Thực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300 ~ </w:t>
      </w:r>
    </w:p>
    <w:p>
      <w:pPr>
        <w:autoSpaceDN w:val="0"/>
        <w:autoSpaceDE w:val="0"/>
        <w:widowControl/>
        <w:spacing w:line="308" w:lineRule="exact" w:before="276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禮俗不一，職位不重，小臣咨度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（咨度作讒嫉）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，庶人作</w:t>
      </w:r>
    </w:p>
    <w:p>
      <w:pPr>
        <w:autoSpaceDN w:val="0"/>
        <w:autoSpaceDE w:val="0"/>
        <w:widowControl/>
        <w:spacing w:line="306" w:lineRule="exact" w:before="58" w:after="42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議，此衰國之風也。君好謙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（謙作讓）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，臣好逸，士好遊，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7"/>
        <w:gridCol w:w="3467"/>
      </w:tblGrid>
      <w:tr>
        <w:trPr>
          <w:trHeight w:hRule="exact" w:val="1806"/>
        </w:trPr>
        <w:tc>
          <w:tcPr>
            <w:tcW w:type="dxa" w:w="687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6" w:lineRule="exact" w:before="0" w:after="0"/>
              <w:ind w:left="14" w:right="52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民好流，此弱國之風也。君臣爭明，朝廷爭功，士大夫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爭名，庶人爭利，此乖國之風也。上多欲，下多端，法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不定，政多門，此亂國之風也。以侈為博，以伉為高，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以濫為通，尊禮謂之劬，守法謂之固，此荒國之風也。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以苛為察，以利為公，以割下為能，以附上為忠，此叛</w:t>
            </w:r>
          </w:p>
        </w:tc>
      </w:tr>
      <w:tr>
        <w:trPr>
          <w:trHeight w:hRule="exact" w:val="380"/>
        </w:trPr>
        <w:tc>
          <w:tcPr>
            <w:tcW w:type="dxa" w:w="40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國之風也。上下相疏，內外相疑</w:t>
            </w:r>
          </w:p>
        </w:tc>
        <w:tc>
          <w:tcPr>
            <w:tcW w:type="dxa" w:w="28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（疑作蒙）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，小臣爭寵，大</w:t>
            </w:r>
          </w:p>
        </w:tc>
      </w:tr>
    </w:tbl>
    <w:p>
      <w:pPr>
        <w:autoSpaceDN w:val="0"/>
        <w:autoSpaceDE w:val="0"/>
        <w:widowControl/>
        <w:spacing w:line="344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臣爭權，此危國之風也。上不訪下，下不諫上，婦言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用，私政行，此亡國之風也。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7"/>
        <w:gridCol w:w="3467"/>
      </w:tblGrid>
      <w:tr>
        <w:trPr>
          <w:trHeight w:hRule="exact" w:val="606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申鑒）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lễ pháp mà triều đình lập ra không thống nhất </w:t>
      </w:r>
    </w:p>
    <w:p>
      <w:pPr>
        <w:autoSpaceDN w:val="0"/>
        <w:autoSpaceDE w:val="0"/>
        <w:widowControl/>
        <w:spacing w:line="344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thuần phong mỹ tục trong dân gian, chức trách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thần đảm nhiệm không tƣơng xứng với chức vị,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lại ở bên quân vƣơng buông lời gièm pha, đố kị, </w:t>
      </w:r>
    </w:p>
    <w:p>
      <w:pPr>
        <w:autoSpaceDN w:val="0"/>
        <w:autoSpaceDE w:val="0"/>
        <w:widowControl/>
        <w:spacing w:line="346" w:lineRule="exact" w:before="4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280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98" w:right="9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dân lại bàn luận chính sự một cách tùy tiện.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nếp sống của một đất nƣớc suy thoái. </w:t>
      </w:r>
    </w:p>
    <w:p>
      <w:pPr>
        <w:autoSpaceDN w:val="0"/>
        <w:autoSpaceDE w:val="0"/>
        <w:widowControl/>
        <w:spacing w:line="332" w:lineRule="exact" w:before="276" w:after="0"/>
        <w:ind w:left="92" w:right="9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quân vƣơng bởi nhân nhƣợng quá mức mà </w:t>
      </w:r>
    </w:p>
    <w:p>
      <w:pPr>
        <w:autoSpaceDN w:val="0"/>
        <w:autoSpaceDE w:val="0"/>
        <w:widowControl/>
        <w:spacing w:line="344" w:lineRule="exact" w:before="0" w:after="0"/>
        <w:ind w:left="30" w:right="9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gách vác trách nhiệm cần phải có và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viên lại ham vui biếng nhác, sĩ phu ƣa thích du ngoạn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tiêu khiển và nhân dân lại thích thú lƣu lạc cƣ ngụ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khác. Đây là nếp sống của một đất nƣớc suy yếu. </w:t>
      </w:r>
    </w:p>
    <w:p>
      <w:pPr>
        <w:autoSpaceDN w:val="0"/>
        <w:autoSpaceDE w:val="0"/>
        <w:widowControl/>
        <w:spacing w:line="332" w:lineRule="exact" w:before="29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vua tôi tranh giành để thể hiện tài cán và trí tuệ, </w:t>
      </w:r>
    </w:p>
    <w:p>
      <w:pPr>
        <w:autoSpaceDN w:val="0"/>
        <w:autoSpaceDE w:val="0"/>
        <w:widowControl/>
        <w:spacing w:line="352" w:lineRule="exact" w:before="0" w:after="0"/>
        <w:ind w:left="30" w:right="9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quần thần trong triều tranh chấp công lao, sĩ phu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tranh đua hƣ danh, ngƣời dân thì tranh giành lợi ích.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nếp sống của một đất nƣớc bất hòa. </w:t>
      </w:r>
    </w:p>
    <w:p>
      <w:pPr>
        <w:autoSpaceDN w:val="0"/>
        <w:autoSpaceDE w:val="0"/>
        <w:widowControl/>
        <w:spacing w:line="334" w:lineRule="exact" w:before="274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trên thì lắm tham dục cá nhân, kẻ ở dƣới </w:t>
      </w:r>
    </w:p>
    <w:p>
      <w:pPr>
        <w:autoSpaceDN w:val="0"/>
        <w:autoSpaceDE w:val="0"/>
        <w:widowControl/>
        <w:spacing w:line="350" w:lineRule="exact" w:before="0" w:after="0"/>
        <w:ind w:left="30" w:right="8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rơi vào vòng tranh đoạt không ngớt, pháp lệnh sáng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tối sửa, mệnh lệnh triều đình thì chồng chéo. Đây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nếp sống của một đất nƣớc hỗn loạn. </w:t>
      </w:r>
    </w:p>
    <w:p>
      <w:pPr>
        <w:autoSpaceDN w:val="0"/>
        <w:autoSpaceDE w:val="0"/>
        <w:widowControl/>
        <w:spacing w:line="332" w:lineRule="exact" w:before="274" w:after="0"/>
        <w:ind w:left="92" w:right="9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sự xa xỉ đƣợc xem là rộng lƣợng, tâm ngạo </w:t>
      </w:r>
    </w:p>
    <w:p>
      <w:pPr>
        <w:autoSpaceDN w:val="0"/>
        <w:autoSpaceDE w:val="0"/>
        <w:widowControl/>
        <w:spacing w:line="350" w:lineRule="exact" w:before="0" w:after="0"/>
        <w:ind w:left="30" w:right="9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 đƣợc xem là thanh cao, thái độ sai trái đƣợc chấp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nhận, xem việc tuân thủ lễ nghĩa là phiền hà, xem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trọng kỷ cƣơng phép nƣớc là cố chấp. Đây là nếp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sống của một đất nƣớc tiêu điều. </w:t>
      </w:r>
    </w:p>
    <w:p>
      <w:pPr>
        <w:autoSpaceDN w:val="0"/>
        <w:autoSpaceDE w:val="0"/>
        <w:widowControl/>
        <w:spacing w:line="332" w:lineRule="exact" w:before="274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sự hà khắc đƣợc xem là sáng suốt, xem việc </w:t>
      </w:r>
    </w:p>
    <w:p>
      <w:pPr>
        <w:autoSpaceDN w:val="0"/>
        <w:autoSpaceDE w:val="0"/>
        <w:widowControl/>
        <w:spacing w:line="350" w:lineRule="exact" w:before="0" w:after="0"/>
        <w:ind w:left="30" w:right="9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đuổi theo lợi ích cá nhân là việc công, xem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bóc lột nhân dân là bản lĩnh và xem việc bợ đỡ cấp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trung thành. Đây là nếp sống của một đất nƣớc nổi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loạn. </w:t>
      </w:r>
    </w:p>
    <w:p>
      <w:pPr>
        <w:autoSpaceDN w:val="0"/>
        <w:autoSpaceDE w:val="0"/>
        <w:widowControl/>
        <w:spacing w:line="332" w:lineRule="exact" w:before="272" w:after="0"/>
        <w:ind w:left="90" w:right="9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dƣới thì xa cách, trong ngoài lại nghi kị lẫn </w:t>
      </w:r>
    </w:p>
    <w:p>
      <w:pPr>
        <w:autoSpaceDN w:val="0"/>
        <w:autoSpaceDE w:val="0"/>
        <w:widowControl/>
        <w:spacing w:line="332" w:lineRule="exact" w:before="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nhau, quan lại thì tranh giành để đƣợc ân sủng, đại thần </w:t>
      </w:r>
    </w:p>
    <w:p>
      <w:pPr>
        <w:autoSpaceDN w:val="0"/>
        <w:autoSpaceDE w:val="0"/>
        <w:widowControl/>
        <w:spacing w:line="346" w:lineRule="exact" w:before="1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7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tranh quyền đoạt vị. Đây là nếp sống của một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đang lâm nguy. </w:t>
      </w:r>
    </w:p>
    <w:p>
      <w:pPr>
        <w:autoSpaceDN w:val="0"/>
        <w:autoSpaceDE w:val="0"/>
        <w:widowControl/>
        <w:spacing w:line="332" w:lineRule="exact" w:before="29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quân vƣơng không màng đến tình hình bên </w:t>
      </w:r>
    </w:p>
    <w:p>
      <w:pPr>
        <w:autoSpaceDN w:val="0"/>
        <w:autoSpaceDE w:val="0"/>
        <w:widowControl/>
        <w:spacing w:line="362" w:lineRule="exact" w:before="2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dƣới và hạ thần lại không dám thẳng thắn khuyên can,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lời lẽ của phi tần sủng ái phần lớn đƣợc thực thi,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mệnh lệnh của nhóm hạ thần quyền lực đƣợc thực thi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hề trở ngại. Đây là nếp sống của một đất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diệt vong.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301 ~ </w:t>
      </w:r>
    </w:p>
    <w:p>
      <w:pPr>
        <w:autoSpaceDN w:val="0"/>
        <w:autoSpaceDE w:val="0"/>
        <w:widowControl/>
        <w:spacing w:line="280" w:lineRule="exact" w:before="142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世治則小人守正，而利不能誘也；世亂則君子為</w:t>
      </w:r>
    </w:p>
    <w:p>
      <w:pPr>
        <w:autoSpaceDN w:val="0"/>
        <w:autoSpaceDE w:val="0"/>
        <w:widowControl/>
        <w:spacing w:line="308" w:lineRule="exact" w:before="58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姦，而刑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（刑作法）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不能禁也。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10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thời thái bình thịnh trị, kẻ tiểu nhân đều có thể </w:t>
      </w:r>
    </w:p>
    <w:p>
      <w:pPr>
        <w:autoSpaceDN w:val="0"/>
        <w:autoSpaceDE w:val="0"/>
        <w:widowControl/>
        <w:spacing w:line="366" w:lineRule="exact" w:before="0" w:after="0"/>
        <w:ind w:left="3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tuân thủ chính đạo, tiền tài lợi ích cũng không cám dỗ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họ; khi thời thế hỗn loạn, đến ngƣời quân tử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việc gian tà, hình phạt nặng nề chẳng thể ngăn chặn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họ. </w:t>
      </w:r>
    </w:p>
    <w:p>
      <w:pPr>
        <w:autoSpaceDN w:val="0"/>
        <w:autoSpaceDE w:val="0"/>
        <w:widowControl/>
        <w:spacing w:line="402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302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商賈在朝，則貨財上流；婦言人事，則賞罰不信；</w:t>
      </w:r>
    </w:p>
    <w:p>
      <w:pPr>
        <w:autoSpaceDN w:val="0"/>
        <w:autoSpaceDE w:val="0"/>
        <w:widowControl/>
        <w:spacing w:line="306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男女無別，則民無廉恥。而求百姓之安、兵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（兵作難）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士之</w:t>
      </w:r>
    </w:p>
    <w:p>
      <w:pPr>
        <w:autoSpaceDN w:val="0"/>
        <w:autoSpaceDE w:val="0"/>
        <w:widowControl/>
        <w:spacing w:line="280" w:lineRule="exact" w:before="82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死節，不可得也。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10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346" w:lineRule="exact" w:before="1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thƣơng nhân làm quan ở triều, vấn nạn hối lộ </w:t>
      </w:r>
    </w:p>
    <w:p>
      <w:pPr>
        <w:autoSpaceDN w:val="0"/>
        <w:autoSpaceDE w:val="0"/>
        <w:widowControl/>
        <w:spacing w:line="366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khiến ở trên ngã gục; khi phi tần thê thiếp can dự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triều chính, việc ban thƣởng hay trừng phạt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chuẩn xác; giữa nam và nữ nếu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ranh giới, ngƣời dân sẽ không còn liêm sỉ. Nhƣ thế này,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lại yêu cầu ngƣời dân vì quân vƣơng mà hi sinh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thân, binh sĩ lại hiến dâng mạng sống vì triều đình.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điều không thể. </w:t>
      </w:r>
    </w:p>
    <w:p>
      <w:pPr>
        <w:autoSpaceDN w:val="0"/>
        <w:autoSpaceDE w:val="0"/>
        <w:widowControl/>
        <w:spacing w:line="400" w:lineRule="exact" w:before="20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1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303 ~ </w:t>
      </w:r>
    </w:p>
    <w:p>
      <w:pPr>
        <w:autoSpaceDN w:val="0"/>
        <w:autoSpaceDE w:val="0"/>
        <w:widowControl/>
        <w:spacing w:line="280" w:lineRule="exact" w:before="26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廉隅貞潔者，德之令也；流逸奔隨著，行之污也。</w:t>
      </w:r>
    </w:p>
    <w:p>
      <w:pPr>
        <w:autoSpaceDN w:val="0"/>
        <w:autoSpaceDE w:val="0"/>
        <w:widowControl/>
        <w:spacing w:line="364" w:lineRule="exact" w:before="2" w:after="162"/>
        <w:ind w:left="30" w:right="9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風有所從來，俗有所由起。疾其末者，刈其本；惡其流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者，塞其源。夫男女之際，明別其外內，遠絕其聲音，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激厲其廉恥，塗塞其虧隙，由尚有胸心之逸念，睇盻之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過視，而況開其門，導其徑者乎？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56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（卷四十五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昌言） </w:t>
            </w:r>
          </w:p>
        </w:tc>
      </w:tr>
    </w:tbl>
    <w:p>
      <w:pPr>
        <w:autoSpaceDN w:val="0"/>
        <w:autoSpaceDE w:val="0"/>
        <w:widowControl/>
        <w:spacing w:line="414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1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Mẫu mực và thận trọng, kiên trinh và thanh cao là </w:t>
      </w:r>
    </w:p>
    <w:p>
      <w:pPr>
        <w:autoSpaceDN w:val="0"/>
        <w:autoSpaceDE w:val="0"/>
        <w:widowControl/>
        <w:spacing w:line="362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phẩm chất cao đẹp. Ngƣợc lại, phóng túng vô độ,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tùy tiện mà hò hẹn trai gái là những hành vi ô uế. Mọi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nếp sống đều có nguyên do và tập quán dân gian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căn nguyên của nó. Nếu khinh bỉ cành ngọn thì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cắt bỏ gốc rễ, khi chán ghét dòng chảy vẩn đục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ngăn chặn ở đầu nguồn. Giữa nam và nữ, dẫu rằng </w:t>
      </w:r>
    </w:p>
    <w:p>
      <w:pPr>
        <w:autoSpaceDN w:val="0"/>
        <w:autoSpaceDE w:val="0"/>
        <w:widowControl/>
        <w:spacing w:line="346" w:lineRule="exact" w:before="3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 xác định rõ danh phận trong ngoài, vẫn phải cách biệt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ngăn chặn trò truyện và khích lệ tâm liêm sỉ,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lấp kín kẽ hở có thể gây ra hành vi phi lễ giáo,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vẫn còn những suy nghĩ phóng túng ở trong lòng,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vẫn còn cái liếc nhìn cám dỗ, huống hồ khi mở rộng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cánh cửa và nhƣ thể dẫn đƣờng thì sẽ ra sao?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Xương Ngôn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2" w:after="7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14"/>
        </w:trPr>
        <w:tc>
          <w:tcPr>
            <w:tcW w:type="dxa" w:w="36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天下多忌諱，而民彌貧。</w:t>
            </w:r>
          </w:p>
        </w:tc>
        <w:tc>
          <w:tcPr>
            <w:tcW w:type="dxa" w:w="318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天下，謂人主也。忌諱者，防禁也。令煩則姦生，</w:t>
            </w:r>
          </w:p>
        </w:tc>
      </w:tr>
      <w:tr>
        <w:trPr>
          <w:trHeight w:hRule="exact" w:val="364"/>
        </w:trPr>
        <w:tc>
          <w:tcPr>
            <w:tcW w:type="dxa" w:w="454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禁多則下詐相殆，故貧也。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民多利器，國家滋昏。</w:t>
            </w:r>
          </w:p>
        </w:tc>
        <w:tc>
          <w:tcPr>
            <w:tcW w:type="dxa" w:w="232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利器者，權也。民多權，則視者眩於</w:t>
            </w:r>
          </w:p>
        </w:tc>
      </w:tr>
      <w:tr>
        <w:trPr>
          <w:trHeight w:hRule="exact" w:val="362"/>
        </w:trPr>
        <w:tc>
          <w:tcPr>
            <w:tcW w:type="dxa" w:w="568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目，聽者惑於耳，上下不親，故國家混亂也。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人多伎巧，奇物滋起。</w:t>
            </w:r>
          </w:p>
        </w:tc>
        <w:tc>
          <w:tcPr>
            <w:tcW w:type="dxa" w:w="11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人，謂人君也。多</w:t>
            </w:r>
          </w:p>
        </w:tc>
      </w:tr>
      <w:tr>
        <w:trPr>
          <w:trHeight w:hRule="exact" w:val="366"/>
        </w:trPr>
        <w:tc>
          <w:tcPr>
            <w:tcW w:type="dxa" w:w="638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伎巧，刻畫宮觀，雕琢章服，下則化上，日以滋起也。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法物滋彰，盜賊多有。</w:t>
            </w:r>
          </w:p>
        </w:tc>
        <w:tc>
          <w:tcPr>
            <w:tcW w:type="dxa" w:w="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法，好</w:t>
            </w:r>
          </w:p>
        </w:tc>
      </w:tr>
    </w:tbl>
    <w:p>
      <w:pPr>
        <w:autoSpaceDN w:val="0"/>
        <w:autoSpaceDE w:val="0"/>
        <w:widowControl/>
        <w:spacing w:line="138" w:lineRule="exact" w:before="30" w:after="20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也。珍好之物，滋生彰著，則農事廢，飢寒並至，故盜賊多有。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574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老子） </w:t>
            </w:r>
          </w:p>
        </w:tc>
      </w:tr>
    </w:tbl>
    <w:p>
      <w:pPr>
        <w:autoSpaceDN w:val="0"/>
        <w:autoSpaceDE w:val="0"/>
        <w:widowControl/>
        <w:spacing w:line="416" w:lineRule="exact" w:before="8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lệnh cấm của quân vƣơng càng nhiều khiến </w:t>
      </w:r>
    </w:p>
    <w:p>
      <w:pPr>
        <w:autoSpaceDN w:val="0"/>
        <w:autoSpaceDE w:val="0"/>
        <w:widowControl/>
        <w:spacing w:line="364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càng dễ dàng đắc tội và họ không thể yên tâm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việc, cứ nhƣ vậy sẽ ngày càng nghèo khổ.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thủ đoạn gian dối, giữa vua tôi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ân nghĩa và đất nƣớc sẽ ngày càng hỗn loạn.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chú trọng tài nghệ cầu kỳ, một khi trên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dƣới sẽ học theo, những thứ cầu kỳ đẹp đẽ và xa hoa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trở thành xu thế. Khi đồ vật quý hiếm càng nhiều càng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tinh xảo và ngƣời dân sẽ không lao động mà vẫn mong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đƣợc, từ đó nạn đạo tặc sẽ tràn lan.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305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今使列肆賣侈功，商賈鬻僭服，百工作淫器，民見</w:t>
      </w:r>
    </w:p>
    <w:p>
      <w:pPr>
        <w:autoSpaceDN w:val="0"/>
        <w:autoSpaceDE w:val="0"/>
        <w:widowControl/>
        <w:spacing w:line="362" w:lineRule="exact" w:before="4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可欲，不能不買，賈人之列，戶蹈踰侈矣。故王政一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傾，普天率土，莫不奢僭者，非家至人告，乃時勢驅之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使然。此則天下之患一也。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7.9999999999998" w:type="dxa"/>
      </w:tblPr>
      <w:tblGrid>
        <w:gridCol w:w="3465"/>
        <w:gridCol w:w="3465"/>
      </w:tblGrid>
      <w:tr>
        <w:trPr>
          <w:trHeight w:hRule="exact" w:val="610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（卷四十五 </w:t>
            </w:r>
          </w:p>
        </w:tc>
        <w:tc>
          <w:tcPr>
            <w:tcW w:type="dxa" w:w="18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崔寔政論）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nay, hàng hàng dãy dãy các quầy hàng đều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đang bán vật phẩm xa xỉ, thƣơng nhân bán ra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trang phục đi ngƣợc lại với lễ nghĩa, thợ thủ công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ngành nghề lại đang chế tác những đồ đạc cầu kỳ tinh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xảo nhƣng không thiết thực, khiến cho nhân dân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nhìn thấy những đồ vật có thể khơi gợi dục vọng này,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 không kiềm đƣợc cám dỗ mà không thể không mua,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thƣơng nhân này, nhà nhà ngƣời ngƣời đều đang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hết sức xa xỉ vô độ. Bởi vậy, một khi luật pháp của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mà lỏng lẻo (không kiềm chế sự phát triển của dục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vọng con ngƣời), quan viên và thƣờng dân trong khắp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sẽ không ai mà không xa xỉ và đi ngƣợc lại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 giáo, không phù hợp với phép tắc. Đây không phải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kết quả của việc đến từng nhà từng hộ để tuyên truyền,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là do sức lan truyền của trào lƣu thời thế khiến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vậy. Đây là một trong những tai họa gây nguy hại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đất nƣớc.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Thôi Thực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8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306 ~ </w:t>
      </w:r>
    </w:p>
    <w:p>
      <w:pPr>
        <w:autoSpaceDN w:val="0"/>
        <w:autoSpaceDE w:val="0"/>
        <w:widowControl/>
        <w:spacing w:line="282" w:lineRule="exact" w:before="13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今背本而趨末，食者甚眾，是天下之大殘也；淫侈</w:t>
      </w:r>
    </w:p>
    <w:p>
      <w:pPr>
        <w:autoSpaceDN w:val="0"/>
        <w:autoSpaceDE w:val="0"/>
        <w:widowControl/>
        <w:spacing w:line="280" w:lineRule="exact" w:before="84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之俗，日日以長，是天下之大賊也。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66.0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3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（卷十四 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漢書二）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10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nay, ngƣời ta bỏ bê nông nghiệp mà biệt đãi </w:t>
      </w:r>
    </w:p>
    <w:p>
      <w:pPr>
        <w:autoSpaceDN w:val="0"/>
        <w:autoSpaceDE w:val="0"/>
        <w:widowControl/>
        <w:spacing w:line="366" w:lineRule="exact" w:before="0" w:after="0"/>
        <w:ind w:left="3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nghiệp, nhân khẩu tiêu dùng lƣơng thực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canh tác có rất nhiều, đây là tai hại lớn của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hạ; phong trào xa xỉ và lãng phí gia tăng mỗi ngày,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hậu họa lớn của thiên hạ.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2)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307 ~ </w:t>
      </w:r>
    </w:p>
    <w:p>
      <w:pPr>
        <w:autoSpaceDN w:val="0"/>
        <w:autoSpaceDE w:val="0"/>
        <w:widowControl/>
        <w:spacing w:line="282" w:lineRule="exact" w:before="140" w:after="42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君子之御下也，民奢，應之以儉；驕淫者，統之以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52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理。未有上仁而下賊，讓行而爭路者也。故孔子曰：</w:t>
            </w:r>
          </w:p>
        </w:tc>
      </w:tr>
      <w:tr>
        <w:trPr>
          <w:trHeight w:hRule="exact" w:val="376"/>
        </w:trPr>
        <w:tc>
          <w:tcPr>
            <w:tcW w:type="dxa" w:w="28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『移風易俗。』豈家令</w:t>
            </w:r>
          </w:p>
        </w:tc>
        <w:tc>
          <w:tcPr>
            <w:tcW w:type="dxa" w:w="40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（令作至）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人視之哉？亦取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（取作先）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之於</w:t>
            </w:r>
          </w:p>
        </w:tc>
      </w:tr>
    </w:tbl>
    <w:p>
      <w:pPr>
        <w:autoSpaceDN w:val="0"/>
        <w:autoSpaceDE w:val="0"/>
        <w:widowControl/>
        <w:spacing w:line="282" w:lineRule="exact" w:before="4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身而已矣。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11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新語）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quân vƣơng trị vì muôn dân, nếu nếp sống của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trở nên xa xỉ, sẽ phải nêu cao tinh thần cần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kiệm; khi dân chúng ngạo mạn phóng túng, sẽ phải đề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xƣớng giáo hóa luân lý đạo đức. Chƣa từng có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trên nhân nghĩa mà ngƣời ở dƣới lại hung tợn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dữ dằn, cũng không có ngƣời ở trên thì khiêm nhƣờng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ngƣời ở dƣới lại tranh đoạt. Bởi vậy, Khổng Tử từng </w:t>
      </w:r>
    </w:p>
    <w:p>
      <w:pPr>
        <w:autoSpaceDN w:val="0"/>
        <w:autoSpaceDE w:val="0"/>
        <w:widowControl/>
        <w:spacing w:line="346" w:lineRule="exact" w:before="4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70" w:lineRule="exact" w:before="128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dạy: “Thay đổi phong tục tập quán.” Lẽ nào phải đi từng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 để kiểm tra hay sao? Thực ra chỉ cần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lấy chính mình làm gƣơng, bắt đầu làm từ mình là đƣợc.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Tân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308 ~ </w:t>
      </w:r>
    </w:p>
    <w:p>
      <w:pPr>
        <w:autoSpaceDN w:val="0"/>
        <w:autoSpaceDE w:val="0"/>
        <w:widowControl/>
        <w:spacing w:line="282" w:lineRule="exact" w:before="298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順其善意，防其邪心，與民同出一道，即民性可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善，風俗可美矣。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quân vƣơng hòa hợp với ý niệm tốt đẹp của </w:t>
      </w:r>
    </w:p>
    <w:p>
      <w:pPr>
        <w:autoSpaceDN w:val="0"/>
        <w:autoSpaceDE w:val="0"/>
        <w:widowControl/>
        <w:spacing w:line="36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và ngăn chặn việc nảy sinh những ý niệm xấu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ác của họ, cùng với nhân dân mà kiên định đi theo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cao đẹp, thì mới có thể khiến ngƣời dân bỏ ác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thiện, từ đó nếp sống của nhân dân mới trở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đôn hậu và chất phác.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309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上好德則下修行，上好言則下飾辯。修行則仁義興</w:t>
      </w:r>
    </w:p>
    <w:p>
      <w:pPr>
        <w:autoSpaceDN w:val="0"/>
        <w:autoSpaceDE w:val="0"/>
        <w:widowControl/>
        <w:spacing w:line="364" w:lineRule="exact" w:before="0" w:after="10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焉，飾辯則大偽起焉，此必然之徵也。德者難成而難見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者也，言者易撰而易悅者也。先王知言之易，而悅之者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眾，故不尚焉。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54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346" w:lineRule="exact" w:before="2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10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quân vƣơng trân trọng đức hạnh cao đẹp, hạ </w:t>
      </w:r>
    </w:p>
    <w:p>
      <w:pPr>
        <w:autoSpaceDN w:val="0"/>
        <w:autoSpaceDE w:val="0"/>
        <w:widowControl/>
        <w:spacing w:line="362" w:lineRule="exact" w:before="2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sẽ chú trọng việc tu dƣỡng đạo đức; khi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ƣa thích bàn luận viển vông, hạ thần sẽ hăng hái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lời đƣờng mật và hƣ dối. Nếu tu dƣỡng đạo đức,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nhân nghĩa sẽ lan tỏa; còn nếu giả dối phỉnh nịnh,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phong trào gian dối xảo trá sẽ lan rộng, đây là 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tƣợng tất yếu. Đạo đức cao đẹp khó tu đƣợc và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khó mà thấy đƣợc, còn đàm luận viển vông thƣờng dễ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dàng viết ra và cũng dễ đƣợc ngƣời ƣa thích. Đế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anh minh thời xƣa biết rằng lời lẽ đƣờng mật dễ nói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nhiều ngƣời thích nghe, bởi vậy mà không đề xƣớng.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310 ~ </w:t>
      </w:r>
    </w:p>
    <w:p>
      <w:pPr>
        <w:autoSpaceDN w:val="0"/>
        <w:autoSpaceDE w:val="0"/>
        <w:widowControl/>
        <w:spacing w:line="282" w:lineRule="exact" w:before="13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古者民樸而化淳，上少欲而尟偽。依足以暖身，食</w:t>
      </w:r>
    </w:p>
    <w:p>
      <w:pPr>
        <w:autoSpaceDN w:val="0"/>
        <w:autoSpaceDE w:val="0"/>
        <w:widowControl/>
        <w:spacing w:line="364" w:lineRule="exact" w:before="0" w:after="10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足以充口，器足以給用，居足以避風雨。養以大道，而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民樂其生；敦以大質，而下無逸心。日中為市，民交易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而退，各得其所。蓋化淳也。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444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16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14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thời xƣa thật thà, phong tục lại chất phác, </w:t>
      </w:r>
    </w:p>
    <w:p>
      <w:pPr>
        <w:autoSpaceDN w:val="0"/>
        <w:autoSpaceDE w:val="0"/>
        <w:widowControl/>
        <w:spacing w:line="362" w:lineRule="exact" w:before="2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trên thì ít tham dục và ngƣời ở dƣới cũng hiếm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gian xảo. Ngƣời ta chỉ mong mặc đủ ấm, ăn đủ no,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cụ hữu dụng là đƣợc, mái nhà có thể tránh mƣa gió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thôi. Khi đem đạo lý đúng đắn mà giáo hóa, nhân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an cƣ lạc nghiệp; nếu đem bản chất đôn hậu chất phác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khích lệ, nhân dân sẽ không có tâm phóng túng. Buổi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sáng là thời gian họp chợ, ngƣời dân sau khi mua bán </w:t>
      </w:r>
    </w:p>
    <w:p>
      <w:pPr>
        <w:autoSpaceDN w:val="0"/>
        <w:autoSpaceDE w:val="0"/>
        <w:widowControl/>
        <w:spacing w:line="346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2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trao đổi sẽ rời đi, ai ai cũng có đƣợc thứ thiết yếu.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kết quả của nếp sống đôn hậu chất phác. </w:t>
      </w:r>
    </w:p>
    <w:p>
      <w:pPr>
        <w:autoSpaceDN w:val="0"/>
        <w:autoSpaceDE w:val="0"/>
        <w:widowControl/>
        <w:spacing w:line="400" w:lineRule="exact" w:before="122" w:after="0"/>
        <w:ind w:left="158" w:right="15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1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TRỊ LOẠN [DẸP YÊN ĐỘNG LOẠN] </w:t>
      </w:r>
    </w:p>
    <w:p>
      <w:pPr>
        <w:autoSpaceDN w:val="0"/>
        <w:autoSpaceDE w:val="0"/>
        <w:widowControl/>
        <w:spacing w:line="416" w:lineRule="exact" w:before="98" w:after="7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04"/>
        </w:trPr>
        <w:tc>
          <w:tcPr>
            <w:tcW w:type="dxa" w:w="25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文公問於郭偃，</w:t>
            </w:r>
          </w:p>
        </w:tc>
        <w:tc>
          <w:tcPr>
            <w:tcW w:type="dxa" w:w="397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6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郭偃，卜偃。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曰：『始也吾以國為易，</w:t>
            </w:r>
          </w:p>
        </w:tc>
        <w:tc>
          <w:tcPr>
            <w:tcW w:type="dxa" w:w="3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6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易，</w:t>
            </w:r>
          </w:p>
        </w:tc>
      </w:tr>
      <w:tr>
        <w:trPr>
          <w:trHeight w:hRule="exact" w:val="822"/>
        </w:trPr>
        <w:tc>
          <w:tcPr>
            <w:tcW w:type="dxa" w:w="686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3376" w:val="left"/>
              </w:tabs>
              <w:autoSpaceDE w:val="0"/>
              <w:widowControl/>
              <w:spacing w:line="182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易治也。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今也難。』對曰：『君以為易，其難也將至矣；君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以為難，而勤修之，故其易將至。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以為難，其易也將至矣。』</w:t>
            </w:r>
          </w:p>
        </w:tc>
      </w:tr>
      <w:tr>
        <w:trPr>
          <w:trHeight w:hRule="exact" w:val="486"/>
        </w:trPr>
        <w:tc>
          <w:tcPr>
            <w:tcW w:type="dxa" w:w="557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（卷八 </w:t>
            </w:r>
          </w:p>
        </w:tc>
        <w:tc>
          <w:tcPr>
            <w:tcW w:type="dxa" w:w="12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2" w:after="0"/>
              <w:ind w:left="116" w:right="1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國語） </w:t>
            </w:r>
          </w:p>
        </w:tc>
      </w:tr>
    </w:tbl>
    <w:p>
      <w:pPr>
        <w:autoSpaceDN w:val="0"/>
        <w:autoSpaceDE w:val="0"/>
        <w:widowControl/>
        <w:spacing w:line="416" w:lineRule="exact" w:before="8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Tấn Văn Công nói với Quách Yển: </w:t>
      </w:r>
    </w:p>
    <w:p>
      <w:pPr>
        <w:autoSpaceDN w:val="0"/>
        <w:tabs>
          <w:tab w:pos="596" w:val="left"/>
        </w:tabs>
        <w:autoSpaceDE w:val="0"/>
        <w:widowControl/>
        <w:spacing w:line="358" w:lineRule="exact" w:before="168" w:after="0"/>
        <w:ind w:left="30" w:right="30" w:firstLine="0"/>
        <w:jc w:val="left"/>
      </w:pP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-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đầu ta nghĩ rằng trị quốc là việc rất dễ dàng,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bây giờ mới cảm thấy khó khăn. </w:t>
      </w:r>
    </w:p>
    <w:p>
      <w:pPr>
        <w:autoSpaceDN w:val="0"/>
        <w:autoSpaceDE w:val="0"/>
        <w:widowControl/>
        <w:spacing w:line="400" w:lineRule="exact" w:before="12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Quách Yến đáp rằng: </w:t>
      </w:r>
    </w:p>
    <w:p>
      <w:pPr>
        <w:autoSpaceDN w:val="0"/>
        <w:autoSpaceDE w:val="0"/>
        <w:widowControl/>
        <w:spacing w:line="414" w:lineRule="exact" w:before="11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-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Bệ hạ nếu nghĩ là dễ dàng, vậy thì khó khăn sẽ </w:t>
      </w:r>
    </w:p>
    <w:p>
      <w:pPr>
        <w:autoSpaceDN w:val="0"/>
        <w:autoSpaceDE w:val="0"/>
        <w:widowControl/>
        <w:spacing w:line="356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đến; còn khi bệ hạ nghĩ là khó khăn, sự dễ dàng sẽ đến.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Quốc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312 ~ </w:t>
      </w:r>
    </w:p>
    <w:p>
      <w:pPr>
        <w:autoSpaceDN w:val="0"/>
        <w:autoSpaceDE w:val="0"/>
        <w:widowControl/>
        <w:spacing w:line="280" w:lineRule="exact" w:before="182" w:after="3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大禹曰：『后克艱厥后，臣克艱厥臣，政乃乂，黎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72"/>
        </w:trPr>
        <w:tc>
          <w:tcPr>
            <w:tcW w:type="dxa" w:w="141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民敏德。』</w:t>
            </w:r>
          </w:p>
        </w:tc>
        <w:tc>
          <w:tcPr>
            <w:tcW w:type="dxa" w:w="4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敏，疾也。能知為君之難，為臣不易，則其政治，而眾民皆疾修德也。 </w:t>
            </w:r>
          </w:p>
        </w:tc>
        <w:tc>
          <w:tcPr>
            <w:tcW w:type="dxa" w:w="101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  <w:tr>
        <w:trPr>
          <w:trHeight w:hRule="exact" w:val="1180"/>
        </w:trPr>
        <w:tc>
          <w:tcPr>
            <w:tcW w:type="dxa" w:w="2310"/>
            <w:vMerge/>
            <w:tcBorders/>
          </w:tcPr>
          <w:p/>
        </w:tc>
        <w:tc>
          <w:tcPr>
            <w:tcW w:type="dxa" w:w="4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6" w:after="0"/>
              <w:ind w:left="504" w:right="50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346" w:lineRule="exact" w:before="6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Vũ từng nói: “Nếu quân vƣơng có thể hiểu </w:t>
      </w:r>
    </w:p>
    <w:p>
      <w:pPr>
        <w:autoSpaceDN w:val="0"/>
        <w:autoSpaceDE w:val="0"/>
        <w:widowControl/>
        <w:spacing w:line="366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nỗi gian nan để làm tròn chức trách của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và hạ thần có thể hiểu đƣợc nỗi khó nhọc khi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tròn bổn phận của quan viên, chính sự sẽ đƣợc an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dân chúng tất sẽ mau chóng đi tu dƣỡng đức hạnh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chính mình.”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313 ~ </w:t>
      </w:r>
    </w:p>
    <w:p>
      <w:pPr>
        <w:autoSpaceDN w:val="0"/>
        <w:autoSpaceDE w:val="0"/>
        <w:widowControl/>
        <w:spacing w:line="282" w:lineRule="exact" w:before="29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義也者，萬事之紀也，君臣上下親疏之所由起也，</w:t>
      </w:r>
    </w:p>
    <w:p>
      <w:pPr>
        <w:autoSpaceDN w:val="0"/>
        <w:autoSpaceDE w:val="0"/>
        <w:widowControl/>
        <w:spacing w:line="306" w:lineRule="exact" w:before="78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治亂安危之所在也。勿求於他，必反人情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（人情作於己）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（卷三十九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呂氏春秋）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„Nghĩa‟ là kỷ cƣơng của mọi việc, là điểm khởi đầu </w:t>
      </w:r>
    </w:p>
    <w:p>
      <w:pPr>
        <w:autoSpaceDN w:val="0"/>
        <w:autoSpaceDE w:val="0"/>
        <w:widowControl/>
        <w:spacing w:line="366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từng bổn phận trong mối quan hệ vua tôi, già trẻ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sơ và đó cũng là mấu chốt của sự thịnh trị hay loạn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lạc, an định hay nguy nan của đất nƣớc. (Bởi vậy,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bại) không phải tìm cầu từ ngƣời khác, mà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kiểm điểm chính mình (Khi bản thân làm việc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nghĩa, mới có thể đạt đƣợc thành công.)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2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314 ~ </w:t>
      </w:r>
    </w:p>
    <w:p>
      <w:pPr>
        <w:autoSpaceDN w:val="0"/>
        <w:autoSpaceDE w:val="0"/>
        <w:widowControl/>
        <w:spacing w:line="280" w:lineRule="exact" w:before="300" w:after="42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明主不用其智，而任聖人之智；不用其力，而任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962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6" w:lineRule="exact" w:before="0" w:after="0"/>
              <w:ind w:left="14" w:right="48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眾人之力。故以聖人之智思慮者，無不知也；以眾人之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力起事者，無不成也。能自去而因天下之智力，起則身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逸而福多。亂主獨用其智，而不任聖人之智；獨用其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力，而不任眾人之力，故其身勞而禍多。故曰：『獨任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（國舊作圖改之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），勞而多禍。』 </w:t>
            </w:r>
          </w:p>
        </w:tc>
      </w:tr>
      <w:tr>
        <w:trPr>
          <w:trHeight w:hRule="exact" w:val="606"/>
        </w:trPr>
        <w:tc>
          <w:tcPr>
            <w:tcW w:type="dxa" w:w="54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3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14" w:right="1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anh minh lỗi lạc sẽ không dựa vào </w:t>
      </w:r>
    </w:p>
    <w:p>
      <w:pPr>
        <w:autoSpaceDN w:val="0"/>
        <w:autoSpaceDE w:val="0"/>
        <w:widowControl/>
        <w:spacing w:line="34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 tuệ của bản thân, mà sử dụng trí tuệ của bậc thánh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nhân; không dựa vào sức lực của chính mình, mà sử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sức mạnh của quần chúng. Bởi vậy, khi dựa vào trí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tuệ của bậc thánh nhân để suy ngẫm, sẽ không có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gì mà không tỏ tƣờng; khi sử dụng sức mạnh của số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đông để thực thi, sẽ không có việc gì mà không thành.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có thể không cố chấp vào ý kiến của mình mà dựa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trí tuệ và sức mạnh của ngƣời trong thiên hạ,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sẽ đƣợc thƣ thái mà lại tạo nên nhiều phúc đức.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hôn quân chỉ biết nƣơng vào tài trí của bản thân,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tin tƣởng trí tuệ của bậc thánh nhân; chỉ biết dựa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sức lực của bản thân mà không dựa vào sức mạnh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quần chúng, bởi vậy mà bản thân thì cực nhọc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họa lại có nhiều. Bởi vậy mới nói: “Quân vƣơng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độc đoán lộng hành, đất nƣớc của họ sẽ vất vả ngƣợc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xuôi mà lại có nhiều hậu họa.” </w:t>
      </w:r>
    </w:p>
    <w:p>
      <w:pPr>
        <w:autoSpaceDN w:val="0"/>
        <w:autoSpaceDE w:val="0"/>
        <w:widowControl/>
        <w:spacing w:line="400" w:lineRule="exact" w:before="22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315 ~ </w:t>
      </w:r>
    </w:p>
    <w:p>
      <w:pPr>
        <w:autoSpaceDN w:val="0"/>
        <w:autoSpaceDE w:val="0"/>
        <w:widowControl/>
        <w:spacing w:line="280" w:lineRule="exact" w:before="300" w:after="42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國之所以亂者四：內有疑妻之妾，此宮亂也；庶有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716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疑嫡之子，此家亂也；朝有疑相之臣，此國亂也；任官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無能，此眾亂也。四者無別，主失其體；群官朋黨，以</w:t>
            </w:r>
          </w:p>
        </w:tc>
      </w:tr>
      <w:tr>
        <w:trPr>
          <w:trHeight w:hRule="exact" w:val="376"/>
        </w:trPr>
        <w:tc>
          <w:tcPr>
            <w:tcW w:type="dxa" w:w="20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懷其私，則失疆</w:t>
            </w:r>
          </w:p>
        </w:tc>
        <w:tc>
          <w:tcPr>
            <w:tcW w:type="dxa" w:w="48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（疆作族）矣。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故妻必定，子必正，相必直立</w:t>
            </w:r>
          </w:p>
        </w:tc>
      </w:tr>
    </w:tbl>
    <w:p>
      <w:pPr>
        <w:autoSpaceDN w:val="0"/>
        <w:autoSpaceDE w:val="0"/>
        <w:widowControl/>
        <w:spacing w:line="282" w:lineRule="exact" w:before="4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以聽，官必忠信以敬。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nhân sở dĩ đất nƣớc động loạn có bốn: </w:t>
      </w:r>
    </w:p>
    <w:p>
      <w:pPr>
        <w:autoSpaceDN w:val="0"/>
        <w:autoSpaceDE w:val="0"/>
        <w:widowControl/>
        <w:spacing w:line="414" w:lineRule="exact" w:before="23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cung có tì thiếp sủng ái có đƣợc địa vị </w:t>
      </w:r>
    </w:p>
    <w:p>
      <w:pPr>
        <w:autoSpaceDN w:val="0"/>
        <w:autoSpaceDE w:val="0"/>
        <w:widowControl/>
        <w:spacing w:line="360" w:lineRule="exact" w:before="0" w:after="0"/>
        <w:ind w:left="882" w:right="2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tƣơng đƣơng với đƣơng kim hoàng hậu. Đây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nhân gây hỗn loạn trong cung đình; </w:t>
      </w:r>
    </w:p>
    <w:p>
      <w:pPr>
        <w:autoSpaceDN w:val="0"/>
        <w:autoSpaceDE w:val="0"/>
        <w:widowControl/>
        <w:spacing w:line="368" w:lineRule="exact" w:before="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hàng con thứ có ngƣời có địa vị tƣơng </w:t>
      </w:r>
    </w:p>
    <w:p>
      <w:pPr>
        <w:autoSpaceDN w:val="0"/>
        <w:autoSpaceDE w:val="0"/>
        <w:widowControl/>
        <w:spacing w:line="360" w:lineRule="exact" w:before="0" w:after="0"/>
        <w:ind w:left="882" w:right="2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đƣơng với con trƣởng. Đây là nguyên nhân gây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hỗn loạn trong hoàng tộc; </w:t>
      </w:r>
    </w:p>
    <w:p>
      <w:pPr>
        <w:autoSpaceDN w:val="0"/>
        <w:autoSpaceDE w:val="0"/>
        <w:widowControl/>
        <w:spacing w:line="368" w:lineRule="exact" w:before="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Triều đình có cận thần mà có quyền lực tƣơng </w:t>
      </w:r>
    </w:p>
    <w:p>
      <w:pPr>
        <w:autoSpaceDN w:val="0"/>
        <w:autoSpaceDE w:val="0"/>
        <w:widowControl/>
        <w:spacing w:line="358" w:lineRule="exact" w:before="0" w:after="0"/>
        <w:ind w:left="882" w:right="2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đƣơng với tể tƣớng. Đây là nguyên nhân gây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loạn của đất nƣớc; </w:t>
      </w:r>
    </w:p>
    <w:p>
      <w:pPr>
        <w:autoSpaceDN w:val="0"/>
        <w:autoSpaceDE w:val="0"/>
        <w:widowControl/>
        <w:spacing w:line="366" w:lineRule="exact" w:before="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viên đƣợc trọng dụng mà không có tài </w:t>
      </w:r>
    </w:p>
    <w:p>
      <w:pPr>
        <w:autoSpaceDN w:val="0"/>
        <w:autoSpaceDE w:val="0"/>
        <w:widowControl/>
        <w:spacing w:line="360" w:lineRule="exact" w:before="0" w:after="0"/>
        <w:ind w:left="882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năng. Đây là nguyên nhân dẫn đến cảnh hỗn loạn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quần thần. </w:t>
      </w:r>
    </w:p>
    <w:p>
      <w:pPr>
        <w:autoSpaceDN w:val="0"/>
        <w:autoSpaceDE w:val="0"/>
        <w:widowControl/>
        <w:spacing w:line="400" w:lineRule="exact" w:before="24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bốn tình huống này không thể nhận biết, quân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chủ sẽ đánh mất kỷ cƣơng luật pháp; khi quần thần câu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kết bè đảng, tất cả đều vì lợi ích cá nhân, quân chủ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mất đi sự ủng hộ của dòng tộc. Bởi vậy, đƣơng kim </w:t>
      </w:r>
    </w:p>
    <w:p>
      <w:pPr>
        <w:autoSpaceDN w:val="0"/>
        <w:autoSpaceDE w:val="0"/>
        <w:widowControl/>
        <w:spacing w:line="346" w:lineRule="exact" w:before="3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66" w:right="16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56" w:after="0"/>
        <w:ind w:left="30" w:right="15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hoàng hậu phải đƣợc xác lập địa vị, con trƣởng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chính danh, tể tƣớng phải đƣợc thiết lập để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chính sự, bá quan buộc phải trung thành và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 để vì công việc mà cống hiến. </w:t>
      </w:r>
    </w:p>
    <w:p>
      <w:pPr>
        <w:autoSpaceDN w:val="0"/>
        <w:autoSpaceDE w:val="0"/>
        <w:widowControl/>
        <w:spacing w:line="400" w:lineRule="exact" w:before="82" w:after="0"/>
        <w:ind w:left="152" w:right="15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0"/>
        <w:ind w:left="2974" w:right="297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316 ~ </w:t>
      </w:r>
    </w:p>
    <w:p>
      <w:pPr>
        <w:autoSpaceDN w:val="0"/>
        <w:autoSpaceDE w:val="0"/>
        <w:widowControl/>
        <w:spacing w:line="280" w:lineRule="exact" w:before="142" w:after="0"/>
        <w:ind w:left="230" w:right="23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子張問政於孔子曰：『何如斯可以從政矣？』子</w:t>
      </w:r>
    </w:p>
    <w:p>
      <w:pPr>
        <w:autoSpaceDN w:val="0"/>
        <w:autoSpaceDE w:val="0"/>
        <w:widowControl/>
        <w:spacing w:line="306" w:lineRule="exact" w:before="58" w:after="4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曰：『尊五美，屏四惡，斯可以從政矣。』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屏，除也。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子張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531"/>
        <w:gridCol w:w="3531"/>
      </w:tblGrid>
      <w:tr>
        <w:trPr>
          <w:trHeight w:hRule="exact" w:val="714"/>
        </w:trPr>
        <w:tc>
          <w:tcPr>
            <w:tcW w:type="dxa" w:w="69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曰：『何謂五美？』子曰：『君子惠而不費，勞而不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怨，欲而不貪，泰而不驕，威而不猛。』子張曰：『何</w:t>
            </w:r>
          </w:p>
        </w:tc>
      </w:tr>
      <w:tr>
        <w:trPr>
          <w:trHeight w:hRule="exact" w:val="366"/>
        </w:trPr>
        <w:tc>
          <w:tcPr>
            <w:tcW w:type="dxa" w:w="5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謂惠而不費？』子曰：『因人所利而利之，不亦</w:t>
            </w:r>
          </w:p>
        </w:tc>
        <w:tc>
          <w:tcPr>
            <w:tcW w:type="dxa" w:w="9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（不亦上脫斯</w:t>
            </w:r>
          </w:p>
        </w:tc>
      </w:tr>
    </w:tbl>
    <w:p>
      <w:pPr>
        <w:autoSpaceDN w:val="0"/>
        <w:autoSpaceDE w:val="0"/>
        <w:widowControl/>
        <w:spacing w:line="306" w:lineRule="exact" w:before="30" w:after="3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字）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惠而不費乎？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利民在政，無費於財。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擇可勞而勞之，又誰怨？欲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65"/>
        <w:gridCol w:w="1765"/>
        <w:gridCol w:w="1765"/>
        <w:gridCol w:w="1765"/>
      </w:tblGrid>
      <w:tr>
        <w:trPr>
          <w:trHeight w:hRule="exact" w:val="362"/>
        </w:trPr>
        <w:tc>
          <w:tcPr>
            <w:tcW w:type="dxa" w:w="653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仁而得仁，又焉貪？君子無眾寡，無小大，無敢慢，</w:t>
            </w:r>
          </w:p>
        </w:tc>
        <w:tc>
          <w:tcPr>
            <w:tcW w:type="dxa" w:w="4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言君</w:t>
            </w:r>
          </w:p>
        </w:tc>
      </w:tr>
      <w:tr>
        <w:trPr>
          <w:trHeight w:hRule="exact" w:val="1094"/>
        </w:trPr>
        <w:tc>
          <w:tcPr>
            <w:tcW w:type="dxa" w:w="693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4" w:lineRule="exact" w:before="0" w:after="0"/>
              <w:ind w:left="14" w:right="114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子不以寡小而慢之。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斯不亦泰而不驕乎？君子正其衣冠，尊其瞻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視，儼然人望而畏之，斯不亦威而不猛乎？』子張曰：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『何謂四惡？』子曰：『不教而殺，謂之虐；不戒視</w:t>
            </w:r>
          </w:p>
        </w:tc>
      </w:tr>
      <w:tr>
        <w:trPr>
          <w:trHeight w:hRule="exact" w:val="364"/>
        </w:trPr>
        <w:tc>
          <w:tcPr>
            <w:tcW w:type="dxa" w:w="640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不宿戒，而責目前成，為視成也。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慢令致期，謂之賊；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成，謂之暴；</w:t>
            </w:r>
          </w:p>
        </w:tc>
        <w:tc>
          <w:tcPr>
            <w:tcW w:type="dxa" w:w="5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0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與民無</w:t>
            </w:r>
          </w:p>
        </w:tc>
      </w:tr>
      <w:tr>
        <w:trPr>
          <w:trHeight w:hRule="exact" w:val="362"/>
        </w:trPr>
        <w:tc>
          <w:tcPr>
            <w:tcW w:type="dxa" w:w="59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信，而虛刻期。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猶之與人也，出納之吝，謂之有司。』</w:t>
            </w:r>
          </w:p>
        </w:tc>
        <w:tc>
          <w:tcPr>
            <w:tcW w:type="dxa" w:w="99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8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謂財物俱當與</w:t>
            </w:r>
          </w:p>
        </w:tc>
      </w:tr>
    </w:tbl>
    <w:p>
      <w:pPr>
        <w:autoSpaceDN w:val="0"/>
        <w:autoSpaceDE w:val="0"/>
        <w:widowControl/>
        <w:spacing w:line="140" w:lineRule="exact" w:before="30" w:after="26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人，而吝嗇於出內惜難之，此有司之任耳，非人君之道。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531"/>
        <w:gridCol w:w="3531"/>
      </w:tblGrid>
      <w:tr>
        <w:trPr>
          <w:trHeight w:hRule="exact" w:val="692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3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66" w:after="0"/>
              <w:ind w:left="148" w:right="1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162" w:right="16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Trƣơng thỉnh giáo cùng Khổng Phu Tử về đạo </w:t>
      </w:r>
    </w:p>
    <w:p>
      <w:pPr>
        <w:autoSpaceDN w:val="0"/>
        <w:autoSpaceDE w:val="0"/>
        <w:widowControl/>
        <w:spacing w:line="38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trị vì: </w:t>
      </w:r>
    </w:p>
    <w:p>
      <w:pPr>
        <w:autoSpaceDN w:val="0"/>
        <w:autoSpaceDE w:val="0"/>
        <w:widowControl/>
        <w:spacing w:line="412" w:lineRule="exact" w:before="19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-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Xin thầy chỉ dạy thế nào mới có thể trị vì chính sự? </w:t>
      </w:r>
    </w:p>
    <w:p>
      <w:pPr>
        <w:autoSpaceDN w:val="0"/>
        <w:autoSpaceDE w:val="0"/>
        <w:widowControl/>
        <w:spacing w:line="332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trả lời: </w:t>
      </w:r>
    </w:p>
    <w:p>
      <w:pPr>
        <w:autoSpaceDN w:val="0"/>
        <w:autoSpaceDE w:val="0"/>
        <w:widowControl/>
        <w:spacing w:line="346" w:lineRule="exact" w:before="388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0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tabs>
          <w:tab w:pos="596" w:val="left"/>
        </w:tabs>
        <w:autoSpaceDE w:val="0"/>
        <w:widowControl/>
        <w:spacing w:line="356" w:lineRule="exact" w:before="166" w:after="0"/>
        <w:ind w:left="30" w:right="24" w:firstLine="0"/>
        <w:jc w:val="left"/>
      </w:pP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-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đề cao năm việc tốt đẹp và loại trừ bốn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xấu xa, nhƣ vậy là có thể trị vì rồi. </w:t>
      </w:r>
    </w:p>
    <w:p>
      <w:pPr>
        <w:autoSpaceDN w:val="0"/>
        <w:autoSpaceDE w:val="0"/>
        <w:widowControl/>
        <w:spacing w:line="400" w:lineRule="exact" w:before="20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Trƣơng lại hỏi: </w:t>
      </w:r>
    </w:p>
    <w:p>
      <w:pPr>
        <w:autoSpaceDN w:val="0"/>
        <w:autoSpaceDE w:val="0"/>
        <w:widowControl/>
        <w:spacing w:line="412" w:lineRule="exact" w:before="19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-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Xin thƣa năm việc tốt đẹp là gì? </w:t>
      </w:r>
    </w:p>
    <w:p>
      <w:pPr>
        <w:autoSpaceDN w:val="0"/>
        <w:autoSpaceDE w:val="0"/>
        <w:widowControl/>
        <w:spacing w:line="332" w:lineRule="exact" w:before="24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dạy rằng: </w:t>
      </w:r>
    </w:p>
    <w:p>
      <w:pPr>
        <w:autoSpaceDN w:val="0"/>
        <w:autoSpaceDE w:val="0"/>
        <w:widowControl/>
        <w:spacing w:line="412" w:lineRule="exact" w:before="21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-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ngƣời quân tử khi nắm quyền hành, dù </w:t>
      </w:r>
    </w:p>
    <w:p>
      <w:pPr>
        <w:autoSpaceDN w:val="0"/>
        <w:autoSpaceDE w:val="0"/>
        <w:widowControl/>
        <w:spacing w:line="362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ân huệ cho ngƣời dân mà không hao phí tiền bạc,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sử dụng lao dịch mà không khiến họ oán thán,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dục (mong điều nhân điều nghĩa) chứ không phải tham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dục xuất phát từ lòng ích kỷ, trong tâm thƣ thái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ngạo mạn, có oai nghi mà không hung hăng. </w:t>
      </w:r>
    </w:p>
    <w:p>
      <w:pPr>
        <w:autoSpaceDN w:val="0"/>
        <w:autoSpaceDE w:val="0"/>
        <w:widowControl/>
        <w:spacing w:line="332" w:lineRule="exact" w:before="250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Trƣơng lại hỏi: </w:t>
      </w:r>
    </w:p>
    <w:p>
      <w:pPr>
        <w:autoSpaceDN w:val="0"/>
        <w:tabs>
          <w:tab w:pos="596" w:val="left"/>
        </w:tabs>
        <w:autoSpaceDE w:val="0"/>
        <w:widowControl/>
        <w:spacing w:line="356" w:lineRule="exact" w:before="272" w:after="0"/>
        <w:ind w:left="30" w:right="20" w:firstLine="0"/>
        <w:jc w:val="left"/>
      </w:pP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-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Xin thƣa thế nào mới đƣợc xem là ban ân huệ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mà không hao tài tốn của? </w:t>
      </w:r>
    </w:p>
    <w:p>
      <w:pPr>
        <w:autoSpaceDN w:val="0"/>
        <w:autoSpaceDE w:val="0"/>
        <w:widowControl/>
        <w:spacing w:line="400" w:lineRule="exact" w:before="200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lại dạy rằng: </w:t>
      </w:r>
    </w:p>
    <w:p>
      <w:pPr>
        <w:autoSpaceDN w:val="0"/>
        <w:autoSpaceDE w:val="0"/>
        <w:widowControl/>
        <w:spacing w:line="412" w:lineRule="exact" w:before="23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-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ở chỗ khiến nhân dân có đƣợc lợi ích, </w:t>
      </w:r>
    </w:p>
    <w:p>
      <w:pPr>
        <w:autoSpaceDN w:val="0"/>
        <w:autoSpaceDE w:val="0"/>
        <w:widowControl/>
        <w:spacing w:line="36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hành chính sách phù hợp để làm lợi ích cho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dân, điều này chẳng phải là ban ân huệ cho họ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hao tài tốn của sao? Khi cần dùng đến sức dân,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lựa chọn đối tƣợng (thời gian, tình hình và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cụ thể) có thể lao động để đi làm, vậy còn ai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oán thán đây? Mong có đƣợc nền chính trị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thì liền thực thi và đạt đƣợc điều nhân nghĩa,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gì để nói về việc tham cầu nữa? Ngƣời quân tử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nhân xử thế, dẫu nhiều hay ít, cao quý hay thấp hèn, </w:t>
      </w:r>
    </w:p>
    <w:p>
      <w:pPr>
        <w:autoSpaceDN w:val="0"/>
        <w:autoSpaceDE w:val="0"/>
        <w:widowControl/>
        <w:spacing w:line="346" w:lineRule="exact" w:before="1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294 </w:t>
      </w:r>
    </w:p>
    <w:p>
      <w:pPr>
        <w:sectPr>
          <w:pgSz w:w="9072" w:h="13608"/>
          <w:pgMar w:top="464" w:right="104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2" w:right="3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6" w:lineRule="exact" w:before="132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không dám bất kính, điều này chẳng phải trong tâm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 thái mà không ngạo mạn sao? Ngƣời quân tử chỉnh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đốn mũ áo, dáng vẻ thanh tao, khiến ngƣời thấy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dáng vẻ trang nghiêm mà sinh lòng kính nể, điều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chẳng phải có oai nghi mà không hung tợn hay sao? </w:t>
      </w:r>
    </w:p>
    <w:p>
      <w:pPr>
        <w:autoSpaceDN w:val="0"/>
        <w:autoSpaceDE w:val="0"/>
        <w:widowControl/>
        <w:spacing w:line="332" w:lineRule="exact" w:before="29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Trƣơng lại hỏi: </w:t>
      </w:r>
    </w:p>
    <w:p>
      <w:pPr>
        <w:autoSpaceDN w:val="0"/>
        <w:autoSpaceDE w:val="0"/>
        <w:widowControl/>
        <w:spacing w:line="412" w:lineRule="exact" w:before="25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-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Xin thƣa bốn việc xấu xa là gì? </w:t>
      </w:r>
    </w:p>
    <w:p>
      <w:pPr>
        <w:autoSpaceDN w:val="0"/>
        <w:autoSpaceDE w:val="0"/>
        <w:widowControl/>
        <w:spacing w:line="332" w:lineRule="exact" w:before="286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liền trả lời: </w:t>
      </w:r>
    </w:p>
    <w:p>
      <w:pPr>
        <w:autoSpaceDN w:val="0"/>
        <w:autoSpaceDE w:val="0"/>
        <w:widowControl/>
        <w:spacing w:line="412" w:lineRule="exact" w:before="25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-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trị vì mà trƣớc đó không giáo hóa ngƣời dân,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khi họ phạm tội thì liền chém đầu xử trảm, đây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tàn nhẫn; khi trị vì mà trƣớc đó không cảnh báo nhiều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lần, rồi lại lập tức muốn thấy thành quả, đây là áp bức;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mệnh lệnh ban bố rất chậm nhƣng thời hạn yêu cầu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hoàn thành gấp vội và không nới lỏng, đây chính là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hại dân chúng; phân phát tiền bạc và vật phẩm cho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dân, đến khi ban phát lại rất keo kiệt, đây đƣợc gọi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lại bủn xỉn. </w:t>
      </w:r>
    </w:p>
    <w:p>
      <w:pPr>
        <w:autoSpaceDN w:val="0"/>
        <w:autoSpaceDE w:val="0"/>
        <w:widowControl/>
        <w:spacing w:line="374" w:lineRule="exact" w:before="24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(Cuốn 16. </w:t>
      </w:r>
      <w:r>
        <w:rPr>
          <w:rFonts w:ascii="Times New Roman Italic" w:hAnsi="Times New Roman Italic" w:eastAsia="Times New Roman Italic"/>
          <w:b w:val="0"/>
          <w:i/>
          <w:color w:val="000000"/>
          <w:sz w:val="28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) </w:t>
      </w:r>
    </w:p>
    <w:p>
      <w:pPr>
        <w:autoSpaceDN w:val="0"/>
        <w:autoSpaceDE w:val="0"/>
        <w:widowControl/>
        <w:spacing w:line="416" w:lineRule="exact" w:before="23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317 ~ </w:t>
      </w:r>
    </w:p>
    <w:p>
      <w:pPr>
        <w:autoSpaceDN w:val="0"/>
        <w:autoSpaceDE w:val="0"/>
        <w:widowControl/>
        <w:spacing w:line="280" w:lineRule="exact" w:before="302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夫人君欲治者，既達專持刑德之柄矣，位必使當其</w:t>
      </w:r>
    </w:p>
    <w:p>
      <w:pPr>
        <w:autoSpaceDN w:val="0"/>
        <w:autoSpaceDE w:val="0"/>
        <w:widowControl/>
        <w:spacing w:line="364" w:lineRule="exact" w:before="0" w:after="102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德，祿必使當其功，官必使當其能。此三者治亂之本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也。位當其德，則賢者居上，不肖者居下；祿當其功，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則有勞者勸，無勞者慕。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4"/>
        <w:gridCol w:w="3464"/>
      </w:tblGrid>
      <w:tr>
        <w:trPr>
          <w:trHeight w:hRule="exact" w:val="596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6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政要論） </w:t>
            </w:r>
          </w:p>
        </w:tc>
      </w:tr>
    </w:tbl>
    <w:p>
      <w:pPr>
        <w:autoSpaceDN w:val="0"/>
        <w:autoSpaceDE w:val="0"/>
        <w:widowControl/>
        <w:spacing w:line="346" w:lineRule="exact" w:before="2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10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quân vƣơng muốn khiến thiên hạ đƣợc thái </w:t>
      </w:r>
    </w:p>
    <w:p>
      <w:pPr>
        <w:autoSpaceDN w:val="0"/>
        <w:autoSpaceDE w:val="0"/>
        <w:widowControl/>
        <w:spacing w:line="364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bình thịnh trị và đã hiểu rằng phải tận dụng triệt để sức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 của luật pháp và sự nghiệp giáo hóa đạo đức,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phong tƣớc vị cho ngƣời nhất định phải tƣơng xứng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đức hạnh của họ, ban tặng bổng lộc cho ngƣời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phải tƣơng đƣơng với công lao của họ và phong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chức vị cho ngƣời cũng nhất định phải phù hợp với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năng của họ. Ba điều này là gốc rễ của việc thái bình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loạn lạc. Khi địa vị và đức hạnh tƣơng xứng, vậy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đức độ tài ba sẽ ở địa vị cao quý và ngƣời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đủ tài đức sẽ ở địa vị thấp hơn; khi bổng lộc và công lao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tƣơng đƣơng, ngƣời có công sẽ đƣợc khích lệ và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công lao sẽ trông vào đó để nỗ lực. </w:t>
      </w:r>
    </w:p>
    <w:p>
      <w:pPr>
        <w:autoSpaceDN w:val="0"/>
        <w:autoSpaceDE w:val="0"/>
        <w:widowControl/>
        <w:spacing w:line="400" w:lineRule="exact" w:before="8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318 ~ </w:t>
      </w:r>
    </w:p>
    <w:p>
      <w:pPr>
        <w:autoSpaceDN w:val="0"/>
        <w:autoSpaceDE w:val="0"/>
        <w:widowControl/>
        <w:spacing w:line="280" w:lineRule="exact" w:before="14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國亂有三事：年飢民散，無食以之則亂；治國無法</w:t>
      </w:r>
    </w:p>
    <w:p>
      <w:pPr>
        <w:autoSpaceDN w:val="0"/>
        <w:autoSpaceDE w:val="0"/>
        <w:widowControl/>
        <w:spacing w:line="364" w:lineRule="exact" w:before="0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則亂；有法而不能用則亂。有食以聚民，有法而能行，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國不治，未之有也。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尹文子）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364" w:right="36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nhân khiến cho đất nƣớc hỗn loạn có ba: </w:t>
      </w:r>
    </w:p>
    <w:p>
      <w:pPr>
        <w:autoSpaceDN w:val="0"/>
        <w:autoSpaceDE w:val="0"/>
        <w:widowControl/>
        <w:spacing w:line="412" w:lineRule="exact" w:before="23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Gặp cảnh mất mùa đói kém, ngƣời dân không </w:t>
      </w:r>
    </w:p>
    <w:p>
      <w:pPr>
        <w:autoSpaceDN w:val="0"/>
        <w:autoSpaceDE w:val="0"/>
        <w:widowControl/>
        <w:spacing w:line="360" w:lineRule="exact" w:before="0" w:after="0"/>
        <w:ind w:left="954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chốn dung thân, quân vƣơng lại không có lƣơng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để hội tụ và an định nhân dân. Đất nƣớc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hỗn loạn; </w:t>
      </w:r>
    </w:p>
    <w:p>
      <w:pPr>
        <w:autoSpaceDN w:val="0"/>
        <w:autoSpaceDE w:val="0"/>
        <w:widowControl/>
        <w:spacing w:line="346" w:lineRule="exact" w:before="1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2" w:lineRule="exact" w:before="11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trị quốc mà không có thể chế pháp lệnh. </w:t>
      </w:r>
    </w:p>
    <w:p>
      <w:pPr>
        <w:autoSpaceDN w:val="0"/>
        <w:autoSpaceDE w:val="0"/>
        <w:widowControl/>
        <w:spacing w:line="356" w:lineRule="exact" w:before="0" w:after="0"/>
        <w:ind w:left="954" w:right="95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sẽ hỗn loạn; </w:t>
      </w:r>
    </w:p>
    <w:p>
      <w:pPr>
        <w:autoSpaceDN w:val="0"/>
        <w:autoSpaceDE w:val="0"/>
        <w:widowControl/>
        <w:spacing w:line="412" w:lineRule="exact" w:before="1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có đƣợc thể chế pháp lệnh nhƣng không thể </w:t>
      </w:r>
    </w:p>
    <w:p>
      <w:pPr>
        <w:autoSpaceDN w:val="0"/>
        <w:autoSpaceDE w:val="0"/>
        <w:widowControl/>
        <w:spacing w:line="360" w:lineRule="exact" w:before="0" w:after="0"/>
        <w:ind w:left="954" w:right="2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thi một cách quán triệt. Đất nƣớc cũng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hỗn loạn; </w:t>
      </w:r>
    </w:p>
    <w:p>
      <w:pPr>
        <w:autoSpaceDN w:val="0"/>
        <w:autoSpaceDE w:val="0"/>
        <w:widowControl/>
        <w:spacing w:line="332" w:lineRule="exact" w:before="29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có đủ lƣơng thực để có thể hội tụ và an định </w:t>
      </w:r>
    </w:p>
    <w:p>
      <w:pPr>
        <w:autoSpaceDN w:val="0"/>
        <w:autoSpaceDE w:val="0"/>
        <w:widowControl/>
        <w:spacing w:line="370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dân, có thể chế pháp lệnh kiện toàn và lại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thi một cách quán triệt, vậy mà đất nƣớc vẫn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trị vì đƣợc tốt, đây là việc xƣa nay chƣa từng có.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Doãn 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GIÁN GIỚI [BÀI HỌC CẢNH GIÁC] </w:t>
      </w:r>
    </w:p>
    <w:p>
      <w:pPr>
        <w:autoSpaceDN w:val="0"/>
        <w:autoSpaceDE w:val="0"/>
        <w:widowControl/>
        <w:spacing w:line="416" w:lineRule="exact" w:before="21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319 ~ </w:t>
      </w:r>
    </w:p>
    <w:p>
      <w:pPr>
        <w:autoSpaceDN w:val="0"/>
        <w:autoSpaceDE w:val="0"/>
        <w:widowControl/>
        <w:spacing w:line="306" w:lineRule="exact" w:before="27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孔子觀於明堂，睹四方治墉，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墉，牆。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有堯、舜、桀、</w:t>
      </w:r>
    </w:p>
    <w:p>
      <w:pPr>
        <w:autoSpaceDN w:val="0"/>
        <w:autoSpaceDE w:val="0"/>
        <w:widowControl/>
        <w:spacing w:line="364" w:lineRule="exact" w:before="0" w:after="100"/>
        <w:ind w:left="30" w:right="9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紂之象，而各有善惡之狀、興廢之誡焉。又有周公相成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王，抱之而負斧扆，南面以朝諸侯之圖焉。孔子徘徊而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望之，謂從者曰：『此則周之所以盛也！夫明鏡者所以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察形，往古者所以知今。人主不務襲跡於其所以安存，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而忽怠於所以危亡，是猶未有以異於卻步而欲求及前人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也，豈非惑哉？』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7.9999999999998" w:type="dxa"/>
      </w:tblPr>
      <w:tblGrid>
        <w:gridCol w:w="3465"/>
        <w:gridCol w:w="3465"/>
      </w:tblGrid>
      <w:tr>
        <w:trPr>
          <w:trHeight w:hRule="exact" w:val="446"/>
        </w:trPr>
        <w:tc>
          <w:tcPr>
            <w:tcW w:type="dxa" w:w="31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 </w:t>
            </w:r>
          </w:p>
        </w:tc>
        <w:tc>
          <w:tcPr>
            <w:tcW w:type="dxa" w:w="18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孔子家語） </w:t>
            </w:r>
          </w:p>
        </w:tc>
      </w:tr>
    </w:tbl>
    <w:p>
      <w:pPr>
        <w:autoSpaceDN w:val="0"/>
        <w:autoSpaceDE w:val="0"/>
        <w:widowControl/>
        <w:spacing w:line="414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4" w:lineRule="exact" w:before="5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Khổng Tử thăm quan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Minh Đường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35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của nƣớc </w:t>
      </w:r>
    </w:p>
    <w:p>
      <w:pPr>
        <w:autoSpaceDN w:val="0"/>
        <w:tabs>
          <w:tab w:pos="2910" w:val="left"/>
        </w:tabs>
        <w:autoSpaceDE w:val="0"/>
        <w:widowControl/>
        <w:spacing w:line="294" w:lineRule="exact" w:before="3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Chu, ngài nhìn thấy trên các bức tƣờng bốn phía đều vẽ </w:t>
      </w:r>
      <w:r>
        <w:br/>
      </w:r>
      <w:r>
        <w:tab/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35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Minh Đƣờng là nơi mà bậc đế vƣơng công bố pháp lệnh và cử hành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đại lễ. </w:t>
      </w:r>
    </w:p>
    <w:p>
      <w:pPr>
        <w:autoSpaceDN w:val="0"/>
        <w:autoSpaceDE w:val="0"/>
        <w:widowControl/>
        <w:spacing w:line="346" w:lineRule="exact" w:before="1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46" w:lineRule="exact" w:before="15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bức họa của vua Nghiêu, vua Thuấn, Hạ Kiệt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Trụ. Dƣới mỗi bức họa đều ghi lại việc làm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những vết nhơ của họ, cùng những lời răn dạy về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hƣng thịnh hay suy vong. Lại có cả bức họa khi Chu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phò tá Thành Vƣơng, ngài ôm Thành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lòng, lƣng tựa bức bình phong có hình chiếc rìu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mặt hƣớng phía nam mà ngồi tiếp các chƣ hầu đến yết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kiến. Khổng Tử cứ đi qua đi lại và nhìn ngắm kỹ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bức họa này, rồi nói với các học trò tháp tùng: “Đây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nguyên nhân khiến triều đại nhà Chu phồn vinh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hƣng thịnh đến vậy! Tấm gƣơng là để quan sát dung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mạo, còn lịch sử lại đƣợc dùng để nhìn rõ hiện thực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tiên đoán tƣơng lai. Nếu quân vƣơng đã không nỗ lực kế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thừa đạo lý có thể khiến thời đại của bậc thánh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 đƣợc đời đời hƣng thịnh và thái bình, lại còn lơ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với những nguyên nhân khiến quân chủ khiến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bị nguy vong, điều này chẳng khác chi cứ đi lùi về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phía sau nhƣng lại muốn đuổi kịp ngƣời ở phía trƣớc,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chẳng phải là rất hàm hồ hay sao?” </w:t>
      </w:r>
    </w:p>
    <w:p>
      <w:pPr>
        <w:autoSpaceDN w:val="0"/>
        <w:autoSpaceDE w:val="0"/>
        <w:widowControl/>
        <w:spacing w:line="400" w:lineRule="exact" w:before="22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90" w:lineRule="exact" w:before="248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320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8"/>
        </w:trPr>
        <w:tc>
          <w:tcPr>
            <w:tcW w:type="dxa" w:w="59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8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古人有言曰：『人無于水鑒，當于民鑒。』</w:t>
            </w:r>
          </w:p>
        </w:tc>
        <w:tc>
          <w:tcPr>
            <w:tcW w:type="dxa" w:w="9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古賢聖有言，</w:t>
            </w:r>
          </w:p>
        </w:tc>
      </w:tr>
      <w:tr>
        <w:trPr>
          <w:trHeight w:hRule="exact" w:val="880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74" w:val="left"/>
              </w:tabs>
              <w:autoSpaceDE w:val="0"/>
              <w:widowControl/>
              <w:spacing w:line="182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人無於水鑒，當於民鑒也。視水見己形，視民行事見吉凶。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今惟殷墜命，我其可弗大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今惟殷紂無道，墜失天命，我其可不大視為戒也。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鑑？</w:t>
            </w:r>
          </w:p>
        </w:tc>
      </w:tr>
      <w:tr>
        <w:trPr>
          <w:trHeight w:hRule="exact" w:val="1140"/>
        </w:trPr>
        <w:tc>
          <w:tcPr>
            <w:tcW w:type="dxa" w:w="55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2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16" w:right="1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346" w:lineRule="exact" w:before="6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112" w:right="11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108" w:right="10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Cổ nhân có câu châm ngôn rằng: “Ngƣời ta không </w:t>
      </w:r>
    </w:p>
    <w:p>
      <w:pPr>
        <w:autoSpaceDN w:val="0"/>
        <w:autoSpaceDE w:val="0"/>
        <w:widowControl/>
        <w:spacing w:line="366" w:lineRule="exact" w:before="0" w:after="0"/>
        <w:ind w:left="30" w:right="10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lấy mặt nƣớc làm tấm gƣơng để soi bóng mình,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nên xem thần dân làm tấm gƣơng phản chiếu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kiểm điểm bản thân.” Đến nay, nhà Thƣơng đã để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mệnh của mình, chúng ta lẽ nào còn không suy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ngẫm sâu sa và xem việc hai nhà Ân - Thƣơng bị diệt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vong làm bài học lớn hay sao? </w:t>
      </w:r>
    </w:p>
    <w:p>
      <w:pPr>
        <w:autoSpaceDN w:val="0"/>
        <w:autoSpaceDE w:val="0"/>
        <w:widowControl/>
        <w:spacing w:line="400" w:lineRule="exact" w:before="84" w:after="0"/>
        <w:ind w:left="98" w:right="9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321 ~ </w:t>
      </w:r>
    </w:p>
    <w:p>
      <w:pPr>
        <w:autoSpaceDN w:val="0"/>
        <w:autoSpaceDE w:val="0"/>
        <w:widowControl/>
        <w:spacing w:line="280" w:lineRule="exact" w:before="142" w:after="0"/>
        <w:ind w:left="174" w:right="17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殷君喜以人餧虎；喜割人心；喜殺孕婦；喜殺人之</w:t>
      </w:r>
    </w:p>
    <w:p>
      <w:pPr>
        <w:autoSpaceDN w:val="0"/>
        <w:autoSpaceDE w:val="0"/>
        <w:widowControl/>
        <w:spacing w:line="364" w:lineRule="exact" w:before="2" w:after="100"/>
        <w:ind w:left="30" w:right="168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父，孤人之子；喜奪；喜誣；以信為欺，欺者為真；以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忠為不忠；忠諫者死，阿諛者賞；以君子為下；急令暴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取；好田獵，出入不時；喜治宮室脩臺池，日夜無已；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喜為酒池肉林糟丘，而牛飲者三千飲人；無長幼之序，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貴賤之禮；喜聽讒用舉，無功者賞，無德者富；所愛專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制而擅令，無禮義，無忠信，無聖人，無賢士，無法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度，無升斛，無尺丈，無稱衡。此殷國之大妖也。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504"/>
        <w:gridCol w:w="3504"/>
      </w:tblGrid>
      <w:tr>
        <w:trPr>
          <w:trHeight w:hRule="exact" w:val="44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3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0" w:right="12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102" w:right="10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Trụ Vƣơng lừng danh bởi sự bạo tàn của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mình, hắn thích thú với việc dùng ngƣời để làm mồi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hổ; thích thú với việc moi tim ngƣời; thích thú với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rạch bụng thai phụ; thích thú với việc giết cha của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khiến họ trở thành trẻ côi cút; thích chiếm đoạt; ƣa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 dối; xem thành tín là dối trá và coi dối trá là chân thật;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lòng trung thành là bất trung; khi ngƣời thật lòng </w:t>
      </w:r>
    </w:p>
    <w:p>
      <w:pPr>
        <w:autoSpaceDN w:val="0"/>
        <w:autoSpaceDE w:val="0"/>
        <w:widowControl/>
        <w:spacing w:line="346" w:lineRule="exact" w:before="192" w:after="0"/>
        <w:ind w:left="3236" w:right="32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96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34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giải liền bị xử trảm và kẻ a dua bợ đỡ lại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thƣởng; xem ngƣời quân tử nhƣ kẻ thấp hèn; ban bố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lệnh thì hà khắc và hấp tấp, rồi thì bạo ngƣợc ngang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tàng; ƣa thích săn bắt và bất chấp không tuân theo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vụ; không ngừng xây sửa cung điện, đền đài hay ao hồ;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xây cả hồ rƣợu, thịt chất thành đống và ngũ cốc để nấu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rƣợu chất cao nhƣ núi, lại còn hô hào đến ba nghìn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uống nhƣ điên cuồng; không phân biệt thứ bậc già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trẻ; không có lễ tiết tôn ti; ƣa thích và tin nghe lời nịnh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bợ của kẻ gian tà, để rồi trọng dụng những kẻ do bọn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cử, khiến ngƣời không có công đƣợc ban thƣởng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thất đức đƣợc giàu sang; ƣa thích chuyên quyền và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bằng luật lệ bất công; không có lễ nghĩa, cũng chẳng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trung tín, trong mắt không có bậc thánh nhân,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hiền tài, đất nƣớc không có luật pháp,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tiêu chuẩn thống nhất để đo lƣờng dung lƣợng, độ dài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trọng lƣợng. Đây đều là những việc bất thƣờng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quái đản của nƣớc Ân. </w:t>
      </w:r>
    </w:p>
    <w:p>
      <w:pPr>
        <w:autoSpaceDN w:val="0"/>
        <w:autoSpaceDE w:val="0"/>
        <w:widowControl/>
        <w:spacing w:line="426" w:lineRule="exact" w:before="2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416" w:lineRule="exact" w:before="24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322 ~ </w:t>
      </w:r>
    </w:p>
    <w:p>
      <w:pPr>
        <w:autoSpaceDN w:val="0"/>
        <w:autoSpaceDE w:val="0"/>
        <w:widowControl/>
        <w:spacing w:line="280" w:lineRule="exact" w:before="302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昔秦所以亡天下者，但坐賞輕而罰重，刑政錯亂。</w:t>
      </w:r>
    </w:p>
    <w:p>
      <w:pPr>
        <w:autoSpaceDN w:val="0"/>
        <w:autoSpaceDE w:val="0"/>
        <w:widowControl/>
        <w:spacing w:line="364" w:lineRule="exact" w:before="2" w:after="182"/>
        <w:ind w:left="30" w:right="98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民力盡於奢侈，目眩於美色，志濁於財寶，邪臣在位，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賢哲隱藏，百姓業業，天下苦之，是以遂有覆巢破卵之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憂。漢所以疆者，躬行誠信，聽諫納賢，惠及負薪，躬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請巖穴，廣採博察，以成其謀。此往事之明證也。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7"/>
        <w:gridCol w:w="3467"/>
      </w:tblGrid>
      <w:tr>
        <w:trPr>
          <w:trHeight w:hRule="exact" w:val="770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（卷二十八 </w:t>
            </w:r>
          </w:p>
        </w:tc>
        <w:tc>
          <w:tcPr>
            <w:tcW w:type="dxa" w:w="16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吳志下） </w:t>
            </w:r>
          </w:p>
        </w:tc>
      </w:tr>
    </w:tbl>
    <w:p>
      <w:pPr>
        <w:autoSpaceDN w:val="0"/>
        <w:autoSpaceDE w:val="0"/>
        <w:widowControl/>
        <w:spacing w:line="346" w:lineRule="exact" w:before="3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300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Sở dĩ nhà Tần để mất thiên hạ chính là bởi ban </w:t>
      </w:r>
    </w:p>
    <w:p>
      <w:pPr>
        <w:autoSpaceDN w:val="0"/>
        <w:autoSpaceDE w:val="0"/>
        <w:widowControl/>
        <w:spacing w:line="364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thƣởng rất ít mà hình phạt lại nặng nề, hình phạt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mệnh lệnh triều đình thì hỗn loạn. Sự xa xỉ của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khiến sức dân cạn kiệt và đôi mắt của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bị sắc đẹp khiến cho mê hoặc, tâm trí lại bị bào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mòn và vấy bẩn bởi tiền bạc vật chất, quan lại gian tà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nắm quyền và bậc hiền tài lại lui về ở ẩn, nhân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 lắng sợ hãi, ngƣời trong thiên hạ đều cảm nhận sâu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sắc cảnh thống khổ, bởi vậy mà cuối cùng đã gặp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họa nƣớc mất nhà tan. Nguyên nhân khiến triều đình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 Hán sở dĩ đƣợc cƣờng thịnh chính là ở việc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chủ đích thân thực hành thành tín, lắng nghe lời khuyên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can, chiêu mộ bậc hiền tài, ban ân huệ đến cả ngƣời thấp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hèn, đích thân đi mời ngƣời tài ẩn dật xuống núi, lắng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ý kiến một cách rộng khắp, suy xét toàn diện và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mà thành tựu đƣợc mƣu lƣợc lớn lao của mình.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là những bằng chứng sống động từ lịch sử.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Ngô Chí –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Hạ)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323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王國富民，霸國富士，僅存之國富大夫，亡國富倉</w:t>
      </w:r>
    </w:p>
    <w:p>
      <w:pPr>
        <w:autoSpaceDN w:val="0"/>
        <w:autoSpaceDE w:val="0"/>
        <w:widowControl/>
        <w:spacing w:line="282" w:lineRule="exact" w:before="80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府。是謂上溢而下漏，故患無所救。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尉繚子）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10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mà thực thi đƣờng lối xƣng vƣơng sẽ ra </w:t>
      </w:r>
    </w:p>
    <w:p>
      <w:pPr>
        <w:autoSpaceDN w:val="0"/>
        <w:autoSpaceDE w:val="0"/>
        <w:widowControl/>
        <w:spacing w:line="332" w:lineRule="exact" w:before="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sức để khiến ngƣời dân sung túc; đất nƣớc thực thi theo </w:t>
      </w:r>
    </w:p>
    <w:p>
      <w:pPr>
        <w:autoSpaceDN w:val="0"/>
        <w:autoSpaceDE w:val="0"/>
        <w:widowControl/>
        <w:spacing w:line="346" w:lineRule="exact" w:before="2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3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 lối xƣng bá sẽ ra sức khiến nhân sĩ sung túc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mãn nguyện; đối với đất nƣớc chỉ đủ để sinh tồn, tầng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lớp quan viên và quý tộc sẽ đặc biệt giàu có; còn đối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đang bên bờ của sự diệt vong, lƣơng khố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ngân khố của quân chủ vô cùng dồi dào phong phú.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cảnh tầng lớp ở trên giàu có đến độ tràn trề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dân bên dƣới lại khốn khổ khôn xiết mà ngƣời ta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nói đến, cứ nhƣ thế này, một khi có tai họa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sẽ không thể cứu vãn.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Úy Liêu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324 ~ </w:t>
      </w:r>
    </w:p>
    <w:p>
      <w:pPr>
        <w:autoSpaceDN w:val="0"/>
        <w:autoSpaceDE w:val="0"/>
        <w:widowControl/>
        <w:spacing w:line="280" w:lineRule="exact" w:before="142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《周書》曰：『天子見怪則脩德，諸侯見怪則脩</w:t>
      </w:r>
    </w:p>
    <w:p>
      <w:pPr>
        <w:autoSpaceDN w:val="0"/>
        <w:autoSpaceDE w:val="0"/>
        <w:widowControl/>
        <w:spacing w:line="364" w:lineRule="exact" w:before="0" w:after="18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政，大夫見怪則脩職，士庶見怪則脩身。』神不能傷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道，妖亦不能害德。及衰世薄俗，君臣多淫驕失政，士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庶多邪心惡行，是以數有災異變怪。又不能內自省視，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畏天戒，而反外考謗議，求聞厥故，惑於佞愚，而以自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詿誤，而令患禍得就，皆違天逆道者也。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7.9999999999998" w:type="dxa"/>
      </w:tblPr>
      <w:tblGrid>
        <w:gridCol w:w="3465"/>
        <w:gridCol w:w="3465"/>
      </w:tblGrid>
      <w:tr>
        <w:trPr>
          <w:trHeight w:hRule="exact" w:val="930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（卷四十四 </w:t>
            </w:r>
          </w:p>
        </w:tc>
        <w:tc>
          <w:tcPr>
            <w:tcW w:type="dxa" w:w="18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桓子新論） </w:t>
            </w:r>
          </w:p>
        </w:tc>
      </w:tr>
    </w:tbl>
    <w:p>
      <w:pPr>
        <w:autoSpaceDN w:val="0"/>
        <w:autoSpaceDE w:val="0"/>
        <w:widowControl/>
        <w:spacing w:line="416" w:lineRule="exact" w:before="4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[Dật Chu Thƣ] viết rằng: “Bậc thiên tử khi </w:t>
      </w:r>
    </w:p>
    <w:p>
      <w:pPr>
        <w:autoSpaceDN w:val="0"/>
        <w:autoSpaceDE w:val="0"/>
        <w:widowControl/>
        <w:spacing w:line="358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hiện tƣợng kì quái liền tu dƣỡng đức hạnh, các chƣ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hầu khi thấy hiện tƣợng kì quái liền cải tổ đƣờng lối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và giáo hóa, đại phu khi thấy hiện tƣợng kì quái liền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tận trung và tận hết trách nhiệm để chấn chỉnh chính sự,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nhân sĩ và thần dân khi thấy hiện tƣợng kì quái liền </w:t>
      </w:r>
    </w:p>
    <w:p>
      <w:pPr>
        <w:autoSpaceDN w:val="0"/>
        <w:autoSpaceDE w:val="0"/>
        <w:widowControl/>
        <w:spacing w:line="346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3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dƣỡng bản thân.” Thần linh không thể tổn thƣơng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và yêu ma cũng chẳng thể khiến nhân đức bị suy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yếu. Nhƣng khi thế đạo suy đồi, nếp sống ngày một sa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sút, vua tôi đa phần ngạo mạn, xa xỉ và dâm dật, triều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đình hỗn loạn, nhân sĩ và ngƣời dân cũng phần đông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tâm nham hiểm, làm điều xấu ác triền miên, bởi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thiên tai bất thƣờng liên tiếp xảy ra. Vậy mà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tự mình kiểm điểm, khiếp sợ trƣớc sự cảnh báo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đất trời, ngƣợc lại cứ hƣớng ngoại kiếm tìm và trách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cứ, rồi lại cầu xin thần linh cho biết nguyên nhân xảy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họa, để rồi từ đó lại bị kẻ tiểu nhân ngu muội gian tà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mê hoặc mà lầm đƣờng lạc lối và khiến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họa nảy sinh. Đây đều là do đi ngƣợc với đạo lý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trời, đi ngƣợc với đạo nghĩa mà ra.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Hoàn Tử Tân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325 ~ </w:t>
      </w:r>
    </w:p>
    <w:p>
      <w:pPr>
        <w:autoSpaceDN w:val="0"/>
        <w:autoSpaceDE w:val="0"/>
        <w:widowControl/>
        <w:spacing w:line="280" w:lineRule="exact" w:before="300" w:after="3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仲叔于奚救孫桓子，桓子是以免。既，衛人賞之以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366"/>
        </w:trPr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邑，</w:t>
            </w:r>
          </w:p>
        </w:tc>
        <w:tc>
          <w:tcPr>
            <w:tcW w:type="dxa" w:w="53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賞于奚也。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辭，請曲縣、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軒，縣也。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繁纓以朝，許之。</w:t>
            </w:r>
          </w:p>
        </w:tc>
        <w:tc>
          <w:tcPr>
            <w:tcW w:type="dxa" w:w="9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繁纓，馬飾，</w:t>
            </w:r>
          </w:p>
        </w:tc>
      </w:tr>
      <w:tr>
        <w:trPr>
          <w:trHeight w:hRule="exact" w:val="362"/>
        </w:trPr>
        <w:tc>
          <w:tcPr>
            <w:tcW w:type="dxa" w:w="686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皆諸侯之服也。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仲尼聞之，曰：『惜也！不如多與之邑。唯器</w:t>
            </w:r>
          </w:p>
        </w:tc>
      </w:tr>
      <w:tr>
        <w:trPr>
          <w:trHeight w:hRule="exact" w:val="378"/>
        </w:trPr>
        <w:tc>
          <w:tcPr>
            <w:tcW w:type="dxa" w:w="25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與名，不可以假人，</w:t>
            </w:r>
          </w:p>
        </w:tc>
        <w:tc>
          <w:tcPr>
            <w:tcW w:type="dxa" w:w="431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器，車服也。名，爵號也。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君之所司也，政之大</w:t>
            </w:r>
          </w:p>
        </w:tc>
      </w:tr>
    </w:tbl>
    <w:p>
      <w:pPr>
        <w:autoSpaceDN w:val="0"/>
        <w:autoSpaceDE w:val="0"/>
        <w:widowControl/>
        <w:spacing w:line="342" w:lineRule="exact" w:before="0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節也。若以假人，與人政也。政亡，則國家從之，不可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止也已。 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4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28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23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9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68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phu của Tân Trúc là Trọng Thúc Vu Hề có lần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giải cứu Tôn Lƣơng Phu, nhờ đó mà đƣợc thoát nạn.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lâu sau, vua nƣớc Vệ đem thành ấp mà ban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thƣởng cho Trọng Thúc Vu Hề, ông ta liền từ chối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thỉnh cầu ban tặng cho ông „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khúc huyền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và „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bàn anh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36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thứ mà các chƣ hầu mới đƣợc sử dụng để đến yết kiến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nƣớc Vệ và ông đƣợc đáp ứng. Khi Khổng Tử nghe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câu chuyện này liền nói: “Thật đáng tiếc nhƣờng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nào! Chi bằng thƣởng thêm cho ông ta một số thành ấp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nữa. Chỉ có lễ khí và tƣớc hiệu là không thể tùy tiện ban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phát cho ngƣời, đây là thứ mà quân vƣơng nắm giữ,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cơ sở để trị vì. Nếu những thứ này mà ban phát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tựa nhƣ trao uy quyền cho họ. Khi uy quyền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đi, đất nƣớc cũng theo đó mà sụp đổ, nhƣ vậy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cứu vãn đƣợc nữa.” </w:t>
      </w:r>
    </w:p>
    <w:p>
      <w:pPr>
        <w:autoSpaceDN w:val="0"/>
        <w:autoSpaceDE w:val="0"/>
        <w:widowControl/>
        <w:spacing w:line="400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Thị Truyện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326 ~ </w:t>
      </w:r>
    </w:p>
    <w:p>
      <w:pPr>
        <w:autoSpaceDN w:val="0"/>
        <w:autoSpaceDE w:val="0"/>
        <w:widowControl/>
        <w:spacing w:line="282" w:lineRule="exact" w:before="14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生而富者驕，生而貴者傲。生富貴而能不驕傲者，</w:t>
      </w:r>
    </w:p>
    <w:p>
      <w:pPr>
        <w:autoSpaceDN w:val="0"/>
        <w:autoSpaceDE w:val="0"/>
        <w:widowControl/>
        <w:spacing w:line="364" w:lineRule="exact" w:before="0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未之有也。今寵祿初隆，百僚觀行，當堯舜之盛世，處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光華之顯時，豈可不庶幾夙夜以永終譽？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7.9999999999998" w:type="dxa"/>
      </w:tblPr>
      <w:tblGrid>
        <w:gridCol w:w="3465"/>
        <w:gridCol w:w="3465"/>
      </w:tblGrid>
      <w:tr>
        <w:trPr>
          <w:trHeight w:hRule="exact" w:val="592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（卷二十二 </w:t>
            </w:r>
          </w:p>
        </w:tc>
        <w:tc>
          <w:tcPr>
            <w:tcW w:type="dxa" w:w="18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後漢書二） </w:t>
            </w:r>
          </w:p>
        </w:tc>
      </w:tr>
    </w:tbl>
    <w:p>
      <w:pPr>
        <w:autoSpaceDN w:val="0"/>
        <w:autoSpaceDE w:val="0"/>
        <w:widowControl/>
        <w:spacing w:line="312" w:lineRule="exact" w:before="118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36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Khúc huyền là quyền mà theo đó các chƣ hầu có thể treo các nhạc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cụ ở ba hƣớng của chính điện. Bàn anh là đồ phục sức trên thân ngựa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nhƣ dây cƣơng, dây thắng đái ngựa, v.v… của các chƣ hầu khi họ yết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kiến quân vƣơng. Những thứ này là vật dụng của quân chủ chứ không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phải của hạ thần.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24" w:lineRule="exact" w:before="3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(Thôi Nhân khuyên Đậu Hiến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37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anh trai của Đậu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Hậu thế này:) Ngƣời sinh ra vốn đã giàu có thƣờng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phóng túng và ngƣời sinh ra vốn đã có địa vị cao quý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sẽ ngạo mạn. Ngƣời sinh ra vốn đã giàu sang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không phóng túng không ngạo mạn, là việc xƣa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nay chƣa từng có. Nay ân sủng, bổng lộc và tƣớc vị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mới chỉ bắt đầu, bá quan đều đang nhìn vào hành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cử chỉ của ngài, ngài đang ở thời thịnh vƣợng nhƣ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của vua Nghiêu vua Thuấn, cũng chính là thời điểm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vinh hiển và hiển hách, sao có thể không ngày đêm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siêng năng cần mẫn để sự ngợi khen của mọi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bền lâu?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Hậu 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2) </w:t>
      </w:r>
    </w:p>
    <w:p>
      <w:pPr>
        <w:autoSpaceDN w:val="0"/>
        <w:autoSpaceDE w:val="0"/>
        <w:widowControl/>
        <w:spacing w:line="416" w:lineRule="exact" w:before="9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327 ~ </w:t>
      </w:r>
    </w:p>
    <w:p>
      <w:pPr>
        <w:autoSpaceDN w:val="0"/>
        <w:autoSpaceDE w:val="0"/>
        <w:widowControl/>
        <w:spacing w:line="282" w:lineRule="exact" w:before="140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昔陣靈之被矢，灌氏之泯族，匪降自天，口實為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之。樞機之發，榮辱之主，三緘之戒，豈欺我哉。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66.0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3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抱朴子）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kia, Trần Linh Công bị bắn chết, Quán Phu </w:t>
      </w:r>
    </w:p>
    <w:p>
      <w:pPr>
        <w:autoSpaceDN w:val="0"/>
        <w:autoSpaceDE w:val="0"/>
        <w:widowControl/>
        <w:spacing w:line="362" w:lineRule="exact" w:before="2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bị chu di cả gia tộc, tai họa không phải từ trên trời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giáng xuống mà lại là do việc nói năng gây ra. Cử chỉ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nói là điểm mấu chốt của đời ngƣời, chi phối niềm </w:t>
      </w:r>
    </w:p>
    <w:p>
      <w:pPr>
        <w:autoSpaceDN w:val="0"/>
        <w:autoSpaceDE w:val="0"/>
        <w:widowControl/>
        <w:spacing w:line="304" w:lineRule="exact" w:before="288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37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Đậu Hiến không nghe theo lời khuyên của Thôi Nhân. Sau đó lập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mƣu soán ngôi, bị Hán Hòa Đế biết đƣợc và xử tội chết.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38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vinh dự hay nỗi ô nhục của con ngƣời. Lời cảnh báo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ngƣời xƣa về việc “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dán miệng ba lần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38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lẽ nào là dối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gạt chúng ta sao? </w:t>
      </w:r>
    </w:p>
    <w:p>
      <w:pPr>
        <w:autoSpaceDN w:val="0"/>
        <w:autoSpaceDE w:val="0"/>
        <w:widowControl/>
        <w:spacing w:line="400" w:lineRule="exact" w:before="26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Bão Phác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88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5. ỨNG SỰ [ĐỐI NHÂN XỬ THẾ] </w:t>
      </w:r>
    </w:p>
    <w:p>
      <w:pPr>
        <w:autoSpaceDN w:val="0"/>
        <w:autoSpaceDE w:val="0"/>
        <w:widowControl/>
        <w:spacing w:line="416" w:lineRule="exact" w:before="21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328 ~ </w:t>
      </w:r>
    </w:p>
    <w:p>
      <w:pPr>
        <w:autoSpaceDN w:val="0"/>
        <w:autoSpaceDE w:val="0"/>
        <w:widowControl/>
        <w:spacing w:line="282" w:lineRule="exact" w:before="284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肅禮容，居中正，康道德，履仁義，敬天地，恪宗</w:t>
      </w:r>
    </w:p>
    <w:p>
      <w:pPr>
        <w:autoSpaceDN w:val="0"/>
        <w:autoSpaceDE w:val="0"/>
        <w:widowControl/>
        <w:spacing w:line="364" w:lineRule="exact" w:before="0" w:after="182"/>
        <w:ind w:left="30" w:right="98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廟，此吉祥之術也，不幸而有災，則克己責躬之所復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也。然而有禱祈之禮、史巫之事者，盡中正、竭精誠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（卷四十五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昌言）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Dung mạo nghiêm trang lễ phép, tuân theo chính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đạo, đề cao đạo đức, thực hành điều nhân nghĩa, tôn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đất trời và cung kính tổ tiên chính là phƣơng pháp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cầu nguyện điềm lành. Nếu không may có tai họa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nghiêm khắc tiết chế dục vọng cá nhân, kiểm điểm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tự trách bản thân, tất có thể quay trở về với sự cát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tƣờng. Có nhƣ vậy mới có lễ nghi cầu nguyện và chức </w:t>
      </w:r>
    </w:p>
    <w:p>
      <w:pPr>
        <w:autoSpaceDN w:val="0"/>
        <w:autoSpaceDE w:val="0"/>
        <w:widowControl/>
        <w:spacing w:line="312" w:lineRule="exact" w:before="190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38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Khi thăm quan tông miếu của nhà Chu, Khổng Tử thấy phía trƣớc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bậc thềm bên phải có tƣợng ngƣời bằng đồng và miệng bị bịt kín. Sau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lƣng bức tƣợng có khắc chữ: “Đây là ngƣời nói năng cẩn trọng thời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xƣa. Phải chú ý! Phải chú ý! Đừng nói nhiều, nói nhiều thất bại tất sẽ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nhiều; chớ có ôm đồm, ôm đồm tai họa tất sẽ nhiều.”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70" w:lineRule="exact" w:before="128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trách nhƣ quan viên chuyên việc tế lễ hay thầy cúng,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mục đích chính là để khơi dậy tinh thần chính trực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kính.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Xương Ngôn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89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329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高於人之上者，必有以應於人。其察之也視下，視</w:t>
      </w:r>
    </w:p>
    <w:p>
      <w:pPr>
        <w:autoSpaceDN w:val="0"/>
        <w:autoSpaceDE w:val="0"/>
        <w:widowControl/>
        <w:spacing w:line="364" w:lineRule="exact" w:before="0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下者見之詳矣。人君誠能知所不知，不遺燈燭童昏之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見，故無不可知而不知也。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7.9999999999998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8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劉廙政論）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trên cao hơn tất thảy nhất định phải có thái </w:t>
      </w:r>
    </w:p>
    <w:p>
      <w:pPr>
        <w:autoSpaceDN w:val="0"/>
        <w:autoSpaceDE w:val="0"/>
        <w:widowControl/>
        <w:spacing w:line="362" w:lineRule="exact" w:before="2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 và phƣơng pháp thỏa đáng khi đối đãi với ngƣời.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quan sát vấn đề từ tầng lớp thấp nhất và hiểu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tình hình bên dƣới. Từ giai tầng thấp, họ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tìm hiểu một cách rõ ràng và tỏ tƣờng. Bậc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thực sự có thể hiểu đƣợc những điều mà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vẫn chƣa biết sẽ không lơ là với nhân tình thế thái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phản ánh từ bên dƣới và những điều mà ngƣời ngu muội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vô tri thấy đƣợc. Bởi vậy sẽ không có chuyện gì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hiểu mà không thể làm rõ ngọn ngành cho đƣợc.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Lưu Dực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9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330 ~ </w:t>
      </w:r>
    </w:p>
    <w:p>
      <w:pPr>
        <w:autoSpaceDN w:val="0"/>
        <w:autoSpaceDE w:val="0"/>
        <w:widowControl/>
        <w:spacing w:line="280" w:lineRule="exact" w:before="300" w:after="0"/>
        <w:ind w:left="172" w:right="17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人主不周密，則正言直行之士危；正言直行之士</w:t>
      </w:r>
    </w:p>
    <w:p>
      <w:pPr>
        <w:autoSpaceDN w:val="0"/>
        <w:autoSpaceDE w:val="0"/>
        <w:widowControl/>
        <w:spacing w:line="362" w:lineRule="exact" w:before="4" w:after="182"/>
        <w:ind w:left="30" w:right="168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危，則人主孤而無內；人主孤而無內，則人臣黨而成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群。使人主孤而無內，人臣黨而成群者，此非人臣之罪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也，人主之過也。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502"/>
        <w:gridCol w:w="3502"/>
      </w:tblGrid>
      <w:tr>
        <w:trPr>
          <w:trHeight w:hRule="exact" w:val="610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3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18" w:right="11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266" w:after="0"/>
        <w:ind w:left="106" w:right="10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tƣ duy và hành động của quân chủ không thận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và chu toàn, ngƣời nói lời ngay thẳng và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chính đạo sẽ lâm nguy; khi ngƣời nói lời ngay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thẳng và thực hành chính đạo lâm nguy, quân chủ sẽ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 lập và không ngƣời thân tín; khi quân chủ bị cô lập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không ngƣời thân tín, chúng thần sẽ tạo bè kết đảng.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khiến cho quân chủ bị cô lập và không ngƣời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tín, cùng với hiện tƣợng quan lại tạo bè kết đảng,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là tội của hạ thần mà là lỗi của bậc quân chủ. </w:t>
      </w:r>
    </w:p>
    <w:p>
      <w:pPr>
        <w:autoSpaceDN w:val="0"/>
        <w:autoSpaceDE w:val="0"/>
        <w:widowControl/>
        <w:spacing w:line="400" w:lineRule="exact" w:before="244" w:after="0"/>
        <w:ind w:left="94" w:right="9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331 ~ </w:t>
      </w:r>
    </w:p>
    <w:p>
      <w:pPr>
        <w:autoSpaceDN w:val="0"/>
        <w:autoSpaceDE w:val="0"/>
        <w:widowControl/>
        <w:spacing w:line="280" w:lineRule="exact" w:before="302" w:after="0"/>
        <w:ind w:left="170" w:right="17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子貢為信陽宰，將行，孔子曰：『勤之慎之，奉天</w:t>
      </w:r>
    </w:p>
    <w:p>
      <w:pPr>
        <w:autoSpaceDN w:val="0"/>
        <w:autoSpaceDE w:val="0"/>
        <w:widowControl/>
        <w:spacing w:line="364" w:lineRule="exact" w:before="0" w:after="0"/>
        <w:ind w:left="30" w:right="17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之時，無奪無伐，無暴無盜。』子貢曰：『賜也，少而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事君子，豈以盜為累哉？』孔子曰：『而未之詳也。夫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以賢代賢，是之謂奪；以不肖代賢，是之謂伐；緩令急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誅，是之謂暴；取善自與，是之謂盜。盜非竊財之謂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也。吾聞之：知為吏者，奉法以利民；不知為吏者，枉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法以侵民。此怨所由生也。匿人之善，斯謂蔽賢；揚人</w:t>
      </w:r>
    </w:p>
    <w:p>
      <w:pPr>
        <w:autoSpaceDN w:val="0"/>
        <w:autoSpaceDE w:val="0"/>
        <w:widowControl/>
        <w:spacing w:line="346" w:lineRule="exact" w:before="1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308 </w:t>
      </w:r>
    </w:p>
    <w:p>
      <w:pPr>
        <w:sectPr>
          <w:pgSz w:w="9072" w:h="13608"/>
          <w:pgMar w:top="464" w:right="96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18" w:after="102"/>
        <w:ind w:left="30" w:right="9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之惡，斯謂小人。內不相訓而外相謗，非親睦也。言人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之善，若己有之；言人之惡，若己受之。故君子無所不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慎焉。』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7.9999999999998" w:type="dxa"/>
      </w:tblPr>
      <w:tblGrid>
        <w:gridCol w:w="3463"/>
        <w:gridCol w:w="3463"/>
      </w:tblGrid>
      <w:tr>
        <w:trPr>
          <w:trHeight w:hRule="exact" w:val="448"/>
        </w:trPr>
        <w:tc>
          <w:tcPr>
            <w:tcW w:type="dxa" w:w="31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 </w:t>
            </w:r>
          </w:p>
        </w:tc>
        <w:tc>
          <w:tcPr>
            <w:tcW w:type="dxa" w:w="18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孔子家語） </w:t>
            </w:r>
          </w:p>
        </w:tc>
      </w:tr>
    </w:tbl>
    <w:p>
      <w:pPr>
        <w:autoSpaceDN w:val="0"/>
        <w:autoSpaceDE w:val="0"/>
        <w:widowControl/>
        <w:spacing w:line="416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10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trò của Khổng Phu Tử là Tử Cống và ông </w:t>
      </w:r>
    </w:p>
    <w:p>
      <w:pPr>
        <w:autoSpaceDN w:val="0"/>
        <w:autoSpaceDE w:val="0"/>
        <w:widowControl/>
        <w:spacing w:line="368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phong chức quan địa phƣơng ở Tín Dƣơng.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sắp sửa lên đƣờng nhậm chức, ngài có chỉ bảo học trò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 </w:t>
      </w:r>
    </w:p>
    <w:p>
      <w:pPr>
        <w:autoSpaceDN w:val="0"/>
        <w:autoSpaceDE w:val="0"/>
        <w:widowControl/>
        <w:spacing w:line="400" w:lineRule="exact" w:before="242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(Khi con đến đó rồi) phải siêng năng làm việc, xử </w:t>
      </w:r>
    </w:p>
    <w:p>
      <w:pPr>
        <w:autoSpaceDN w:val="0"/>
        <w:autoSpaceDE w:val="0"/>
        <w:widowControl/>
        <w:spacing w:line="362" w:lineRule="exact" w:before="2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công việc phải thận trọng và phải tuân theo quy luật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tự nhiên. Không đƣợc „đoạt‟ (tranh giành),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„phạt‟ (công kích), không đƣợc „bạo‟ (hung hăng),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„đạo‟ (trộm cắp). </w:t>
      </w:r>
    </w:p>
    <w:p>
      <w:pPr>
        <w:autoSpaceDN w:val="0"/>
        <w:autoSpaceDE w:val="0"/>
        <w:widowControl/>
        <w:spacing w:line="400" w:lineRule="exact" w:before="242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Cống liền nói: </w:t>
      </w:r>
    </w:p>
    <w:p>
      <w:pPr>
        <w:autoSpaceDN w:val="0"/>
        <w:autoSpaceDE w:val="0"/>
        <w:widowControl/>
        <w:spacing w:line="400" w:lineRule="exact" w:before="242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Thƣa thầy, đệ tử từ nhỏ đã ở đây theo học cùng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tiên sinh, lẽ nào còn có thể phạm tội trộm cắp hay sao? </w:t>
      </w:r>
    </w:p>
    <w:p>
      <w:pPr>
        <w:autoSpaceDN w:val="0"/>
        <w:autoSpaceDE w:val="0"/>
        <w:widowControl/>
        <w:spacing w:line="400" w:lineRule="exact" w:before="240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đáp lại: </w:t>
      </w:r>
    </w:p>
    <w:p>
      <w:pPr>
        <w:autoSpaceDN w:val="0"/>
        <w:autoSpaceDE w:val="0"/>
        <w:widowControl/>
        <w:spacing w:line="400" w:lineRule="exact" w:before="24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Con vẫn chƣa hiểu sâu sắc. Việc thay thế ngƣời </w:t>
      </w:r>
    </w:p>
    <w:p>
      <w:pPr>
        <w:autoSpaceDN w:val="0"/>
        <w:autoSpaceDE w:val="0"/>
        <w:widowControl/>
        <w:spacing w:line="358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bởi một ngƣời đức hạnh khác đƣợc gọi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„đoạt‟ và việc thay thế ngƣời đức hạnh bởi một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đức hạnh đƣợc gọi là „phạt‟; luật pháp rất lỏng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lẻo nhƣng hình phạt lại rất khắc nghiệt, việc này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gọi là „bạo‟ và khi có đƣợc thành tích tốt nhƣng lại tranh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về mình, việc này đƣợc gọi là „đạo‟. Điều mà </w:t>
      </w:r>
    </w:p>
    <w:p>
      <w:pPr>
        <w:autoSpaceDN w:val="0"/>
        <w:autoSpaceDE w:val="0"/>
        <w:widowControl/>
        <w:spacing w:line="346" w:lineRule="exact" w:before="3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2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34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„đạo‟ nói đến thực ra không chỉ là lấy trộm tài sản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 đâu. Ta nghe nói: Ngƣời hiểu đƣợc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quan, sẽ có thể tuân theo kỷ cƣơng phép nƣớc để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mà mƣu cầu lợi ích và ngƣời không hiểu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làm quan sẽ đi ngƣợc với pháp luật, làm loạn kỷ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cƣơng mà xâm phạm đến lợi ích của nhân dân.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căn nguyên khiến nảy sinh nỗi lòng oán thán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vậy. Khi che giấu điều thiện của ngƣời,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vùi dập nhân tài và nếu lan truyền việc ác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đây chính là kẻ tiểu nhân. Không lặng lẽ khuyến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cáo khuyên giải mà lại gièm pha nói xấu lẫn nhau ở bên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ngoài, đây là hành vi không thiện chí và không hòa hợp.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làm đƣợc điều khi nói đến điều thiện của ngƣời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vui sƣớng vô bờ tựa nhƣ chính mình có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thiện đó và khi nói đến việc xấu ác của ngƣời, tựa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chính mình bị ngƣời khác công kích.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không có bất kì việc gì mà không cẩn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cho đƣợc. </w:t>
      </w:r>
    </w:p>
    <w:p>
      <w:pPr>
        <w:autoSpaceDN w:val="0"/>
        <w:autoSpaceDE w:val="0"/>
        <w:widowControl/>
        <w:spacing w:line="426" w:lineRule="exact" w:before="6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414" w:lineRule="exact" w:before="88" w:after="5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7"/>
        <w:gridCol w:w="3467"/>
      </w:tblGrid>
      <w:tr>
        <w:trPr>
          <w:trHeight w:hRule="exact" w:val="392"/>
        </w:trPr>
        <w:tc>
          <w:tcPr>
            <w:tcW w:type="dxa" w:w="53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子曰：『巧言亂德。小不忍，亂大謀。』</w:t>
            </w:r>
          </w:p>
        </w:tc>
        <w:tc>
          <w:tcPr>
            <w:tcW w:type="dxa" w:w="11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5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巧言利口，則亂德</w:t>
            </w:r>
          </w:p>
        </w:tc>
      </w:tr>
    </w:tbl>
    <w:p>
      <w:pPr>
        <w:autoSpaceDN w:val="0"/>
        <w:autoSpaceDE w:val="0"/>
        <w:widowControl/>
        <w:spacing w:line="140" w:lineRule="exact" w:before="30" w:after="18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義。小不忍則亂大謀。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7"/>
        <w:gridCol w:w="3467"/>
      </w:tblGrid>
      <w:tr>
        <w:trPr>
          <w:trHeight w:hRule="exact" w:val="530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104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từng nói: “Nếu có thể đem những điều </w:t>
      </w:r>
    </w:p>
    <w:p>
      <w:pPr>
        <w:autoSpaceDN w:val="0"/>
        <w:autoSpaceDE w:val="0"/>
        <w:widowControl/>
        <w:spacing w:line="362" w:lineRule="exact" w:before="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vô lý và nói thành có lý mà lại rất êm tai, những lời lẽ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đủ để khiến nhầm lẫn đức hạnh của ngƣời. Đối với </w:t>
      </w:r>
    </w:p>
    <w:p>
      <w:pPr>
        <w:autoSpaceDN w:val="0"/>
        <w:autoSpaceDE w:val="0"/>
        <w:widowControl/>
        <w:spacing w:line="346" w:lineRule="exact" w:before="6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310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2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đối với sự, nếu ở những việc nhỏ mà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nhẫn nại, sẽ làm hỏng mƣu lƣợc lớn.”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333 ~ </w:t>
      </w:r>
    </w:p>
    <w:p>
      <w:pPr>
        <w:autoSpaceDN w:val="0"/>
        <w:autoSpaceDE w:val="0"/>
        <w:widowControl/>
        <w:spacing w:line="280" w:lineRule="exact" w:before="140" w:after="44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天有四殃：水、旱、饑、荒。其至無時，非務積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516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216" w:val="left"/>
              </w:tabs>
              <w:autoSpaceDE w:val="0"/>
              <w:widowControl/>
              <w:spacing w:line="274" w:lineRule="exact" w:before="4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聚，何以備之？《夏箴》曰：『小人無兼年之食，遇天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饑，妻子非其有也；大夫無兼年之食，遇天饑，臣妾輿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馬非其有也；國無兼年之食，遇天饑，百姓非其百姓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言不遠也。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也。』戒之哉，不思禍咎無日矣。</w:t>
            </w:r>
          </w:p>
        </w:tc>
      </w:tr>
      <w:tr>
        <w:trPr>
          <w:trHeight w:hRule="exact" w:val="448"/>
        </w:trPr>
        <w:tc>
          <w:tcPr>
            <w:tcW w:type="dxa" w:w="55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（卷八 </w:t>
            </w:r>
          </w:p>
        </w:tc>
        <w:tc>
          <w:tcPr>
            <w:tcW w:type="dxa" w:w="12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14" w:right="1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周書）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10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tai có bốn loại, đó là: lũ lụt, hạn hán, lƣơng </w:t>
      </w:r>
    </w:p>
    <w:p>
      <w:pPr>
        <w:autoSpaceDN w:val="0"/>
        <w:autoSpaceDE w:val="0"/>
        <w:widowControl/>
        <w:spacing w:line="364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mất mùa và rau củ thu hoạch kém. Chúng đến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báo trƣớc, nếu không ra sức tích lũy dự trữ lƣơng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thực, thì lấy gì để đối phó đây? Trong [Hạ Châm] có viết: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“Thƣờng dân nếu không đủ lƣơng thực để dùng trong hai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năm, khi gặp cảnh đói kém mất mùa, vợ con sẽ không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thuộc về họ nữa; đại phu mà không có đủ lƣơng thực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trong hai năm, khi gặp cảnh đói kém mất mùa, nô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bộc và ngựa xe sẽ không còn thuộc về họ nữa; đất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không đủ lƣơng thực để dùng trong hai năm, khi gặp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đói kém mất mùa, trăm họ trong thiên hạ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thuộc về quân vƣơng nữa.” Phải cảnh giác chứ!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suy ngẫm về những việc này, đến khi tai họa gần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kề, thời gian sẽ chẳng đƣợc bao lâu.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~ 334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分土地，趣本業，養桑麻，盡地力也。寡功節用，</w:t>
      </w:r>
    </w:p>
    <w:p>
      <w:pPr>
        <w:autoSpaceDN w:val="0"/>
        <w:autoSpaceDE w:val="0"/>
        <w:widowControl/>
        <w:spacing w:line="282" w:lineRule="exact" w:before="84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則民自富。如是則水旱不能憂，凶年不能累也。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446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（卷四十二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鹽鐵論）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10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Đem ruộng đất mà ban phát cho nhân dân, để họ ra </w:t>
      </w:r>
    </w:p>
    <w:p>
      <w:pPr>
        <w:autoSpaceDN w:val="0"/>
        <w:autoSpaceDE w:val="0"/>
        <w:widowControl/>
        <w:spacing w:line="36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sức canh tác nông nghiệp, nuôi tằm trồng đay, phát huy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triệt để năng lực sản xuất từ ruộng đồng. Khi giảm thiểu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lao dịch, tiết kiệm chi tiêu của triều đình, nhân dân tự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nhiên sẽ giàu có trở lại. Nếu đƣợc nhƣ vậy, vậy thì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tai nhƣ lũ lụt hay hạn hán cũng không đủ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ta phải ƣu tƣ lo nghĩ và khi gặp cảnh mất mùa đói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kém cũng không đủ khiến chúng ta phải chịu khổ.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Diêm Thiết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335 ~ </w:t>
      </w:r>
    </w:p>
    <w:p>
      <w:pPr>
        <w:autoSpaceDN w:val="0"/>
        <w:autoSpaceDE w:val="0"/>
        <w:widowControl/>
        <w:spacing w:line="282" w:lineRule="exact" w:before="14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天下有信數三：一曰智有所不能立；二曰力有所不</w:t>
      </w:r>
    </w:p>
    <w:p>
      <w:pPr>
        <w:autoSpaceDN w:val="0"/>
        <w:autoSpaceDE w:val="0"/>
        <w:widowControl/>
        <w:spacing w:line="364" w:lineRule="exact" w:before="0" w:after="184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能舉；三曰強有所不能勝。故雖有堯之智，而無眾人之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助，大功不立；有烏獲之勁，而不得人助，不能自舉；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有賁、育之強，而無術法，不得長生。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5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11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韓子）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 có ba quy luật tất yếu: Thứ nhất, </w:t>
      </w:r>
    </w:p>
    <w:p>
      <w:pPr>
        <w:autoSpaceDN w:val="0"/>
        <w:autoSpaceDE w:val="0"/>
        <w:widowControl/>
        <w:spacing w:line="362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thông minh thế nào cũng có sự bất thành; thứ hai,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sức lực dẫu lớn thế nào cũng có thứ không thể nâng nổi;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ba, dẫu lớn mạnh thế nào cũng có đối thủ không thể </w:t>
      </w:r>
    </w:p>
    <w:p>
      <w:pPr>
        <w:autoSpaceDN w:val="0"/>
        <w:autoSpaceDE w:val="0"/>
        <w:widowControl/>
        <w:spacing w:line="346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3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thắng nổi. Bởi vậy, dẫu có trí tuệ của vua Nghiêu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sự trợ giúp của nhiều ngƣời, cũng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gì để gây dựng đại nghiệp; dẫu có sức mạnh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lực sĩ Ô Hoạch mà không có sự trợ giúp của ngƣời khác,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thể tự nhấc chính mình lên đƣợc; dẫu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cƣờng tráng nhƣ dũng sĩ Mạnh Bôn hay Hạ Dục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phƣơng pháp đúng đắn, cũng không thể bất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khả chiến bại.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1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6. THẬN THỦY CHUNG [THẬN TRỌNG TỪ ĐẦU CHÍ CUỐI] </w:t>
      </w:r>
    </w:p>
    <w:p>
      <w:pPr>
        <w:autoSpaceDN w:val="0"/>
        <w:autoSpaceDE w:val="0"/>
        <w:widowControl/>
        <w:spacing w:line="416" w:lineRule="exact" w:before="5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336 ~ </w:t>
      </w:r>
    </w:p>
    <w:p>
      <w:pPr>
        <w:autoSpaceDN w:val="0"/>
        <w:autoSpaceDE w:val="0"/>
        <w:widowControl/>
        <w:spacing w:line="282" w:lineRule="exact" w:before="120" w:after="102"/>
        <w:ind w:left="174" w:right="17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蒙。《象》曰：山下出泉，蒙。君子以果行育德。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2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388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250" w:after="0"/>
        <w:ind w:left="32" w:right="3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Trong [Tƣợng Truyện] của quẻ Mông có nói rằng: </w:t>
      </w:r>
    </w:p>
    <w:p>
      <w:pPr>
        <w:autoSpaceDN w:val="0"/>
        <w:autoSpaceDE w:val="0"/>
        <w:widowControl/>
        <w:spacing w:line="322" w:lineRule="exact" w:before="2" w:after="0"/>
        <w:ind w:left="30" w:right="3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“Dƣới chân núi cao có dòng suối nhỏ chảy qua, đây là tƣợng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trƣng cho việc khai mở những điều mông muội. Ngƣời quân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tử noi theo tinh thần của quẻ Mông, khi hành động mà nhƣ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nƣớc tất phải hành theo và quả quyết dứt khoát, kiên trì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>không thoái trí để trau dồi đức hạnh cao đẹp.”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39 </w:t>
      </w:r>
    </w:p>
    <w:p>
      <w:pPr>
        <w:autoSpaceDN w:val="0"/>
        <w:autoSpaceDE w:val="0"/>
        <w:widowControl/>
        <w:spacing w:line="374" w:lineRule="exact" w:before="24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28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) </w:t>
      </w:r>
    </w:p>
    <w:p>
      <w:pPr>
        <w:autoSpaceDN w:val="0"/>
        <w:autoSpaceDE w:val="0"/>
        <w:widowControl/>
        <w:spacing w:line="314" w:lineRule="exact" w:before="160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39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Nƣớc suối khi mới chảy ra từ chân núi, chƣa bị vấy bẩn, cũng chƣa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có phƣơng hƣớng cố định. Tựa nhƣ thời thơ ấu của mỗi ngƣời và đây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là thời kỳ lý tƣởng nhất để tiếp nhận giáo hóa, khi trẻ em thấy đƣợc cử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chỉ thiện tất sẽ gợi mở tâm thiện và khi nghe thấy đạo nghĩa tất sẽ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ngƣỡng mộ đạo nghĩa. Bởi vậy, ngƣời quân tử phải quyết đoán mà dẫn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dắt lớp trẻ trau dồi đức hạnh.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337 ~ </w:t>
      </w:r>
    </w:p>
    <w:p>
      <w:pPr>
        <w:autoSpaceDN w:val="0"/>
        <w:autoSpaceDE w:val="0"/>
        <w:widowControl/>
        <w:spacing w:line="308" w:lineRule="exact" w:before="256" w:after="28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弗務細行，終累大德。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輕忽小物，積害毀大，故君子慎其微也。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為山九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64"/>
        </w:trPr>
        <w:tc>
          <w:tcPr>
            <w:tcW w:type="dxa" w:w="19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仞，功虧一簣。</w:t>
            </w:r>
          </w:p>
        </w:tc>
        <w:tc>
          <w:tcPr>
            <w:tcW w:type="dxa" w:w="48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諭向成也，未成一簣，猶不為山，故曰功虧一簣。是以聖人乾乾日側，慎終如</w:t>
            </w:r>
          </w:p>
        </w:tc>
      </w:tr>
    </w:tbl>
    <w:p>
      <w:pPr>
        <w:autoSpaceDN w:val="0"/>
        <w:autoSpaceDE w:val="0"/>
        <w:widowControl/>
        <w:spacing w:line="140" w:lineRule="exact" w:before="28" w:after="26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始也。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92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2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5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không thận trọng với những chi tiết nhỏ nhặt </w:t>
      </w:r>
    </w:p>
    <w:p>
      <w:pPr>
        <w:autoSpaceDN w:val="0"/>
        <w:autoSpaceDE w:val="0"/>
        <w:widowControl/>
        <w:spacing w:line="348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hành vi của bản thân, sau cùng sẽ tổn hại đến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lớn của chúng ta. Tựa nhƣ khi đắp đồi đất cao chín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nhận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40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mà chỉ thiếu một sọt đất nhỏ cũng không thể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việc lớn đã thành. (Bởi vậy, bậc thánh nhân luôn luôn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cần mẫn và cẩn trọng từ đầu chí cuối.) </w:t>
      </w:r>
    </w:p>
    <w:p>
      <w:pPr>
        <w:autoSpaceDN w:val="0"/>
        <w:autoSpaceDE w:val="0"/>
        <w:widowControl/>
        <w:spacing w:line="400" w:lineRule="exact" w:before="22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76" w:lineRule="exact" w:before="2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*** </w:t>
      </w:r>
    </w:p>
    <w:p>
      <w:pPr>
        <w:autoSpaceDN w:val="0"/>
        <w:tabs>
          <w:tab w:pos="2910" w:val="left"/>
        </w:tabs>
        <w:autoSpaceDE w:val="0"/>
        <w:widowControl/>
        <w:spacing w:line="294" w:lineRule="exact" w:before="3674" w:after="0"/>
        <w:ind w:left="30" w:right="30" w:firstLine="0"/>
        <w:jc w:val="left"/>
      </w:pPr>
      <w:r>
        <w:tab/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40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9 nhận tƣơng đƣơng với khoảng 50 feet.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58"/>
        <w:gridCol w:w="3458"/>
      </w:tblGrid>
      <w:tr>
        <w:trPr>
          <w:trHeight w:hRule="exact" w:val="200"/>
        </w:trPr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608" w:lineRule="exact" w:before="35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CHƯƠNG VI </w:t>
      </w:r>
    </w:p>
    <w:p>
      <w:pPr>
        <w:autoSpaceDN w:val="0"/>
        <w:autoSpaceDE w:val="0"/>
        <w:widowControl/>
        <w:spacing w:line="608" w:lineRule="exact" w:before="17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MINH BIỆN </w:t>
      </w:r>
    </w:p>
    <w:p>
      <w:pPr>
        <w:autoSpaceDN w:val="0"/>
        <w:autoSpaceDE w:val="0"/>
        <w:widowControl/>
        <w:spacing w:line="608" w:lineRule="exact" w:before="17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[SÁNG SUỐT] </w:t>
      </w:r>
    </w:p>
    <w:p>
      <w:pPr>
        <w:autoSpaceDN w:val="0"/>
        <w:autoSpaceDE w:val="0"/>
        <w:widowControl/>
        <w:spacing w:line="346" w:lineRule="exact" w:before="55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52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7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CHÍNH - TÀ </w:t>
      </w:r>
    </w:p>
    <w:p>
      <w:pPr>
        <w:autoSpaceDN w:val="0"/>
        <w:autoSpaceDE w:val="0"/>
        <w:widowControl/>
        <w:spacing w:line="416" w:lineRule="exact" w:before="22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338 ~ </w:t>
      </w:r>
    </w:p>
    <w:p>
      <w:pPr>
        <w:autoSpaceDN w:val="0"/>
        <w:autoSpaceDE w:val="0"/>
        <w:widowControl/>
        <w:spacing w:line="280" w:lineRule="exact" w:before="28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聖人之求事也，先論其理義，計其可否。故義則求</w:t>
      </w:r>
    </w:p>
    <w:p>
      <w:pPr>
        <w:autoSpaceDN w:val="0"/>
        <w:autoSpaceDE w:val="0"/>
        <w:widowControl/>
        <w:spacing w:line="364" w:lineRule="exact" w:before="2" w:after="182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之，不義則止；可則求之，不可則止。故其所得事者，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常為身寶。小人求事也，不論其理義，不計其可否；不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義亦求之，不可亦求之。故其所得事者，未嘗為賴也。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故曰：『必得之事，不足賴也。』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khi làm việc, trƣớc tiên xem xét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liệu việc đó có phù hợp với công lý chính nghĩa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không? Xem xét liệu có khả thi hay không? Khi phù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với đạo nghĩa sẽ làm, nếu không phù hợp với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sẽ không làm và khi khả thi sẽ làm, còn nếu bất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khả thi sẽ không làm. Bởi vậy, những việc mà họ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là rất quý giá. Trong khi kẻ tiểu nhân làm việc,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suy xét liệu có phù hợp với công lý chính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không, không suy xét liệu có khả thi hay không?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không phù hợp với đạo nghĩa cũng làm, việc bất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khả thi cũng làm. Do vậy, những việc mà họ làm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việc gì là đáng tin cậy. Bởi vậy mới nói: “Những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bất chấp tất cả và làm cho bằng đƣợc là không xứng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đáng để tin cậy.”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78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339 ~ </w:t>
      </w:r>
    </w:p>
    <w:p>
      <w:pPr>
        <w:autoSpaceDN w:val="0"/>
        <w:autoSpaceDE w:val="0"/>
        <w:widowControl/>
        <w:spacing w:line="282" w:lineRule="exact" w:before="31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口能言之，身能行之，國寶也；口不能言，身能行</w:t>
      </w:r>
    </w:p>
    <w:p>
      <w:pPr>
        <w:autoSpaceDN w:val="0"/>
        <w:autoSpaceDE w:val="0"/>
        <w:widowControl/>
        <w:spacing w:line="400" w:lineRule="exact" w:before="0" w:after="20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之，國器也；口能言之，身不能行，國用也；口言善，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身行惡，國妖也。治國者敬其寶，愛其器，任其用，除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其妖。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644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8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（卷三十八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8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孫卿子） </w:t>
            </w:r>
          </w:p>
        </w:tc>
      </w:tr>
    </w:tbl>
    <w:p>
      <w:pPr>
        <w:autoSpaceDN w:val="0"/>
        <w:autoSpaceDE w:val="0"/>
        <w:widowControl/>
        <w:spacing w:line="416" w:lineRule="exact" w:before="1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8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Miệng có thể giảng giải đạo lý Thánh Hiền và thân </w:t>
      </w:r>
    </w:p>
    <w:p>
      <w:pPr>
        <w:autoSpaceDN w:val="0"/>
        <w:autoSpaceDE w:val="0"/>
        <w:widowControl/>
        <w:spacing w:line="380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thực hành theo, ngƣời thế này chính là quốc bảo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(có thể đảm nhận trọng trách của quốc sƣ để dẫn dắt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vƣơng); miệng không thể giảng giải đạo lý Thánh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Hiền, nhƣng thân lại có thể thực hành theo, ngƣời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là quốc khí (có thể phò tá quân vƣơng trị vì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nƣớc); miệng có thể giảng giải đạo lý Thánh Hiền,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thân không thể thực hành theo, ngƣời thế này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khả dụng của đất nƣớc (có thể nghe theo lời lẽ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mà thực thi); miệng nói đều là lời lẽ tốt đẹp,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thực hành lại đều là việc xấu ác, hạng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là yêu ma của đất nƣớc. Bậc minh quân mà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đất nƣớc thịnh trị sẽ kính trọng quốc bảo, yêu mến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quốc khí, sử dụng công cụ khả dụng và loại trừ yêu ma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đất nƣớc. </w:t>
      </w:r>
    </w:p>
    <w:p>
      <w:pPr>
        <w:autoSpaceDN w:val="0"/>
        <w:autoSpaceDE w:val="0"/>
        <w:widowControl/>
        <w:spacing w:line="402" w:lineRule="exact" w:before="2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340 ~ </w:t>
      </w:r>
    </w:p>
    <w:p>
      <w:pPr>
        <w:autoSpaceDN w:val="0"/>
        <w:autoSpaceDE w:val="0"/>
        <w:widowControl/>
        <w:spacing w:line="280" w:lineRule="exact" w:before="300" w:after="42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夫教訓者，所以遂道術而崇德義也。今學問之士，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3"/>
        <w:gridCol w:w="3463"/>
      </w:tblGrid>
      <w:tr>
        <w:trPr>
          <w:trHeight w:hRule="exact" w:val="4358"/>
        </w:trPr>
        <w:tc>
          <w:tcPr>
            <w:tcW w:type="dxa" w:w="686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0" w:after="0"/>
              <w:ind w:left="14" w:right="46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好語虛無之事，爭著雕麗之文，以求見異於世，品人鮮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識，從而尚之，此傷道德之實，而惑矇夫之失者也。詩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賦者，所以頌善醜之德，泄哀樂之情也，故溫雅以廣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文，興喻以盡意。今賦頌之徒，茍為饒辨屈蹇之辭，競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陳誣罔無然之事，以索見怪於世，愚夫戇士，從而奇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之，此悖孩童之思，而長不誠之言者也。盡孝悌於父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母，正操行於閨門，所以為列士也。今多務交游以結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黨，偷勢竊名，以取濟渡，夸末之徒，從而尚之，此逼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貞士之節，而眩世俗之心者也。養生順志，所以為孝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也。今多違志以儉養，約生以待終，終沒之後，乃崇飾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喪紀，以言孝，盛饗賓旅以求名，誣善之徒，從而稱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之，此亂孝悌之真行，而誤後生之痛者也。忠正以事</w:t>
            </w:r>
          </w:p>
        </w:tc>
      </w:tr>
      <w:tr>
        <w:trPr>
          <w:trHeight w:hRule="exact" w:val="366"/>
        </w:trPr>
        <w:tc>
          <w:tcPr>
            <w:tcW w:type="dxa" w:w="65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君，信法以理下，所以居官也。今多姦諛以取媚，玩</w:t>
            </w:r>
          </w:p>
        </w:tc>
        <w:tc>
          <w:tcPr>
            <w:tcW w:type="dxa" w:w="3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（玩</w:t>
            </w:r>
          </w:p>
        </w:tc>
      </w:tr>
    </w:tbl>
    <w:p>
      <w:pPr>
        <w:autoSpaceDN w:val="0"/>
        <w:autoSpaceDE w:val="0"/>
        <w:widowControl/>
        <w:spacing w:line="354" w:lineRule="exact" w:before="0" w:after="182"/>
        <w:ind w:left="30" w:right="9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作撓）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法以便己，茍得之徒，從而賢之，此滅貞良之行，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開亂危之源者也。五者，外雖有賢才之虛譽，內有傷道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德之至實。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3"/>
        <w:gridCol w:w="3463"/>
      </w:tblGrid>
      <w:tr>
        <w:trPr>
          <w:trHeight w:hRule="exact" w:val="610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（卷四十四 </w:t>
            </w:r>
          </w:p>
        </w:tc>
        <w:tc>
          <w:tcPr>
            <w:tcW w:type="dxa" w:w="16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潛夫論）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8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Mục đích của việc giáo dục và khuyên răn là để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tựu đạo đức và học vấn cũng nhƣ để lan tỏa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nghĩa. Nhƣng học sĩ ngày nay lại ƣa thích đàm luận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việc phi lý và hoang đƣờng, đua nhau sáng tác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loại văn chƣơng bóng bẩy giả tạo và mong tạo ra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độc đáo riêng biệt để đƣợc ngƣời đời đặc biệt chú ý.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thông thƣờng có rất ít ngƣời có thể nhận biết rõ </w:t>
      </w:r>
    </w:p>
    <w:p>
      <w:pPr>
        <w:autoSpaceDN w:val="0"/>
        <w:autoSpaceDE w:val="0"/>
        <w:widowControl/>
        <w:spacing w:line="346" w:lineRule="exact" w:before="2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318 </w:t>
      </w:r>
    </w:p>
    <w:p>
      <w:pPr>
        <w:sectPr>
          <w:pgSz w:w="9072" w:h="13608"/>
          <w:pgMar w:top="464" w:right="1042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2" w:right="3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0" w:lineRule="exact" w:before="138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ràng, rồi liền hùa theo mà tôn sùng họ, trên thực tế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sai lầm trầm trọng làm tổn hại đạo đức và khiến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vô tri bị mê hoặc nghiêm trọng. </w:t>
      </w:r>
    </w:p>
    <w:p>
      <w:pPr>
        <w:autoSpaceDN w:val="0"/>
        <w:autoSpaceDE w:val="0"/>
        <w:widowControl/>
        <w:spacing w:line="332" w:lineRule="exact" w:before="31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Thơ phú là những áng văn chƣơng để biểu đạt nhân </w:t>
      </w:r>
    </w:p>
    <w:p>
      <w:pPr>
        <w:autoSpaceDN w:val="0"/>
        <w:autoSpaceDE w:val="0"/>
        <w:widowControl/>
        <w:spacing w:line="360" w:lineRule="exact" w:before="22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tốt – xấu cũng nhƣ để tuôn trào cảm xúc vui buồn,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 mà sử dụng ngôn từ hồn hậu và thanh tao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thêm sắc thái của văn chƣơng, dùng thủ pháp liên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tƣởng và ẩn dụ để biểu đạt hết ý thơ. Vậy mà, thi sĩ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nay lại tùy tiện sáng tác những lời lẽ ngụy biện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tăm tối, đua nhau thuật lại những sự việc dối gạt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thật để mong giành lấy sự hiếu kì của ngƣời đời.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ngu muội vô tri lại hùa theo và trầm trồ tán thán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họ, đây là cách làm khiến cho tƣ tƣởng của trẻ thơ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xáo động mà lại khiến tăng thêm những đàm luận không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4"/>
        <w:gridCol w:w="3464"/>
      </w:tblGrid>
      <w:tr>
        <w:trPr>
          <w:trHeight w:hRule="exact" w:val="532"/>
        </w:trPr>
        <w:tc>
          <w:tcPr>
            <w:tcW w:type="dxa" w:w="34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100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thành thật. </w:t>
            </w:r>
          </w:p>
        </w:tc>
        <w:tc>
          <w:tcPr>
            <w:tcW w:type="dxa" w:w="68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32" w:lineRule="exact" w:before="21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cha mẹ mà hết lòng hiếu kính và khi ở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gia đình lại chấn chỉnh nhân cách khí tiết, nhƣ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có thể đƣợc xem là nhân sĩ. Vậy mà ngày nay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ta phần lớn ra sức kết giao bạn bè, kết bè kết đảng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giành giật quyền thế, danh vọng để mong đƣợc mau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chóng thăng quan tiến chức. Những kẻ khoa trƣơng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thực chất đó lại hùa theo mà tôn sùng họ, đây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đƣờng cho việc bôi nhọ khí tiết của nhân sĩ kiên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và mê hoặc tâm trí của ngƣời đời. </w:t>
      </w:r>
    </w:p>
    <w:p>
      <w:pPr>
        <w:autoSpaceDN w:val="0"/>
        <w:autoSpaceDE w:val="0"/>
        <w:widowControl/>
        <w:spacing w:line="332" w:lineRule="exact" w:before="31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phụng dƣỡng cha mẹ và kế thừa tâm nguyện của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cha mẹ chính là đạo hiếu. Vậy mà ngày nay ngƣời ta phần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đông lại đi ngƣợc với ý nguyện của cha mẹ và bủn xỉn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việc phụng dƣỡng họ, khi cha mẹ còn sinh tiền thì </w:t>
      </w:r>
    </w:p>
    <w:p>
      <w:pPr>
        <w:autoSpaceDN w:val="0"/>
        <w:autoSpaceDE w:val="0"/>
        <w:widowControl/>
        <w:spacing w:line="346" w:lineRule="exact" w:before="1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2" w:lineRule="exact" w:before="136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thắt chặt hầu bao mà chờ đợi cha mẹ qua đời, đến khi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lìa đời, con cái lại tổ chức lễ tang long trọng để tỏ lòng hiếu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thảo và làm tiệc linh đình tiếp đãi khách quý hầu mong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đƣợc cái danh hiếu thảo. Những con ngƣời giả tạo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hùa theo mà tán tụng họ, đây là những việc làm xáo trộn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chất của đạo hiếu đễ, dẫn dắt sai đƣờng cho thế hệ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mai sau và khiến ngƣời đau lòng. </w:t>
      </w:r>
    </w:p>
    <w:p>
      <w:pPr>
        <w:autoSpaceDN w:val="0"/>
        <w:autoSpaceDE w:val="0"/>
        <w:widowControl/>
        <w:spacing w:line="332" w:lineRule="exact" w:before="19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Đem lòng trung thành và tâm chính trực để phụng </w:t>
      </w:r>
    </w:p>
    <w:p>
      <w:pPr>
        <w:autoSpaceDN w:val="0"/>
        <w:autoSpaceDE w:val="0"/>
        <w:widowControl/>
        <w:spacing w:line="360" w:lineRule="exact" w:before="22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quân vƣơng, lấy việc tuân thủ luật pháp kỷ cƣơng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 nhân dân, đây là trách nhiệm của ngƣời làm quan.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mà quan viên ngày nay phần đông là gian trá bợ đỡ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lấy lòng ngƣời ở trên, xem thƣờng luật pháp để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 cho bản thân. Nhƣng kẻ không nên đƣợc phong chức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vị mà có đƣợc đó lại hùa theo mà tôn sùng họ, đây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căn nguyên của tai họa hủy hoại điều thiện và mở đƣờng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việc gây ra động loạn. </w:t>
      </w:r>
    </w:p>
    <w:p>
      <w:pPr>
        <w:autoSpaceDN w:val="0"/>
        <w:autoSpaceDE w:val="0"/>
        <w:widowControl/>
        <w:spacing w:line="332" w:lineRule="exact" w:before="19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Năm việc làm này, bề ngoài tuy là có hƣ danh của </w:t>
      </w:r>
    </w:p>
    <w:p>
      <w:pPr>
        <w:autoSpaceDN w:val="0"/>
        <w:autoSpaceDE w:val="0"/>
        <w:widowControl/>
        <w:spacing w:line="37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hiền tài, nhƣng thực chất lại tổn hại đạo đức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nghiêm trọng.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Tiềm Phu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1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2. NHÂN TÌNH [NGUYỆN VỌNG CỦA NHÂN DÂN] </w:t>
      </w:r>
    </w:p>
    <w:p>
      <w:pPr>
        <w:autoSpaceDN w:val="0"/>
        <w:autoSpaceDE w:val="0"/>
        <w:widowControl/>
        <w:spacing w:line="416" w:lineRule="exact" w:before="9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341 ~ </w:t>
      </w:r>
    </w:p>
    <w:p>
      <w:pPr>
        <w:autoSpaceDN w:val="0"/>
        <w:autoSpaceDE w:val="0"/>
        <w:widowControl/>
        <w:spacing w:line="280" w:lineRule="exact" w:before="16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聖王深識人情，而達治體，故其稱曰：『不以一眚</w:t>
      </w:r>
    </w:p>
    <w:p>
      <w:pPr>
        <w:autoSpaceDN w:val="0"/>
        <w:autoSpaceDE w:val="0"/>
        <w:widowControl/>
        <w:spacing w:line="364" w:lineRule="exact" w:before="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掩大德。』又曰：『赦小過，舉賢才。』又曰：『無求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備於一人。』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66.0" w:type="dxa"/>
      </w:tblPr>
      <w:tblGrid>
        <w:gridCol w:w="3465"/>
        <w:gridCol w:w="3465"/>
      </w:tblGrid>
      <w:tr>
        <w:trPr>
          <w:trHeight w:hRule="exact" w:val="754"/>
        </w:trPr>
        <w:tc>
          <w:tcPr>
            <w:tcW w:type="dxa" w:w="33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 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晉書下） </w:t>
            </w:r>
          </w:p>
        </w:tc>
      </w:tr>
    </w:tbl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4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đều hiểu sâu sắc lẽ thƣờng tình của </w:t>
      </w:r>
    </w:p>
    <w:p>
      <w:pPr>
        <w:autoSpaceDN w:val="0"/>
        <w:autoSpaceDE w:val="0"/>
        <w:widowControl/>
        <w:spacing w:line="362" w:lineRule="exact" w:before="2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 mà lại thông hiểu đạo lý trị vì, bởi vậy họ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 “Đừng để lỗi nhỏ mà che khuất phẩm chất lớn.”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lại nói rằng: “Khoan dung những lỗi lầm nhỏ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 ngƣời có đức có tài.” Rồi lại nói: “Đối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ngƣời không thể cầu toàn mà trách cứ họ.” </w:t>
      </w:r>
    </w:p>
    <w:p>
      <w:pPr>
        <w:autoSpaceDN w:val="0"/>
        <w:autoSpaceDE w:val="0"/>
        <w:widowControl/>
        <w:spacing w:line="400" w:lineRule="exact" w:before="8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Tấn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332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TÀI ĐỨC [TÀI NĂNG VÀ ĐỨC HẠNH] </w:t>
      </w:r>
    </w:p>
    <w:p>
      <w:pPr>
        <w:autoSpaceDN w:val="0"/>
        <w:autoSpaceDE w:val="0"/>
        <w:widowControl/>
        <w:spacing w:line="416" w:lineRule="exact" w:before="5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342 ~ </w:t>
      </w:r>
    </w:p>
    <w:p>
      <w:pPr>
        <w:autoSpaceDN w:val="0"/>
        <w:autoSpaceDE w:val="0"/>
        <w:widowControl/>
        <w:spacing w:line="306" w:lineRule="exact" w:before="114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孔子之通，智過萇弘，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萇弘，周景王之史臣，通天下鬼方之術也。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勇服</w:t>
      </w:r>
    </w:p>
    <w:p>
      <w:pPr>
        <w:autoSpaceDN w:val="0"/>
        <w:autoSpaceDE w:val="0"/>
        <w:widowControl/>
        <w:spacing w:line="306" w:lineRule="exact" w:before="6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孟賁，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孟賁，衛人。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能亦多矣。然而勇力不聞，伎巧不知，專</w:t>
      </w:r>
    </w:p>
    <w:p>
      <w:pPr>
        <w:autoSpaceDN w:val="0"/>
        <w:autoSpaceDE w:val="0"/>
        <w:widowControl/>
        <w:spacing w:line="280" w:lineRule="exact" w:before="84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行孝道，以成素王，事亦鮮矣。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4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8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Mức độ uyên bác của Khổng Phu Tử và tài trí của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vƣợt cả Trƣờng Hoằng, còn lòng dũng cảm lại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Mạnh Bôn khuất phục, tài năng thì có rất nhiều.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lòng dũng cảm của ngài lại đƣợc ít ngƣời biết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sự tài tình cũng hiếm có ngƣời hiểu đƣợc, ngài chuyên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với công việc giáo hóa đạo hiếu, bởi vậy đƣợc mọi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tôn xƣng là „tố vƣơng‟  - ngƣời mang phẩm chất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đế vƣơng mà không nắm ngôi vị đế vƣơng. Công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ngài làm có thể nói là rất đơn giản.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7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BẰNG ĐẢNG [TẠO BÈ KẾT ĐẢNG] </w:t>
      </w:r>
    </w:p>
    <w:p>
      <w:pPr>
        <w:autoSpaceDN w:val="0"/>
        <w:autoSpaceDE w:val="0"/>
        <w:widowControl/>
        <w:spacing w:line="416" w:lineRule="exact" w:before="22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343 ~ </w:t>
      </w:r>
    </w:p>
    <w:p>
      <w:pPr>
        <w:autoSpaceDN w:val="0"/>
        <w:autoSpaceDE w:val="0"/>
        <w:widowControl/>
        <w:spacing w:line="306" w:lineRule="exact" w:before="256" w:after="28"/>
        <w:ind w:left="164" w:right="16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君子比而不別。比德以贊事，比也；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贊，佐。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引黨以封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32"/>
        <w:gridCol w:w="2332"/>
        <w:gridCol w:w="2332"/>
      </w:tblGrid>
      <w:tr>
        <w:trPr>
          <w:trHeight w:hRule="exact" w:val="520"/>
        </w:trPr>
        <w:tc>
          <w:tcPr>
            <w:tcW w:type="dxa" w:w="44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引，取也。封，厚也。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利己而忘君，別也。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己，</w:t>
            </w:r>
          </w:p>
        </w:tc>
        <w:tc>
          <w:tcPr>
            <w:tcW w:type="dxa" w:w="11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0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別，為朋黨。 </w:t>
            </w:r>
          </w:p>
        </w:tc>
        <w:tc>
          <w:tcPr>
            <w:tcW w:type="dxa" w:w="12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00" w:after="0"/>
              <w:ind w:left="114" w:right="1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國語） </w:t>
            </w:r>
          </w:p>
        </w:tc>
      </w:tr>
      <w:tr>
        <w:trPr>
          <w:trHeight w:hRule="exact" w:val="606"/>
        </w:trPr>
        <w:tc>
          <w:tcPr>
            <w:tcW w:type="dxa" w:w="560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294" w:right="29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（卷八 </w:t>
            </w:r>
          </w:p>
        </w:tc>
        <w:tc>
          <w:tcPr>
            <w:tcW w:type="dxa" w:w="2332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90" w:right="9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(Thục Hƣớng từng nói:) Ngƣời quân tử có thể thân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cận ngƣời khác và chung sống hòa thuận với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lại không kết bè đảng cá nhân. Khi đồng lòng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cùng phẩm chất, cùng nhau điều hành chính sự,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đoàn kết và đƣợc gọi là „bí‟ (hòa hợp); nếu kết bè kết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đảng để ƣu ái chính mình và mƣu đồ tƣ lợi, chỉ biết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 ích cho bản thân mà trong tâm không có quân vƣơng,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chính là câu kết và đƣợc gọi là „biệt‟ (tƣ tƣởng bè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phái). </w:t>
      </w:r>
    </w:p>
    <w:p>
      <w:pPr>
        <w:autoSpaceDN w:val="0"/>
        <w:autoSpaceDE w:val="0"/>
        <w:widowControl/>
        <w:spacing w:line="400" w:lineRule="exact" w:before="242" w:after="0"/>
        <w:ind w:left="86" w:right="8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Quốc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5. BIỆN VẬT [NHẬN BIẾT SỰ VIỆC] </w:t>
      </w:r>
    </w:p>
    <w:p>
      <w:pPr>
        <w:autoSpaceDN w:val="0"/>
        <w:autoSpaceDE w:val="0"/>
        <w:widowControl/>
        <w:spacing w:line="416" w:lineRule="exact" w:before="22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344 ~ </w:t>
      </w:r>
    </w:p>
    <w:p>
      <w:pPr>
        <w:autoSpaceDN w:val="0"/>
        <w:autoSpaceDE w:val="0"/>
        <w:widowControl/>
        <w:spacing w:line="280" w:lineRule="exact" w:before="300" w:after="0"/>
        <w:ind w:left="162" w:right="16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世之君子欲其義之成，而助之脩其身則慍。是猶欲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其牆之成，而人助之築則慍也。豈不悖哉？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98"/>
        <w:gridCol w:w="3498"/>
      </w:tblGrid>
      <w:tr>
        <w:trPr>
          <w:trHeight w:hRule="exact" w:val="61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3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墨子） </w:t>
            </w:r>
          </w:p>
        </w:tc>
      </w:tr>
    </w:tbl>
    <w:p>
      <w:pPr>
        <w:autoSpaceDN w:val="0"/>
        <w:autoSpaceDE w:val="0"/>
        <w:widowControl/>
        <w:spacing w:line="346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322 </w:t>
      </w:r>
    </w:p>
    <w:p>
      <w:pPr>
        <w:sectPr>
          <w:pgSz w:w="9072" w:h="13608"/>
          <w:pgMar w:top="464" w:right="972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trên thế gian khi muốn khiến bản </w:t>
      </w:r>
    </w:p>
    <w:p>
      <w:pPr>
        <w:autoSpaceDN w:val="0"/>
        <w:autoSpaceDE w:val="0"/>
        <w:widowControl/>
        <w:spacing w:line="366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tu dƣỡng đạo nghĩa và đƣợc thành tựu, vậy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ngƣời khác giúp họ tu thân, họ lại nổi giận. Điều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muốn xây đƣợc bức tƣờng, nhƣng khi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đến giúp họ xây tƣờng, họ lại nổi nóng. Điều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lẽ nào chẳng phải rất phi lý hay sao?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Mặc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345 ~ </w:t>
      </w:r>
    </w:p>
    <w:p>
      <w:pPr>
        <w:autoSpaceDN w:val="0"/>
        <w:autoSpaceDE w:val="0"/>
        <w:widowControl/>
        <w:spacing w:line="282" w:lineRule="exact" w:before="298" w:after="42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布衣也，其友皆孝悌純謹畏令，如此者，家必日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080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0" w:lineRule="exact" w:before="0" w:after="0"/>
              <w:ind w:left="14" w:right="48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益，身必日安，此所謂吉人也。事君也，其友皆誠信有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行好善，如此者，事君日益，官職日進，此所謂吉臣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也。人主也，朝臣多賢，左右多忠，主有失敢交爭正</w:t>
            </w:r>
          </w:p>
        </w:tc>
      </w:tr>
      <w:tr>
        <w:trPr>
          <w:trHeight w:hRule="exact" w:val="378"/>
        </w:trPr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諫，</w:t>
            </w:r>
          </w:p>
        </w:tc>
        <w:tc>
          <w:tcPr>
            <w:tcW w:type="dxa" w:w="62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交，俱。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如此者，國日安，主日尊，天下日服，此所謂</w:t>
            </w:r>
          </w:p>
        </w:tc>
      </w:tr>
    </w:tbl>
    <w:p>
      <w:pPr>
        <w:autoSpaceDN w:val="0"/>
        <w:autoSpaceDE w:val="0"/>
        <w:widowControl/>
        <w:spacing w:line="282" w:lineRule="exact" w:before="40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吉主也。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（卷三十九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呂氏春秋）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quan sát ngƣời dân thƣờng, nếu bạn hữu của họ </w:t>
      </w:r>
    </w:p>
    <w:p>
      <w:pPr>
        <w:autoSpaceDN w:val="0"/>
        <w:autoSpaceDE w:val="0"/>
        <w:widowControl/>
        <w:spacing w:line="360" w:lineRule="exact" w:before="0" w:after="0"/>
        <w:ind w:left="30" w:right="2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rất hiếu thảo với cha mẹ, tôn kính huynh trƣởng,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hậu kính cẩn và tôn trọng luật pháp, ngƣời dân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này, gia đình họ tất sẽ ngày một thịnh vƣợng và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họ cũng sẽ ngày càng an lạc, đây chính là „cát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nhân‟ (ngƣời có phúc lành). Khi quan sát hạ thần phụng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quân vƣơng, nếu bạn hữu của họ đều rất trung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giữ chữ tín, có phẩm chất cao thƣợng và vui với việc </w:t>
      </w:r>
    </w:p>
    <w:p>
      <w:pPr>
        <w:autoSpaceDN w:val="0"/>
        <w:autoSpaceDE w:val="0"/>
        <w:widowControl/>
        <w:spacing w:line="346" w:lineRule="exact" w:before="1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3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thiện, hạ thần thế này, sẽ phụng sự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một tốt hơn, tƣớc vị sẽ ngày càng thăng tiến,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„cát thần‟ (hạ thần có phúc lành). Khi quan sát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vƣơng, nếu các quan viên triều đình phần đông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ngƣời tài năng đức độ, ngƣời thân cận ở bên đa phần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ngƣời trung thành và chính trực, khi quân vƣơng mắc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sai lầm, họ đều sẵn sàng cùng nhau thẳng thắn khuyên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can, bậc quân vƣơng thế này, đất nƣớc sẽ ngày càng 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và quân vƣơng sẽ ngày càng tôn quý, nhân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 sẽ cũng ngày càng kính phục họ,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„cát chủ” (quân chủ có phúc lành).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346 ~ </w:t>
      </w:r>
    </w:p>
    <w:p>
      <w:pPr>
        <w:autoSpaceDN w:val="0"/>
        <w:autoSpaceDE w:val="0"/>
        <w:widowControl/>
        <w:spacing w:line="308" w:lineRule="exact" w:before="276" w:after="0"/>
        <w:ind w:left="100" w:right="10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 原 作 螈 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蠶一歲再收，非不利也，然而王法禁之</w:t>
      </w:r>
    </w:p>
    <w:p>
      <w:pPr>
        <w:autoSpaceDN w:val="0"/>
        <w:autoSpaceDE w:val="0"/>
        <w:widowControl/>
        <w:spacing w:line="364" w:lineRule="exact" w:before="0" w:after="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者，為其殘桑也；家老異糧而食之，殊器而烹之，子婦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跣而上堂，跪而酌羹，非不費也，然而不可省者，為其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害義也；待媒而結言，娉納而取婦，紱絻而親迎，非不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煩也，然而不可易者，可以防淫也；使民居處相司，有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罪相告，於以禁姦非不輟也，然而不可行者，為傷和睦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830"/>
        </w:trPr>
        <w:tc>
          <w:tcPr>
            <w:tcW w:type="dxa" w:w="34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之心，而搆仇讎之怨也。 </w:t>
            </w:r>
          </w:p>
          <w:p>
            <w:pPr>
              <w:autoSpaceDN w:val="0"/>
              <w:autoSpaceDE w:val="0"/>
              <w:widowControl/>
              <w:spacing w:line="416" w:lineRule="exact" w:before="934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  <w:u w:val="single"/>
              </w:rPr>
              <w:t>Việt ngữ: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45.99999999999966" w:type="dxa"/>
            </w:tblPr>
            <w:tblGrid>
              <w:gridCol w:w="1727"/>
              <w:gridCol w:w="1727"/>
            </w:tblGrid>
            <w:tr>
              <w:trPr>
                <w:trHeight w:hRule="exact" w:val="1036"/>
              </w:trPr>
              <w:tc>
                <w:tcPr>
                  <w:tcW w:type="dxa" w:w="186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2" w:lineRule="exact" w:before="372" w:after="0"/>
                    <w:ind w:left="44" w:right="44" w:firstLine="0"/>
                    <w:jc w:val="lef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（卷四十一 </w:t>
                  </w:r>
                </w:p>
              </w:tc>
              <w:tc>
                <w:tcPr>
                  <w:tcW w:type="dxa" w:w="1544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2" w:lineRule="exact" w:before="372" w:after="0"/>
                    <w:ind w:left="6" w:right="6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 xml:space="preserve">淮南子） </w:t>
                  </w:r>
                </w:p>
              </w:tc>
            </w:tr>
          </w:tbl>
          <w:p/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332" w:lineRule="exact" w:before="1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nuôi tằm lứa hai có thể cho thu hoạch tơ hai </w:t>
      </w:r>
    </w:p>
    <w:p>
      <w:pPr>
        <w:autoSpaceDN w:val="0"/>
        <w:autoSpaceDE w:val="0"/>
        <w:widowControl/>
        <w:spacing w:line="36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lần trong năm, điều này không phải là không có lợi,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mệnh lệnh mà triều đình đặt ra ngăn cấm việc </w:t>
      </w:r>
    </w:p>
    <w:p>
      <w:pPr>
        <w:autoSpaceDN w:val="0"/>
        <w:autoSpaceDE w:val="0"/>
        <w:widowControl/>
        <w:spacing w:line="346" w:lineRule="exact" w:before="4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34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này, bởi làm nhƣ vậy sẽ khiến cây dâu tằm bị tổn hại.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Thức ăn mà bậc lão niên cùng những ngƣời khác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 đình dùng là không giống nhau và dùng dụng cụ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nhau để nấu nƣớng, ngƣời con dâu đi chân trần lên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gian nhà chính, quỳ xuống và xới cơm múc canh mời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trƣởng bối, phép tắc này không phải là không phiền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toái, nhƣng lại không thể cắt bỏ, bởi khi cắt bỏ sẽ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tổn hại đến đạo nghĩa. Khi có đƣợc ngƣời mai mối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bàn chuyện hôn ƣớc, sau khi chuẩn bị của hồi môn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đón rƣớc dâu mới về, chàng rể khoác lên ngƣời bộ 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phục sang nhà gái đón rƣớc tân nƣơng về nhà và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nghi thức hợp cẩn, làm thế này không phải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rƣờm rà, nhƣng không thể thay đổi những nghi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thức này là bởi làm nhƣ vậy có thể ngăn ngừa tội dâm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loạn. Khi để ngƣời dân cùng nhau sống quần cƣ, hàng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xóm láng giềng giám sát lẫn nhau, khi phát hiện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phạm tội thì liền tố giác cho ngƣời khác,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thức này để tố giác ngƣời xấu ác, thực ra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là không thể ngăn chặn hành vi phạm tội, nhƣng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làm nhƣ vậy, bởi sẽ làm tổn hại đến tinh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hòa hợp trong nhân dân, tạo ra mối oán hận nhƣ thể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thù.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347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事有可行而不可言者，有可言而不可行者，或易為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而難成者，或難成而易敗者。所謂可行而不可言者，趣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舍也；可言而不可行者，偽詐也；易為而難成者，事</w:t>
      </w:r>
    </w:p>
    <w:p>
      <w:pPr>
        <w:autoSpaceDN w:val="0"/>
        <w:autoSpaceDE w:val="0"/>
        <w:widowControl/>
        <w:spacing w:line="346" w:lineRule="exact" w:before="5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8" w:lineRule="exact" w:before="17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也；難成而易敗者，治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（治作名）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也。此四策者，聖人之所</w:t>
      </w:r>
    </w:p>
    <w:p>
      <w:pPr>
        <w:autoSpaceDN w:val="0"/>
        <w:autoSpaceDE w:val="0"/>
        <w:widowControl/>
        <w:spacing w:line="280" w:lineRule="exact" w:before="82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獨視而留志也。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10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số việc có thể làm nhƣng không thể nói, có </w:t>
      </w:r>
    </w:p>
    <w:p>
      <w:pPr>
        <w:autoSpaceDN w:val="0"/>
        <w:autoSpaceDE w:val="0"/>
        <w:widowControl/>
        <w:spacing w:line="364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số việc có thể nói nhƣng không thể làm, lại có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 việc khi làm thì dễ dàng nhƣng lại khó thể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và có một số việc khó thể thành công nhƣng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thành công lại dễ dàng bị hủy hoại. Việc có thể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không thể nói nhƣ đã nói ở trên là sự tiến lui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cho của con ngƣời, việc có thể nói nhƣng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làm là giả dối lừa gạt, việc dễ làm nhƣng lại khó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công là sự nghiệp, việc khó thể thành công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rất dễ bị hủy hoại đó là thanh danh. Bốn tình huống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là điều mà chỉ có bậc thánh nhân mới nhận biết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và chú ý.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348 ~ </w:t>
      </w:r>
    </w:p>
    <w:p>
      <w:pPr>
        <w:autoSpaceDN w:val="0"/>
        <w:autoSpaceDE w:val="0"/>
        <w:widowControl/>
        <w:spacing w:line="280" w:lineRule="exact" w:before="14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治國有常，而利民為本；政教有道，而令行為右。</w:t>
      </w:r>
    </w:p>
    <w:p>
      <w:pPr>
        <w:autoSpaceDN w:val="0"/>
        <w:autoSpaceDE w:val="0"/>
        <w:widowControl/>
        <w:spacing w:line="364" w:lineRule="exact" w:before="0" w:after="102"/>
        <w:ind w:left="30" w:right="9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茍利於民，不必法古；茍周於事，不必循俗。故聖人法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與時變，禮與俗化。衣服器械，各便其用；法度制令，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各因其宜。故變古未可非，循俗未足多。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388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32" w:lineRule="exact" w:before="25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trị quốc mà có nguyên tắc nhất quán, là phải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việc mang lại lợi ích cho nhân dân làm nền tảng;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việc giáo hóa từ triều đình mà có phƣơng pháp, phải </w:t>
      </w:r>
    </w:p>
    <w:p>
      <w:pPr>
        <w:autoSpaceDN w:val="0"/>
        <w:autoSpaceDE w:val="0"/>
        <w:widowControl/>
        <w:spacing w:line="346" w:lineRule="exact" w:before="1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64" w:lineRule="exact" w:before="13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việc hiệu lực hóa pháp lệnh là quan trọng. Nếu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làm lợi ích cho nhân dân, sẽ không nhất thiết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tập ngƣời xƣa; nếu biện pháp mà phù hợp với sự -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lý, sẽ không nhất thiết phải tuân theo tập quán cũ.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pháp lệnh đƣợc lập ra bởi bậc thánh nhân sẽ tùy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thời thế mà biến hóa, lễ nghi đƣợc đặt ra sẽ tùy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tập quán mà diễn biến. Y phục và đồ dùng đều phù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với nhu cầu của nhân dân; thể chế pháp luật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mệnh lệnh chính sách đều căn cứ vào tình huống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có thể thích nghi. Bởi vậy, việc thay đổi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của ngƣời xƣa chƣa hẳn đáng bị lên án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tuân theo tập quán cũ chƣa chắc đáng đƣợc khen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ngợi.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349 ~ </w:t>
      </w:r>
    </w:p>
    <w:p>
      <w:pPr>
        <w:autoSpaceDN w:val="0"/>
        <w:autoSpaceDE w:val="0"/>
        <w:widowControl/>
        <w:spacing w:line="282" w:lineRule="exact" w:before="29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夫瑞生必於嘉士，福至實由善人。在德為瑞，無德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為災。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（卷二十四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後漢書四） </w:t>
            </w:r>
          </w:p>
        </w:tc>
      </w:tr>
    </w:tbl>
    <w:p>
      <w:pPr>
        <w:autoSpaceDN w:val="0"/>
        <w:autoSpaceDE w:val="0"/>
        <w:widowControl/>
        <w:spacing w:line="414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(Đậu Vũ khuyên can Hoàn Đế của triều đại Đông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Hán rằng:) Hiện tƣợng tốt lành chắc chắn là do ngƣời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xuất hiện mà có đƣợc, phúc lành mà đến đích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bắt nguồn từ ngƣời thiện. Khi có đức hạnh,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tƣợng này là điều lành; nếu không có đức hạnh, </w:t>
      </w:r>
    </w:p>
    <w:p>
      <w:pPr>
        <w:autoSpaceDN w:val="0"/>
        <w:autoSpaceDE w:val="0"/>
        <w:widowControl/>
        <w:spacing w:line="346" w:lineRule="exact" w:before="7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hiện tƣợng này là điềm báo cho tai ƣơng sắp xảy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24.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Hậu 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4)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350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觀其所舉，而治亂可見也；察其黨與，而賢不肖可</w:t>
      </w:r>
    </w:p>
    <w:p>
      <w:pPr>
        <w:autoSpaceDN w:val="0"/>
        <w:autoSpaceDE w:val="0"/>
        <w:widowControl/>
        <w:spacing w:line="280" w:lineRule="exact" w:before="84" w:after="18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論也。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quan sát ngƣời đƣợc quân vƣơng trọng dụng, </w:t>
      </w:r>
    </w:p>
    <w:p>
      <w:pPr>
        <w:autoSpaceDN w:val="0"/>
        <w:autoSpaceDE w:val="0"/>
        <w:widowControl/>
        <w:spacing w:line="368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quá khó để đoán biết đất nƣớc của họ là nền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trị trong sạch hay hỗn loạn và khi quan sát cộng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của một ngƣời tất có thể xác định ngƣời này có tài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độ hay không.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351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子曰：『有德者必有言，有言者不必有德；仁者必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有勇，有勇者不必有仁。』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từng nói: “Ngƣời có đức hạnh chắc chắn </w:t>
      </w:r>
    </w:p>
    <w:p>
      <w:pPr>
        <w:autoSpaceDN w:val="0"/>
        <w:autoSpaceDE w:val="0"/>
        <w:widowControl/>
        <w:spacing w:line="332" w:lineRule="exact" w:before="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nói lời hay ý đẹp và có ích cho ngƣời, nhƣng ngƣời </w:t>
      </w:r>
    </w:p>
    <w:p>
      <w:pPr>
        <w:autoSpaceDN w:val="0"/>
        <w:autoSpaceDE w:val="0"/>
        <w:widowControl/>
        <w:spacing w:line="346" w:lineRule="exact" w:before="1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2" w:lineRule="exact" w:before="118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 nói lời tốt đẹp và có ích cho ngƣời chƣa hẳn đã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hạnh. Ngƣời nhân đức nhất định sẽ can đảm (bởi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nhân đức làm khi làm việc đạo nghĩa tất sẽ can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đảm), nhƣng ngƣời can đảm lại chƣa hẳn đã nhân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(mặc dù làm việc can đảm, nhƣng nếu không tƣơng 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đạo đức, cũng chỉ là lòng gan dạ vô nghĩa của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thất phu.)” </w:t>
      </w:r>
    </w:p>
    <w:p>
      <w:pPr>
        <w:autoSpaceDN w:val="0"/>
        <w:autoSpaceDE w:val="0"/>
        <w:widowControl/>
        <w:spacing w:line="400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7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352 ~ </w:t>
      </w:r>
    </w:p>
    <w:p>
      <w:pPr>
        <w:autoSpaceDN w:val="0"/>
        <w:autoSpaceDE w:val="0"/>
        <w:widowControl/>
        <w:spacing w:line="282" w:lineRule="exact" w:before="31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夫商賈者，所以伸盈虛而獲天地之利，通有無而壹</w:t>
      </w:r>
    </w:p>
    <w:p>
      <w:pPr>
        <w:autoSpaceDN w:val="0"/>
        <w:autoSpaceDE w:val="0"/>
        <w:widowControl/>
        <w:spacing w:line="400" w:lineRule="exact" w:before="0" w:after="2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四海之財。其人可甚賤，而其業不可廢。蓋眾利之所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充，而積偽之所生，不可不審察也。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4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14" w:lineRule="exact" w:before="1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82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 buôn là đạt đƣợc lợi ích giữa đất trời nhờ việc </w:t>
      </w:r>
    </w:p>
    <w:p>
      <w:pPr>
        <w:autoSpaceDN w:val="0"/>
        <w:autoSpaceDE w:val="0"/>
        <w:widowControl/>
        <w:spacing w:line="366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chỉnh sự dƣ thừa và thiếu hụt của hàng hóa; lựa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chọn việc lƣu thông hoặc không để cân bằng vật chất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khắp bốn phƣơng. Địa vị xã hội của nhà buôn dẫu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thấp hèn nhƣng thƣơng nghiệp lại không thể phế bỏ.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Mặt khác, thƣơng nghiệp cũng là nơi hội tụ rất nhiều lợi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ích và cũng là ngọn nguồn nảy sinh các hiện tƣợng dối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trá. Bởi vậy mà không thể không nhìn nhận một cách tỉ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mỉ.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32" w:lineRule="exact" w:before="1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6. NHÂN QUẢ </w:t>
      </w:r>
    </w:p>
    <w:p>
      <w:pPr>
        <w:autoSpaceDN w:val="0"/>
        <w:autoSpaceDE w:val="0"/>
        <w:widowControl/>
        <w:spacing w:line="414" w:lineRule="exact" w:before="218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464"/>
        </w:trPr>
        <w:tc>
          <w:tcPr>
            <w:tcW w:type="dxa" w:w="60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6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皇天無親，惟德是輔；民心無常，惟惠之懷。</w:t>
            </w:r>
          </w:p>
        </w:tc>
        <w:tc>
          <w:tcPr>
            <w:tcW w:type="dxa" w:w="4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天之於</w:t>
            </w:r>
          </w:p>
        </w:tc>
      </w:tr>
    </w:tbl>
    <w:p>
      <w:pPr>
        <w:autoSpaceDN w:val="0"/>
        <w:autoSpaceDE w:val="0"/>
        <w:widowControl/>
        <w:spacing w:line="350" w:lineRule="exact" w:before="0" w:after="1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人，無有親疏。惟有德者，則輔佐之。民心於上，無有常主。惟愛己者，則歸往之。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為善弗同，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同歸于治；為惡弗同，同歸于亂。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14" w:lineRule="exact" w:before="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4" w:lineRule="exact" w:before="2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Trời cao không thiên vị bất kỳ ai, miễn là ngƣời có </w:t>
      </w:r>
    </w:p>
    <w:p>
      <w:pPr>
        <w:autoSpaceDN w:val="0"/>
        <w:autoSpaceDE w:val="0"/>
        <w:widowControl/>
        <w:spacing w:line="364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có tài đều đƣợc che chở; lòng dân cũng không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cố định và bất biến, miễn là ngƣời lãnh đạo nhân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dân, nhân dân đều sẽ quy thuận. Phƣơng pháp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 nền chính trị nhân nghĩa tuy có khác, nhƣng chỉ cần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nền chính trị nhân nghĩa thực sự, kết quả đều là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sẽ luôn thái bình thịnh vƣợng và phƣơng thức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xấu ác tuy không giống nhau, nhƣng kết cục đều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xã hội động loạn.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354 ~ </w:t>
      </w:r>
    </w:p>
    <w:p>
      <w:pPr>
        <w:autoSpaceDN w:val="0"/>
        <w:autoSpaceDE w:val="0"/>
        <w:widowControl/>
        <w:spacing w:line="282" w:lineRule="exact" w:before="298" w:after="42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仁者在位，而仁人來；義者在朝，而義士至。是以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52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墨子之門多勇士，仲尼之門多道德，文王之朝多賢良，</w:t>
            </w:r>
          </w:p>
        </w:tc>
      </w:tr>
      <w:tr>
        <w:trPr>
          <w:trHeight w:hRule="exact" w:val="378"/>
        </w:trPr>
        <w:tc>
          <w:tcPr>
            <w:tcW w:type="dxa" w:w="43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秦王之庭多不詳。故善者必有所主</w:t>
            </w:r>
          </w:p>
        </w:tc>
        <w:tc>
          <w:tcPr>
            <w:tcW w:type="dxa" w:w="25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（主作因）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而至，惡者必</w:t>
            </w:r>
          </w:p>
        </w:tc>
      </w:tr>
    </w:tbl>
    <w:p>
      <w:pPr>
        <w:autoSpaceDN w:val="0"/>
        <w:autoSpaceDE w:val="0"/>
        <w:widowControl/>
        <w:spacing w:line="342" w:lineRule="exact" w:before="0" w:after="18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有所因而來。夫善惡不空作，禍福不濫生，唯心之所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向，志之所行而已矣。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30"/>
        </w:trPr>
        <w:tc>
          <w:tcPr>
            <w:tcW w:type="dxa" w:w="35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10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新語） </w:t>
            </w:r>
          </w:p>
        </w:tc>
      </w:tr>
    </w:tbl>
    <w:p>
      <w:pPr>
        <w:autoSpaceDN w:val="0"/>
        <w:autoSpaceDE w:val="0"/>
        <w:widowControl/>
        <w:spacing w:line="346" w:lineRule="exact" w:before="1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ngƣời nhân đức chấp chính ở triều đình tất sẽ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chiêu cảm đƣợc ngƣời nhân đức đến và khi nhân sĩ có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chấp chính ở triều đình tất sẽ chiêu cảm nhân sĩ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nghĩa đến. Bởi vậy, trong số học trò của Mặc Tử có rất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nhân sĩ can đảm, trong số học trò của Khổng Tử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rất nhiều ngƣời có đức hạnh, trong triều đình của Văn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có rất nhiều hạ thần có tài có đức, nhƣng trong triều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đình của Tần Vƣơng lại có rất nhiều kẻ bất thiện.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thiện đến tất phải có nguyên nhân và ngƣời ác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phải có duyên cớ. Điều thiện - ác không phải tự dƣng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nảy sinh, họa phúc sẽ không ngẫu nhiên mà đến,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là kết quả từ những thứ mà tâm hồn con ngƣời hƣớng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về và từ những việc mà ý chí đã thực thi mà thôi. </w:t>
      </w:r>
    </w:p>
    <w:p>
      <w:pPr>
        <w:autoSpaceDN w:val="0"/>
        <w:autoSpaceDE w:val="0"/>
        <w:widowControl/>
        <w:spacing w:line="374" w:lineRule="exact" w:before="2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28"/>
        </w:rPr>
        <w:t>Tân Ngữ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) </w:t>
      </w:r>
    </w:p>
    <w:p>
      <w:pPr>
        <w:autoSpaceDN w:val="0"/>
        <w:autoSpaceDE w:val="0"/>
        <w:widowControl/>
        <w:spacing w:line="416" w:lineRule="exact" w:before="23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355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利天下者，天下啓之；害天下者，天下閉之；生天</w:t>
      </w:r>
    </w:p>
    <w:p>
      <w:pPr>
        <w:autoSpaceDN w:val="0"/>
        <w:autoSpaceDE w:val="0"/>
        <w:widowControl/>
        <w:spacing w:line="364" w:lineRule="exact" w:before="2" w:after="18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下者，天下德之；殺天下者，天下賊之；徹天下者，天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下通之；窮天下者，天下仇之；安天下者，天下恃之；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危天下者，天下災之。天下者非一人之天下，唯有道者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得天下也。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mƣu cầu lợi ích cho thiên hạ, ngƣời trong thiên </w:t>
      </w:r>
    </w:p>
    <w:p>
      <w:pPr>
        <w:autoSpaceDN w:val="0"/>
        <w:autoSpaceDE w:val="0"/>
        <w:widowControl/>
        <w:spacing w:line="332" w:lineRule="exact" w:before="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sẽ yêu mến họ; ngƣời gây tai họa cho thiên hạ, ngƣời </w:t>
      </w:r>
    </w:p>
    <w:p>
      <w:pPr>
        <w:autoSpaceDN w:val="0"/>
        <w:autoSpaceDE w:val="0"/>
        <w:widowControl/>
        <w:spacing w:line="346" w:lineRule="exact" w:before="1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98" w:lineRule="exact" w:before="10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 sẽ phản kháng họ; ngƣời khiến ngƣời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đƣợc đảm bảo an sinh, ngƣời trong thiên hạ sẽ cảm kích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họ; ngƣời giết hại ngƣời trong thiên hạ, ngƣời trong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sẽ hủy diệt họ; ngƣời đối với ngƣời trong thiên hạ thật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thật lòng, ngƣời trong thiên hạ đều đối với họ chân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và không hề giấu giếm; ngƣời cản trở ý nguyện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trong thiên hạ và khiến họ rơi vào cảnh cơ cực,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trong thiên hạ sẽ coi họ nhƣ kẻ thù; ngƣời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đƣợc an cƣ lạc nghiệp, ngƣời trong thiên hạ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nƣơng tựa vào họ; ngƣời khiến thiên hạ gặp cảnh nguy nan,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trong thiên hạ cũng đem tai họa đến cho họ.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không phải là thiên hạ của một ngƣời, chỉ ngƣời có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có đƣợc thiên hạ. </w:t>
      </w:r>
    </w:p>
    <w:p>
      <w:pPr>
        <w:autoSpaceDN w:val="0"/>
        <w:autoSpaceDE w:val="0"/>
        <w:widowControl/>
        <w:spacing w:line="400" w:lineRule="exact" w:before="278" w:after="0"/>
        <w:ind w:left="88" w:right="8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356 ~ </w:t>
      </w:r>
    </w:p>
    <w:p>
      <w:pPr>
        <w:autoSpaceDN w:val="0"/>
        <w:autoSpaceDE w:val="0"/>
        <w:widowControl/>
        <w:spacing w:line="280" w:lineRule="exact" w:before="338" w:after="0"/>
        <w:ind w:left="164" w:right="16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夫天下大器，今人之置器，置諸安處則安，置諸危</w:t>
      </w:r>
    </w:p>
    <w:p>
      <w:pPr>
        <w:autoSpaceDN w:val="0"/>
        <w:autoSpaceDE w:val="0"/>
        <w:widowControl/>
        <w:spacing w:line="418" w:lineRule="exact" w:before="2" w:after="208"/>
        <w:ind w:left="30" w:right="16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處則危。天下之情與器無以異，在天子之所置之。湯、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武置天下於仁義禮樂，而德澤洽，禽獸草木廣裕，德被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子孫數十世，此天下所共聞也；秦王置天下於法令刑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罰，德澤無一有，而怨毒盈於世，人憎惡之如仇讎，禍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幾及身，子孫誅絕，此天下之所共見也。是非其明效大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驗邪！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99"/>
        <w:gridCol w:w="3499"/>
      </w:tblGrid>
      <w:tr>
        <w:trPr>
          <w:trHeight w:hRule="exact" w:val="892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1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（卷十六 </w:t>
            </w:r>
          </w:p>
        </w:tc>
        <w:tc>
          <w:tcPr>
            <w:tcW w:type="dxa" w:w="13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1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漢書四） </w:t>
            </w:r>
          </w:p>
        </w:tc>
      </w:tr>
    </w:tbl>
    <w:p>
      <w:pPr>
        <w:autoSpaceDN w:val="0"/>
        <w:autoSpaceDE w:val="0"/>
        <w:widowControl/>
        <w:spacing w:line="346" w:lineRule="exact" w:before="4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332 </w:t>
      </w:r>
    </w:p>
    <w:p>
      <w:pPr>
        <w:sectPr>
          <w:pgSz w:w="9072" w:h="13608"/>
          <w:pgMar w:top="464" w:right="970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tựa nhƣ một đồ vật lớn, ngày nay ngƣời ta </w:t>
      </w:r>
    </w:p>
    <w:p>
      <w:pPr>
        <w:autoSpaceDN w:val="0"/>
        <w:autoSpaceDE w:val="0"/>
        <w:widowControl/>
        <w:spacing w:line="398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đặt đồ vật, nếu đặt ở nơi vững chãi tất sẽ ổn định, nếu đặt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 nguy hiểm cũng sẽ có nguy cơ. Đạo lý trị vì thiên hạ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đặt để đồ vật không có gì khác biệt, phải xem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tử đặt chúng ở nơi nào mới đƣợc. Thƣơng Thang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Vũ Vƣơng đem thiên hạ mà đặt ở điều nhân nghĩa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và ở việc giáo hóa lễ nhạc, thế là ân đức đƣợc ban phát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rộng khắp, muông thú sinh sôi, cây cỏ tốt tƣơi, đức hạnh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bao trùm đến cả mấy mƣơi đời con cháu về sau, điều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trong thiên hạ đều biết. Tần Thủy Hoàng lại đem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mà đặt ở trên luật pháp và hình phạt, không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chút ân huệ, thế là sự oán hận lắp đầy cả thế gian, ngƣời ta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căm hận nhƣ thể kẻ thù, hậu họa chỉ thiếu một chút là hại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thân, thế hệ con cháu đều bị tru di, việc này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 đều thấy. Ai đúng ai sai đều đã hiển bày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ứng nghiệm rất rõ cả rồi.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4) </w:t>
      </w:r>
    </w:p>
    <w:p>
      <w:pPr>
        <w:autoSpaceDN w:val="0"/>
        <w:autoSpaceDE w:val="0"/>
        <w:widowControl/>
        <w:spacing w:line="416" w:lineRule="exact" w:before="28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357 ~ </w:t>
      </w:r>
    </w:p>
    <w:p>
      <w:pPr>
        <w:autoSpaceDN w:val="0"/>
        <w:autoSpaceDE w:val="0"/>
        <w:widowControl/>
        <w:spacing w:line="280" w:lineRule="exact" w:before="33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人主能安其民，則民事其主，如事其父母。故主有</w:t>
      </w:r>
    </w:p>
    <w:p>
      <w:pPr>
        <w:autoSpaceDN w:val="0"/>
        <w:autoSpaceDE w:val="0"/>
        <w:widowControl/>
        <w:spacing w:line="418" w:lineRule="exact" w:before="2" w:after="208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憂則憂之，有難則死之。人主視民如土，則民不為用。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主有憂則不憂，有難則不死。故曰：『莫樂之，則莫哀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之；莫生之，則莫死之。』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1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1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346" w:lineRule="exact" w:before="1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quân vƣơng có thể khiến cuộc sống của ngƣời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an định, vậy thì ngƣời dân sẽ phụng sự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thể phụng sự cha mẹ của chính mình. Do vậy,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có nỗi ƣu tƣ, ngƣời dân sẽ vì họ mà chia sẻ nỗi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ƣu tƣ; khi quân vƣơng có nguy nan, ngƣời dân sẽ vì họ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hiến dâng mạng sống. Nếu quân vƣơng xem ngƣời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bùn đất, ngƣời dân sẽ không vì họ mà cống hiến.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có nỗi ƣu tƣ, ngƣời dân sẽ không vì họ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chia sẻ nỗi ƣu tƣ; khi quân vƣơng có nguy nan, ngƣời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vì họ mà hy sinh tính mạng. Bởi vậy mới nói: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“Nếu quân vƣơng không thể khiến ngƣời dân an lạc,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sẽ không vì họ mà chia sẻ nỗi ƣu tƣ; nếu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màng đến sự sinh tồn của ngƣời dân, ngƣời dân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vì họ mà liều chết.”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358 ~ </w:t>
      </w:r>
    </w:p>
    <w:p>
      <w:pPr>
        <w:autoSpaceDN w:val="0"/>
        <w:autoSpaceDE w:val="0"/>
        <w:widowControl/>
        <w:spacing w:line="280" w:lineRule="exact" w:before="304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臣聞，謙遜靜愨，天表之應，應之以福；驕溢靡</w:t>
      </w:r>
    </w:p>
    <w:p>
      <w:pPr>
        <w:autoSpaceDN w:val="0"/>
        <w:autoSpaceDE w:val="0"/>
        <w:widowControl/>
        <w:spacing w:line="280" w:lineRule="exact" w:before="84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麗，天表之應，應之以異。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0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（卷十八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漢書六）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(Đông Phƣơng Sóc khuyên giải Hán Vũ Đế rằng:) </w:t>
      </w:r>
    </w:p>
    <w:p>
      <w:pPr>
        <w:autoSpaceDN w:val="0"/>
        <w:autoSpaceDE w:val="0"/>
        <w:widowControl/>
        <w:spacing w:line="39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nghe nói, làm ngƣời phải khiêm tốn kính cẩn, trầm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tĩnh và chất phác, ông trời sẽ cảm ứng và cảm ứng bởi </w:t>
      </w:r>
    </w:p>
    <w:p>
      <w:pPr>
        <w:autoSpaceDN w:val="0"/>
        <w:autoSpaceDE w:val="0"/>
        <w:widowControl/>
        <w:spacing w:line="346" w:lineRule="exact" w:before="4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8" w:right="3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04" w:lineRule="exact" w:before="94" w:after="0"/>
        <w:ind w:left="3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phúc lành. Ngƣợc lại, nếu ngang tàng tự mãn, xa xỉ vô độ,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ông trời cũng sẽ cảm ứng, nhƣng cảm ứng bởi hiện tƣợng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kỳ quái. </w:t>
      </w:r>
    </w:p>
    <w:p>
      <w:pPr>
        <w:autoSpaceDN w:val="0"/>
        <w:autoSpaceDE w:val="0"/>
        <w:widowControl/>
        <w:spacing w:line="424" w:lineRule="exact" w:before="2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Tập 8)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416" w:lineRule="exact" w:before="28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359 ~ </w:t>
      </w:r>
    </w:p>
    <w:p>
      <w:pPr>
        <w:autoSpaceDN w:val="0"/>
        <w:autoSpaceDE w:val="0"/>
        <w:widowControl/>
        <w:spacing w:line="306" w:lineRule="exact" w:before="312" w:after="7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小人朝為，而夕求其成；坐施而立望其及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（及作反）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7"/>
        <w:gridCol w:w="3467"/>
      </w:tblGrid>
      <w:tr>
        <w:trPr>
          <w:trHeight w:hRule="exact" w:val="1398"/>
        </w:trPr>
        <w:tc>
          <w:tcPr>
            <w:tcW w:type="dxa" w:w="690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96" w:lineRule="exact" w:before="0" w:after="0"/>
              <w:ind w:left="14" w:right="88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行一日之善，而問終身之譽。譽不至則曰，善無益矣，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遂疑聖人之言，背先王之教，存其舊術，順其常好。是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以身辱名賤，而永為人役也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（永作不免二字）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</w:tr>
      <w:tr>
        <w:trPr>
          <w:trHeight w:hRule="exact" w:val="660"/>
        </w:trPr>
        <w:tc>
          <w:tcPr>
            <w:tcW w:type="dxa" w:w="56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2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中論） </w:t>
            </w:r>
          </w:p>
        </w:tc>
      </w:tr>
    </w:tbl>
    <w:p>
      <w:pPr>
        <w:autoSpaceDN w:val="0"/>
        <w:autoSpaceDE w:val="0"/>
        <w:widowControl/>
        <w:spacing w:line="416" w:lineRule="exact" w:before="17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3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tiểu nhân mới khi sáng làm việc, đến chập tối đã </w:t>
      </w:r>
    </w:p>
    <w:p>
      <w:pPr>
        <w:autoSpaceDN w:val="0"/>
        <w:autoSpaceDE w:val="0"/>
        <w:widowControl/>
        <w:spacing w:line="398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mong cầu thành công; vừa ngồi xuống thực hiện, khi đứng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dậy đã trông ngóng có báo đáp; mới chỉ một ngày làm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tốt đã hi vọng có một đời vinh quang. Khi chƣa có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vinh quang, liền nói rằng làm việc tốt cũng chẳng có 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chi, thế là hoài nghi lời mà của bậc thánh nhân đã nói và bỏ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mặc lời dạy của tiên đế mà giữ lấy cách làm từ trƣớc đó,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 theo sở thích tầm thƣờng của chính mình. Bởi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thân bại danh liệt, khó mà tránh khỏi việc bị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sai khiến. </w:t>
      </w:r>
    </w:p>
    <w:p>
      <w:pPr>
        <w:autoSpaceDN w:val="0"/>
        <w:autoSpaceDE w:val="0"/>
        <w:widowControl/>
        <w:spacing w:line="400" w:lineRule="exact" w:before="27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360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472"/>
        </w:trPr>
        <w:tc>
          <w:tcPr>
            <w:tcW w:type="dxa" w:w="4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六三：負且乘，致寇至，貞吝。</w:t>
            </w:r>
          </w:p>
        </w:tc>
        <w:tc>
          <w:tcPr>
            <w:tcW w:type="dxa" w:w="23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處非其位，履非其正，以附於四，用</w:t>
            </w:r>
          </w:p>
        </w:tc>
      </w:tr>
    </w:tbl>
    <w:p>
      <w:pPr>
        <w:autoSpaceDN w:val="0"/>
        <w:autoSpaceDE w:val="0"/>
        <w:widowControl/>
        <w:spacing w:line="140" w:lineRule="exact" w:before="30" w:after="26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夫柔邪以自媚者也。乘二負四，以容其身。寇之來也，自己所致矣，雖幸而免，正之所賤也。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9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hào số ba của Quẻ Giải: Kẻ tiểu nhân trên ngƣời </w:t>
      </w:r>
    </w:p>
    <w:p>
      <w:pPr>
        <w:autoSpaceDN w:val="0"/>
        <w:autoSpaceDE w:val="0"/>
        <w:widowControl/>
        <w:spacing w:line="372" w:lineRule="exact" w:before="0" w:after="0"/>
        <w:ind w:left="30" w:right="2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mang vật nặng mà lại đánh xe ngựa, tất sẽ gọi mời đạo tặc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đến, đây chính là điều mà nhiều ngƣời khinh bỉ.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41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76" w:lineRule="exact" w:before="242" w:after="0"/>
        <w:ind w:left="2036" w:right="20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(HẾT QUYỂN 3) </w:t>
      </w:r>
    </w:p>
    <w:p>
      <w:pPr>
        <w:autoSpaceDN w:val="0"/>
        <w:autoSpaceDE w:val="0"/>
        <w:widowControl/>
        <w:spacing w:line="374" w:lineRule="exact" w:before="228" w:after="0"/>
        <w:ind w:left="2858" w:right="285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*** </w:t>
      </w:r>
    </w:p>
    <w:p>
      <w:pPr>
        <w:autoSpaceDN w:val="0"/>
        <w:autoSpaceDE w:val="0"/>
        <w:widowControl/>
        <w:spacing w:line="312" w:lineRule="exact" w:before="3396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41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Lƣng mang vác nặng, vốn là việc của kẻ tiểu nhân, nhƣng xe ngựa lại là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công cụ để quân tử dùng để trị quốc và bình thiên hạ. Vậy mà nay kẻ tiểu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nhân đánh trộm công cụ của ngƣời quân tử, chắc chắn chẳng thể cứu giúp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ngƣời đời và kẻ trộm cƣớp tất sẽ đua nhau đến cƣớp đoạt những thứ đó.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86" w:lineRule="exact" w:before="1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>BẢNG CHÚ GIẢI</w:t>
      </w:r>
      <w:r>
        <w:rPr>
          <w:rFonts w:ascii="Times New Roman Bold" w:hAnsi="Times New Roman Bold" w:eastAsia="Times New Roman Bold"/>
          <w:b/>
          <w:i w:val="0"/>
          <w:color w:val="000000"/>
          <w:sz w:val="17"/>
        </w:rPr>
        <w:t xml:space="preserve">421 </w:t>
      </w:r>
    </w:p>
    <w:p>
      <w:pPr>
        <w:autoSpaceDN w:val="0"/>
        <w:autoSpaceDE w:val="0"/>
        <w:widowControl/>
        <w:spacing w:line="318" w:lineRule="exact" w:before="78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Bão Phác Tử </w:t>
      </w:r>
    </w:p>
    <w:p>
      <w:pPr>
        <w:autoSpaceDN w:val="0"/>
        <w:autoSpaceDE w:val="0"/>
        <w:widowControl/>
        <w:spacing w:line="310" w:lineRule="exact" w:before="12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Bao Pu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抱朴子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Cát Hồng biên soạn vào thời đại Đông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Tấn (317-420). Ông là tín đồ của Đạo giáo và cũng là một thầy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thuốc nổi tiếng, ông luyện đan để tìm cầu thuật trƣờng sinh bất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tử.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Xương Ngôn </w:t>
      </w:r>
    </w:p>
    <w:p>
      <w:pPr>
        <w:autoSpaceDN w:val="0"/>
        <w:autoSpaceDE w:val="0"/>
        <w:widowControl/>
        <w:spacing w:line="304" w:lineRule="exact" w:before="12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Chang Yan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昌言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chứa đựng lời khuyên thẳng thắn và cởi mở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Trọng Trƣờng Tử khi đề cao Lễ – Nghĩa – Liêm – Sỉ.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khuyên bậc quân vƣơng phải nên tin dùng ngƣời có đức tài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ủng hộ việc phải nghiêm túc tuân thủ luật pháp kỷ cƣơng. Bộ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sách này cũng đƣợc biết dƣới tên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Trọng Trường Tử Xương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Ngôn (The Frank Advice of Zhong Chang Zi)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nội dung chủ yếu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bàn về việc ngƣời đứng đầu làm thế nào để trị vì đất nƣớc một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cách hiệu quả. Bộ sách hoàn chỉnh này đƣợc lƣu giữ trong suốt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thời kỳ nhà Tống (960-1279), nhƣng đến nay bộ sách này đã bị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thất truyền.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Xuân Thu Tả Thị Truyện </w:t>
      </w:r>
    </w:p>
    <w:p>
      <w:pPr>
        <w:autoSpaceDN w:val="0"/>
        <w:autoSpaceDE w:val="0"/>
        <w:widowControl/>
        <w:spacing w:line="306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Chun Qiu Zuo Shi Zhuan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春秋左氏傳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(Commentary of Zuo on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the Spring and Autumn Annals),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đôi khi đƣợc biết đến với tên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khác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Tả Truyện (The Chronicle of Zuo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). Đây là một trong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những tác phẩm sớm nhất của Trung Quốc viết về lịch sử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phản ánh giai đoạn từ năm 770 – 476 TCN, bộ sách là một trong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ba tác phẩm viết về lời bình cho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Xuân Thu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Tả Truyện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236" w:lineRule="exact" w:before="552" w:after="0"/>
        <w:ind w:left="30" w:right="3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3"/>
        </w:rPr>
        <w:t>41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 Nội dung tham chiếu chủ yếu sƣu tầm từ Wikipedia.org, chinaculture.org,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chinaknowledge.org websites, và Lu et al., </w:t>
      </w:r>
      <w:r>
        <w:rPr>
          <w:rFonts w:ascii="Times New Roman Italic" w:hAnsi="Times New Roman Italic" w:eastAsia="Times New Roman Italic"/>
          <w:b w:val="0"/>
          <w:i/>
          <w:color w:val="000000"/>
          <w:sz w:val="20"/>
        </w:rPr>
        <w:t>Quần Thư Trị Yếu Khảo Dịch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 (</w:t>
      </w:r>
      <w:r>
        <w:rPr>
          <w:rFonts w:ascii="Times New Roman Italic" w:hAnsi="Times New Roman Italic" w:eastAsia="Times New Roman Italic"/>
          <w:b w:val="0"/>
          <w:i/>
          <w:color w:val="000000"/>
          <w:sz w:val="20"/>
        </w:rPr>
        <w:t xml:space="preserve">Qunshu </w:t>
      </w:r>
      <w:r>
        <w:rPr>
          <w:rFonts w:ascii="Times New Roman Italic" w:hAnsi="Times New Roman Italic" w:eastAsia="Times New Roman Italic"/>
          <w:b w:val="0"/>
          <w:i/>
          <w:color w:val="000000"/>
          <w:sz w:val="20"/>
        </w:rPr>
        <w:t xml:space="preserve">Zhiyao Kaoyi). </w:t>
      </w:r>
    </w:p>
    <w:p>
      <w:pPr>
        <w:autoSpaceDN w:val="0"/>
        <w:autoSpaceDE w:val="0"/>
        <w:widowControl/>
        <w:spacing w:line="240" w:lineRule="exact" w:before="286" w:after="0"/>
        <w:ind w:left="30" w:right="3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3"/>
        </w:rPr>
        <w:t>42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 Thời kỳ Xuân Thu bắt đầu từ năm 770 TCN sau khi vua Chu Bình Vƣơng dời đô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thành của nƣớc Đông Chu từ Cảo Kinh (nay thuộc Thiểm Tây) về Lạc Ấp (nay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thuộc Lạc Dƣơng) và kết thúc vào năm 476 TCN, sau khi nƣớc Hán, Ngụy và Triệu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phân chia nƣớc Tấn (đƣợc biết đến với tên gọi „Tam Gia Phân Tấn‟ – Ba Nhà Chia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>Tấn, đây chính là ranh giới phân chia giữa thời kỳ Xuân Thu và thời kỳ Chiến Quốc)</w:t>
      </w:r>
      <w:r>
        <w:rPr>
          <w:rFonts w:ascii="Times New Roman Italic" w:hAnsi="Times New Roman Italic" w:eastAsia="Times New Roman Italic"/>
          <w:b w:val="0"/>
          <w:i/>
          <w:color w:val="000000"/>
          <w:sz w:val="20"/>
        </w:rPr>
        <w:t xml:space="preserve"> </w:t>
      </w:r>
    </w:p>
    <w:p>
      <w:pPr>
        <w:autoSpaceDN w:val="0"/>
        <w:autoSpaceDE w:val="0"/>
        <w:widowControl/>
        <w:spacing w:line="346" w:lineRule="exact" w:before="3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0" w:lineRule="exact" w:before="17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thƣờng đƣợc xem là tác phẩm của Tả Khâu Minh của nƣớc Lỗ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vào cuối thời kỳ Xuân Thu</w:t>
      </w:r>
      <w:r>
        <w:rPr>
          <w:rFonts w:ascii="Times New Roman" w:hAnsi="Times New Roman" w:eastAsia="Times New Roman"/>
          <w:b w:val="0"/>
          <w:i w:val="0"/>
          <w:color w:val="000000"/>
          <w:sz w:val="17"/>
        </w:rPr>
        <w:t>42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(770-476 TCN), nhƣng trên thực tế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bộ sách đƣợc biên soạn vào giữa thời kỳ Chiến Quốc (475-221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TCN). </w:t>
      </w:r>
    </w:p>
    <w:p>
      <w:pPr>
        <w:autoSpaceDN w:val="0"/>
        <w:autoSpaceDE w:val="0"/>
        <w:widowControl/>
        <w:spacing w:line="318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Thôi Thực Chính Luận </w:t>
      </w:r>
    </w:p>
    <w:p>
      <w:pPr>
        <w:autoSpaceDN w:val="0"/>
        <w:autoSpaceDE w:val="0"/>
        <w:widowControl/>
        <w:spacing w:line="306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Cui Shi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崔寔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đôi khi đƣợc biết đến với tên gọi Thôi Thị. Ông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một nhà lý luận chính trị từ thời kỳ Đông Hán (25-220) và nổi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tiếng bởi đạo hiếu của mình. Ông là một quan viên cần kiện, đức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độ và chính trực của triều đình.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Thôi Thực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đề cập đến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rất nhiều sự kiện đƣơng thƣời. Đặc điểm nổi biệt của tác phẩm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này là tính trực diện.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Điển Luận </w:t>
      </w:r>
    </w:p>
    <w:p>
      <w:pPr>
        <w:autoSpaceDN w:val="0"/>
        <w:autoSpaceDE w:val="0"/>
        <w:widowControl/>
        <w:spacing w:line="308" w:lineRule="exact" w:before="12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Dian Lun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典論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bởi Tào Phi. Ông chính thức đƣợc biết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đến là Ngụy Văn Đế và là vị hoàng đế đầu tiên của Tào Ngụy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vào thời kỳ Tam Quốc (220-280), ông cũng là ngƣời con trai thứ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hai của Tào Tháo – ngƣời nắm quyền hành của triều đại Đông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Hán vào những năm cuối của thời kỳ này.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Điển Ngữ </w:t>
      </w:r>
    </w:p>
    <w:p>
      <w:pPr>
        <w:autoSpaceDN w:val="0"/>
        <w:autoSpaceDE w:val="0"/>
        <w:widowControl/>
        <w:spacing w:line="306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Dian Yu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典語, t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ác giả là Lục Cảnh (250 – 281). Lục Cảnh chỉ thọ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đến năm ba mƣơi mốt tuổi, nhƣng tác phẩm mà ông để lại rất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phong phú, chỉ duy nhất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[Điển Ngữ]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đƣợc lƣu lại còn tất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cả đều đã bị thất truyền. Nội dung mà cuốn sách này bàn về là từ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nền chính trị và áp lực vì phải nộp sƣu cao thuế nặng cho bậc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quan lại triều đình cho đến vấn đề trừ bỏ tệ nạn tham ô.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Phó Tử </w:t>
      </w:r>
    </w:p>
    <w:p>
      <w:pPr>
        <w:autoSpaceDN w:val="0"/>
        <w:autoSpaceDE w:val="0"/>
        <w:widowControl/>
        <w:spacing w:line="306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Fu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傅子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do Phó Huyền của triều đại Đông Tấn (265-317)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biên soạn. Bộ sách của ông nhấn mạnh thế giới tự nhiên vận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hành theo vòng luân chuyển của khí. Tựu chung, Phó Huyền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phản đối sự tồn tại của thần linh và những điều huyền bí.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cho rằng phần lớn con ngƣời nên làm ngƣời nông dân hơn là trở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thành môn sinh, thƣơng nhân hay những ngƣời thợ.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Quản Tử </w:t>
      </w:r>
    </w:p>
    <w:p>
      <w:pPr>
        <w:autoSpaceDN w:val="0"/>
        <w:autoSpaceDE w:val="0"/>
        <w:widowControl/>
        <w:spacing w:line="346" w:lineRule="exact" w:before="2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338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4" w:lineRule="exact" w:before="17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Guan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管子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bàn về tƣ tƣởng Pháp gia, Nho gia, Đạo gia cũng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nhƣ các phƣơng diện về quân sự và nông nghiệp. Thông tin lịch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sử phong phú đƣợc chứa đựng trong bộ sách đã mang lại giá trị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nghiên cứu to lớn. Bộ sách này đƣợc cho là tác phẩm của Quản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Trọng, ngƣời sống ở thời kỳ Xuân Thu (770 - 476 TCN). Tuy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nhiên,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vốn dĩ đƣợc biên soạn bởi Lƣu Hƣớng, ở thời kỳ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Đông Hán (206 TCN – 9), và chỉ có bảy mƣơi sáu chƣơng và nội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dung đƣợc phân thành tám phạm trù.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Quốc Ngữ </w:t>
      </w:r>
    </w:p>
    <w:p>
      <w:pPr>
        <w:autoSpaceDN w:val="0"/>
        <w:autoSpaceDE w:val="0"/>
        <w:widowControl/>
        <w:spacing w:line="304" w:lineRule="exact" w:before="12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Guo Yu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國語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đánh giá là phiên bản chi tiết hơn của bộ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Xuân Thu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Đây chính là tƣ liệu lịch sử về con ngƣời, sự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kiện cũng nhƣ những câu châm ngôn từ tám nƣớc (nhà Chu, Lỗ,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Tề, Tấn, Trịnh, Sở, Ngô và Việt) từ thời Tây Chu (1046-771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TCN) cho đến thời Xuân Thu (770-476 TCN). Những ghi chép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Quốc Ngữ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những tài liệu lịch sử chính thống vô giá, bởi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vậy Tƣ Mã Thiên đã sử dụng rất nhiều tƣ liệu lịch sử trong bộ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sách này khi ông biên soạn bộ sạch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Hàn Thi Ngoại Truyện </w:t>
      </w:r>
    </w:p>
    <w:p>
      <w:pPr>
        <w:autoSpaceDN w:val="0"/>
        <w:autoSpaceDE w:val="0"/>
        <w:widowControl/>
        <w:spacing w:line="310" w:lineRule="exact" w:before="12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Han Shi Wai Zhuan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韓詩外傳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đôi khi đƣợc dịch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Những câu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chuyện giáo huấn gắn với thi ca cổ xưa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(Illustrations of the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Didactic Application of the Classic of Songs)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và đƣợc biên soạn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bởi Hàn Anh. Đây là bộ sách chú giải và bổ sung của ông cho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Kinh Thi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詩經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(Book of Odes). </w:t>
      </w:r>
    </w:p>
    <w:p>
      <w:pPr>
        <w:autoSpaceDN w:val="0"/>
        <w:autoSpaceDE w:val="0"/>
        <w:widowControl/>
        <w:spacing w:line="316" w:lineRule="exact" w:before="13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Hán Thư </w:t>
      </w:r>
    </w:p>
    <w:p>
      <w:pPr>
        <w:autoSpaceDN w:val="0"/>
        <w:autoSpaceDE w:val="0"/>
        <w:widowControl/>
        <w:spacing w:line="304" w:lineRule="exact" w:before="12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Han Shu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漢書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đôi khi đƣợc dịch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Lịch sử Triều đại Hán (Tiền)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(History of the [Former] Han Dynasty or Book of Han).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Bộ sách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là tài liệu lịch sử chi tiết về triều đại Tây Hán (206 TCN – 9)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chứa đựng tiểu sử về nhiều nhân vật lịch sử, giúp bổ sung những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câu chuyện có thật của lịch sử,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có một trăm chƣơng.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giả của bộ sách – Ban Cố bắt đầu biên soạn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dựa trên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Hậu Truyện (Later Traditions)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do cha ông – Ban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Bƣu soạn nên, nhƣng Ban Cố mất và để lại bộ sách còn dang dở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vào năm 92, sau đó em gái ông – Ban Chiêu tiếp tục hoàn thiện. </w:t>
      </w:r>
    </w:p>
    <w:p>
      <w:pPr>
        <w:autoSpaceDN w:val="0"/>
        <w:autoSpaceDE w:val="0"/>
        <w:widowControl/>
        <w:spacing w:line="346" w:lineRule="exact" w:before="3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0" w:lineRule="exact" w:before="17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Bộ sách đƣợc liệt vào hàng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Tứ Sử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Nhị Thập Tứ Sử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- hai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mƣơi tƣ bộ sử nổi tiếng và lớn nhất của Trung Quốc. </w:t>
      </w:r>
    </w:p>
    <w:p>
      <w:pPr>
        <w:autoSpaceDN w:val="0"/>
        <w:autoSpaceDE w:val="0"/>
        <w:widowControl/>
        <w:spacing w:line="318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Hàn Tử </w:t>
      </w:r>
    </w:p>
    <w:p>
      <w:pPr>
        <w:autoSpaceDN w:val="0"/>
        <w:autoSpaceDE w:val="0"/>
        <w:widowControl/>
        <w:spacing w:line="304" w:lineRule="exact" w:before="12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Han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韓子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cũng đƣợc biết đến dƣới tên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Hàn Phi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đây là tác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phẩm của Hàn Phi (280 – 233). Ông là học giả vĩ đại của trƣờng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phái Pháp gia trong suốt thời kỳ Chiến Quốc (475 – 221) và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môn đồ của Tuân Tử. Hàn Phi tiếp nối học thuyết từ ngƣời thầy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mình – Tuân Tử, thuyết này cho rằng con ngƣời bẩm sinh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vốn xấu ác và đề cao việc trị vì đất nƣớc bằng hình phạt và việc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ban thƣởng. </w:t>
      </w:r>
    </w:p>
    <w:p>
      <w:pPr>
        <w:autoSpaceDN w:val="0"/>
        <w:autoSpaceDE w:val="0"/>
        <w:widowControl/>
        <w:spacing w:line="346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Hạt Quan Tử </w:t>
      </w:r>
    </w:p>
    <w:p>
      <w:pPr>
        <w:autoSpaceDN w:val="0"/>
        <w:autoSpaceDE w:val="0"/>
        <w:widowControl/>
        <w:spacing w:line="308" w:lineRule="exact" w:before="12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He Guan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鶡冠子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ngƣời nƣớc Sở vào thời kỳ Xuân Thu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(770-476 TCN). Ông thƣờng dùng lông chim hạt để gắn vào mũ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đội đầu, bởi vậy mà có tên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Hạt Quan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Bộ sách của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gồm có mƣời chín chƣơng và chủ yếu xoay quanh tƣ tƣởng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Đạo gia.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Hậu Hán Thư </w:t>
      </w:r>
    </w:p>
    <w:p>
      <w:pPr>
        <w:autoSpaceDN w:val="0"/>
        <w:autoSpaceDE w:val="0"/>
        <w:widowControl/>
        <w:spacing w:line="306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Hou Han Shu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後漢書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cũng đƣợc dịch ra với tên gọi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Lịch sử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Triều đại Hán (Hậu) (History of the Later Han Dynasty or Book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of Han),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đây chính là tác phẩm thứ hai sau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Hán Thư.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Bộ sách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bao quát lịch sử về thời kỳ Đông Hán (25 - 220) và đƣợc biên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soạn bởi Phạm Diệp (398 – 445). Cũng nhƣ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Hán Thư, Hậu Hán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một phần của bộ Tiền Tứ Sử trong Nhị Thập Tứ Sử.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Hoài Nam Tử </w:t>
      </w:r>
    </w:p>
    <w:p>
      <w:pPr>
        <w:autoSpaceDN w:val="0"/>
        <w:autoSpaceDE w:val="0"/>
        <w:widowControl/>
        <w:spacing w:line="310" w:lineRule="exact" w:before="12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Huai Nan Z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淮南子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Lƣu An vào thời kỳ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Tây Hán (206 TCN – 9) cùng một số học giả đến thăm và ở lại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cùng ông. Tác phẩm cũng đƣợc biết đến dƣới tên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Hoài Nam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Hồng Liệt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淮南鴻烈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với nội dung là những minh họa cao nhất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cho quan điểm của Đạo giáo, mặc dù bộ sách đƣợc đánh giá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sự kết hợp của quan niệm Nho gia, Pháp gia, thuyết Âm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Dƣơng, cũng nhƣ Ngũ Hành. Bộ sách cũng ghi lại rất nhiều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truyền thuyết và những câu chuyện thần kỳ. </w:t>
      </w:r>
    </w:p>
    <w:p>
      <w:pPr>
        <w:autoSpaceDN w:val="0"/>
        <w:autoSpaceDE w:val="0"/>
        <w:widowControl/>
        <w:spacing w:line="346" w:lineRule="exact" w:before="3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340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18" w:lineRule="exact" w:before="15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Hoàn Tử Tân Luận </w:t>
      </w:r>
    </w:p>
    <w:p>
      <w:pPr>
        <w:autoSpaceDN w:val="0"/>
        <w:autoSpaceDE w:val="0"/>
        <w:widowControl/>
        <w:spacing w:line="310" w:lineRule="exact" w:before="12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Huan Zi Xin Lun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桓子新論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Hoàn Đàm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một nhà triết học vào thời Đông Hán (25-220). Ông học rộng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giỏi về âm nhạc, các bài viết của Hoàn Đàm đã ảnh hƣởng đến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sự phát triển của tƣ tƣởng vô thần. </w:t>
      </w:r>
    </w:p>
    <w:p>
      <w:pPr>
        <w:autoSpaceDN w:val="0"/>
        <w:autoSpaceDE w:val="0"/>
        <w:widowControl/>
        <w:spacing w:line="318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Giả Tử </w:t>
      </w:r>
    </w:p>
    <w:p>
      <w:pPr>
        <w:autoSpaceDN w:val="0"/>
        <w:autoSpaceDE w:val="0"/>
        <w:widowControl/>
        <w:spacing w:line="306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Jia Zi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賈子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đây là tác phẩm của Giả Nghị (200-168 TCN).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là ngƣời Lạc Dƣơng và là một nhà chính trị, cũng nhƣ nhà văn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nổi tiếng.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Giả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còn đƣợc biết đến với tên gọi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Tân Thư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Giả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Nghị từng nhiều lần nói lên quan điểm của mình về nền chính trị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đƣơng thời và ông đề nghị thống nhất quyền lực giữa các nƣớc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(để đối kháng với quyền lực của từng quân chủ) và tập trung cho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nông nghiệp hơn là thƣơng nghiệp.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Tưởng Tử Vạn Cơ Luận/Tưởng Tử </w:t>
      </w:r>
    </w:p>
    <w:p>
      <w:pPr>
        <w:autoSpaceDN w:val="0"/>
        <w:autoSpaceDE w:val="0"/>
        <w:widowControl/>
        <w:spacing w:line="310" w:lineRule="exact" w:before="12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Jiang Zi Wan Ji Lun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蔣子萬機論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cũng đƣợc dịch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Tuyển tập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sớ dâng hoàng đế của Tưởng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(Memorials to the Emperor by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Jiang Zi)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và đƣợc viết bởi Tƣởng Tế khi dâng lên Ngụy Văn Đế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vào thời kỳ Tam Quốc (220-265).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Tấn Thư </w:t>
      </w:r>
    </w:p>
    <w:p>
      <w:pPr>
        <w:autoSpaceDN w:val="0"/>
        <w:autoSpaceDE w:val="0"/>
        <w:widowControl/>
        <w:spacing w:line="304" w:lineRule="exact" w:before="12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Jin Shu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晉書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một trong những tác phẩm chính thống về lịch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sử Trung Hoa. Bộ sách bao quát lịch sử của triều đại Tấn từ năm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265 – 420 và đƣợc biên soạn bởi một số quan viên do phụng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mệnh từ triều đình của nhà Đƣờng (618-907). Tác giả đi đầu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công tác biên soạn là tể tƣớng Phòng Huyền Linh, ông đã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thu thập nội dung của hầu hết các thƣ tịch chính thống đƣợc lƣu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giữ từ trƣớc đó. Bộ sách cũng bao gồm lịch sử của Thập Lục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Quốc, đƣơng thời với triều đại Đông Tấn (317 – 420). Một số bài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viết trong chƣơng mục tiểu sử đƣợc soạn bởi Đƣờng Thái Tông.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Khổng Tử Gia Ngữ </w:t>
      </w:r>
    </w:p>
    <w:p>
      <w:pPr>
        <w:autoSpaceDN w:val="0"/>
        <w:autoSpaceDE w:val="0"/>
        <w:widowControl/>
        <w:spacing w:line="328" w:lineRule="exact" w:before="102" w:after="0"/>
        <w:ind w:left="0" w:right="0" w:firstLine="0"/>
        <w:jc w:val="center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Kong Zi Jia Yu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孔子家語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đôi khi đƣợc biết đến dƣới tên gọi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Những bài giảng đạo thân tình của Khổng Tử (Familiar </w:t>
      </w:r>
    </w:p>
    <w:p>
      <w:pPr>
        <w:autoSpaceDN w:val="0"/>
        <w:autoSpaceDE w:val="0"/>
        <w:widowControl/>
        <w:spacing w:line="346" w:lineRule="exact" w:before="5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341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0" w:lineRule="exact" w:before="172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Discourses of Confucius)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Đây là bộ sách đƣợc biên soạn bởi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Vƣơng Túc từ những phát ngôn nổi tiếng của Khổng Tử. </w:t>
      </w:r>
    </w:p>
    <w:p>
      <w:pPr>
        <w:autoSpaceDN w:val="0"/>
        <w:autoSpaceDE w:val="0"/>
        <w:widowControl/>
        <w:spacing w:line="318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Lão Tử </w:t>
      </w:r>
    </w:p>
    <w:p>
      <w:pPr>
        <w:autoSpaceDN w:val="0"/>
        <w:autoSpaceDE w:val="0"/>
        <w:widowControl/>
        <w:spacing w:line="308" w:lineRule="exact" w:before="12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Lao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老子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(cũng đƣợc biết đến với tên gọi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Đạo Đức Kinh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),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một tác phẩm mang triết lý của Đạo giáo và đƣợc viết theo thể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thơ. Bộ sách có tám mƣơi mốt chƣơng và đƣợc chia thành hai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phần: Đạo Kinh (Thƣợng Kinh) và Đức Kinh (Hạ Kinh), đây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đƣợc xem là kinh điển vĩ đại nhất của Đạo gia.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Lễ Kí </w:t>
      </w:r>
    </w:p>
    <w:p>
      <w:pPr>
        <w:autoSpaceDN w:val="0"/>
        <w:autoSpaceDE w:val="0"/>
        <w:widowControl/>
        <w:spacing w:line="302" w:lineRule="exact" w:before="12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Li Ji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禮記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dịch ra với nhiều tên gọi: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Kinh Lễ (The Classic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Rites),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hay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Tiểu Đới Lễ Kí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v.v…. Đây là một bộ sách trong bộ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Ngũ Kinh (Five Classics)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mô tả các nghi lễ trong xã hội, chế độ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điển chƣơng và những lễ nghi, nghi thức của triều đại Chu (1046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– 256 TCN). Nội dung sơ khai của bộ sách đƣợc tin rằng do đích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thân Khổng Tử biên soạn, nhƣng đáng buồn thay rất nhiều tác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phẩm kinh điển của Nho gia (bao gồm bộ sách này) đã bị hủy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hoại trong suốt thời kỳ cầm quyền của Tần Thủy Hoàng (221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206 TCN). Bởi vậy, phiên bản thƣờng đƣợc tham chiếu cho đến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ngày nay chính là đã đƣợc biên tập và biên soạn lại bởi nhiều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học giả trong thời kỳ nhà Hán (206 TCN – 220), gồm có Đới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Đức (hay còn đƣợc gọi là Đại Đới) – ngƣời đã biên soạn lại nội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dung vào thế kỷ 1 – TCN cùng với em trai của ông – Đới Thánh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(Tiểu Đới).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Tiểu Đới Lễ Kí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biết đến ngày nay chính là sự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cống hiến của Đới Thánh. </w:t>
      </w:r>
    </w:p>
    <w:p>
      <w:pPr>
        <w:autoSpaceDN w:val="0"/>
        <w:autoSpaceDE w:val="0"/>
        <w:widowControl/>
        <w:spacing w:line="318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Liệt Tử </w:t>
      </w:r>
    </w:p>
    <w:p>
      <w:pPr>
        <w:autoSpaceDN w:val="0"/>
        <w:autoSpaceDE w:val="0"/>
        <w:widowControl/>
        <w:spacing w:line="310" w:lineRule="exact" w:before="12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Lie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列子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bộ sách gồm tám tập và dựa trên những ý tƣởng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sƣu tầm từ nhiều bộ sách.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Liệt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bàn về các lĩnh vực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chính trị, thƣơng mại, chiến sự, luật pháp, phong tục và thế giới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tự nhiên.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Lục Thao </w:t>
      </w:r>
    </w:p>
    <w:p>
      <w:pPr>
        <w:autoSpaceDN w:val="0"/>
        <w:autoSpaceDE w:val="0"/>
        <w:widowControl/>
        <w:spacing w:line="316" w:lineRule="exact" w:before="11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Liu Tao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六韜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bộ sách nổi tiếng về binh pháp của Trung Hoa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cổ đại. Bộ sách gồm có sáu phần và tổng cộng sáu mƣơi điểm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mục. Đây là tác phẩm dài nhất về chiến lƣợc quân sự trong suốt </w:t>
      </w:r>
    </w:p>
    <w:p>
      <w:pPr>
        <w:autoSpaceDN w:val="0"/>
        <w:autoSpaceDE w:val="0"/>
        <w:widowControl/>
        <w:spacing w:line="346" w:lineRule="exact" w:before="1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342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0" w:lineRule="exact" w:before="17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thời kỳ Tiền Tần (trƣớc 221 TCN). Sau thời kỳ nhà Tây Hán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(206 TCN – 9),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đã trở nên phổ biến rộng rãi và sau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triều đại nhà Đƣờng (618 – 907), các nhà quân sự thƣờng trích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dẫn từ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Bộ sách đƣợc xem là bộ binh pháp không thể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thiếu vào triều đại nhà Tống (960 – 1279). </w:t>
      </w:r>
    </w:p>
    <w:p>
      <w:pPr>
        <w:autoSpaceDN w:val="0"/>
        <w:autoSpaceDE w:val="0"/>
        <w:widowControl/>
        <w:spacing w:line="318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Lưu Dực Chính Luận </w:t>
      </w:r>
    </w:p>
    <w:p>
      <w:pPr>
        <w:autoSpaceDN w:val="0"/>
        <w:autoSpaceDE w:val="0"/>
        <w:widowControl/>
        <w:spacing w:line="314" w:lineRule="exact" w:before="11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Liu Yi Zheng Lun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劉廙政論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cũng đƣợc dịch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Luận thuyết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chính trị của Lưu Dực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Bộ sách gồm năm cuốn này có tám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 và đƣợc lƣu truyền cho đến ngày nay.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Lã Thị Xuân Thu </w:t>
      </w:r>
    </w:p>
    <w:p>
      <w:pPr>
        <w:autoSpaceDN w:val="0"/>
        <w:autoSpaceDE w:val="0"/>
        <w:widowControl/>
        <w:spacing w:line="304" w:lineRule="exact" w:before="12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Lü Shi Chun Qiu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呂氏春秋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hay còn gọi là bộ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Sử Xuân Thu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Lã Bất Vi (Spring and Autumn Annals of Premier Lü Bu Wei)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Đây là tác phẩm kinh điển bách khoa của Trung Hoa đƣợc biên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soạn vào những năm 239 TCN dƣới sự chủ xƣớng của thừa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tƣớng Lã Bất Vi của triều đại nhà Tần (221 – 206 TCN). Bộ sách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có nội dung phong phú và bao gồm tƣ tƣởng Nho giáo, Đạo giáo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cũng nhƣ các lĩnh vực nhƣ: nhạc, quân sự và nông nghiệp. Bộ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sách chính là những tham chiếu quan trọng để nghiên cứu về lịch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sử thời kỳ đầu nhà Tần và đƣợc biết đến nhƣ là một bộ sƣu tập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những giai thoại.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Luận Ngữ </w:t>
      </w:r>
    </w:p>
    <w:p>
      <w:pPr>
        <w:autoSpaceDN w:val="0"/>
        <w:autoSpaceDE w:val="0"/>
        <w:widowControl/>
        <w:spacing w:line="304" w:lineRule="exact" w:before="12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Lun Yu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論語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các môn đồ của Khổng Tử từ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thời Xuân Thu cho đến thời kỳ Chiến Quốc (475 – 221 TCN).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Cuốn sách đã ghi chép lại lời dạy, phép tắc của Khổng Tử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môn sinh của ngài, cũng nhƣ những cuộc thảo luận giữa họ.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Cuốn sách là tƣ liệu thiết thực cho việc học tập tƣởng Nho giáo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các chƣơng trong cuốn sách đƣợc tập hợp từ các chủ đề khác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nhau.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Mao Thi </w:t>
      </w:r>
    </w:p>
    <w:p>
      <w:pPr>
        <w:autoSpaceDN w:val="0"/>
        <w:autoSpaceDE w:val="0"/>
        <w:widowControl/>
        <w:spacing w:line="310" w:lineRule="exact" w:before="12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Mao Shi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毛詩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cũng đƣợc gọi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Kinh Thi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và đây là bộ sƣu tập thi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ca sớm nhất của Trung Quốc, bộ sách gồm 305 bài thơ từ nhiều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lĩnh vực từ năm 10 – 7 TCN.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Kinh Thi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đã đƣợc chú giải và phê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bình rất nhiều lần trong suốt chiều dài lịch sử. Hai cuốn chú giải </w:t>
      </w:r>
    </w:p>
    <w:p>
      <w:pPr>
        <w:autoSpaceDN w:val="0"/>
        <w:autoSpaceDE w:val="0"/>
        <w:widowControl/>
        <w:spacing w:line="346" w:lineRule="exact" w:before="1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343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0" w:lineRule="exact" w:before="17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vào thời nhà Hán (206 TCN – 220) đƣợc biên soạn bởi Mao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Hanh và cháu trai của ông – Mao Trƣờng, là bản thông dụng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nhất và đƣợc xem là đáng tin cậy. </w:t>
      </w:r>
    </w:p>
    <w:p>
      <w:pPr>
        <w:autoSpaceDN w:val="0"/>
        <w:autoSpaceDE w:val="0"/>
        <w:widowControl/>
        <w:spacing w:line="318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Mạnh Tử </w:t>
      </w:r>
    </w:p>
    <w:p>
      <w:pPr>
        <w:autoSpaceDN w:val="0"/>
        <w:autoSpaceDE w:val="0"/>
        <w:widowControl/>
        <w:spacing w:line="304" w:lineRule="exact" w:before="12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Meng Zi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孟子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nội dung chính của tác phẩm chính là những phát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ngôn của Mạnh Tử và các môn đồ của ông. Mạnh Tử đƣa ra học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thuyết về đạo đức và lòng nhân ái. Ông tin tƣởng rằng, con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ngƣời vốn đƣợc sinh ra cùng với bốn phẩm chất: Nhân – Nghĩa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Chính – Trí, nhƣng con ngƣời sẽ mất đi những đức tính cao đẹp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này nếu họ không gìn giữ và phát triển bản thân thông qua việc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tu dƣỡng. Bởi vậy, ngài nhấn mạnh con ngƣời phải nên chú trọng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đến sự trau dồi từ bên trong. Mạnh Tử cũng đề cập, tấm lòng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nhân từ bác ái sẽ thu phục đƣợc các nƣớc chƣ hầu thay vì sử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dụng chiến tranh.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Mặc Tử </w:t>
      </w:r>
    </w:p>
    <w:p>
      <w:pPr>
        <w:autoSpaceDN w:val="0"/>
        <w:autoSpaceDE w:val="0"/>
        <w:widowControl/>
        <w:spacing w:line="304" w:lineRule="exact" w:before="12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Mo Zi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墨子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ngƣời sáng lập ra trƣờng phái Mặc gia. Ông sống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ở nƣớc Lỗ vào giữa thời Xuân Thu (770 – 476 TCN) và thời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Chiến Quốc (475 – 221 TCN). Mặc Tử cho rằng Nho gia chú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trọng quá nhiều cho phép tắc và ông tin vào việc phục vụ đem lại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lợi ích cho ngƣời bằng sự hy sinh của bản thân. Ngoài ra,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cũng phản đối sự xâm lƣợc và chiến tranh. Cuốn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Mặc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nội dung triết lý đƣợc biên soạn bởi các đệ tử của Mặc gia dựa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trên tƣ tƣởng của Mặc Tử. </w:t>
      </w:r>
    </w:p>
    <w:p>
      <w:pPr>
        <w:autoSpaceDN w:val="0"/>
        <w:autoSpaceDE w:val="0"/>
        <w:widowControl/>
        <w:spacing w:line="318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Tiềm Phu Luận </w:t>
      </w:r>
    </w:p>
    <w:p>
      <w:pPr>
        <w:autoSpaceDN w:val="0"/>
        <w:autoSpaceDE w:val="0"/>
        <w:widowControl/>
        <w:spacing w:line="306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Qian Fu Lun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潛夫論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Vƣơng Phù trong thời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kỳ Đông Hán (25 – 220). Tác phẩm đƣợc lấy tên đúng nhƣ mong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muốn ẩn danh tính của ông với đại chúng. Vƣơng Phù phê phán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triều đình đƣơng thời và vạch trần những hành vi thói xấu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hàng quan lại trong triều đình, nhƣ thói xa hoa lãng phí và sự áp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bức đối với ngƣời dân.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Tam Lược </w:t>
      </w:r>
    </w:p>
    <w:p>
      <w:pPr>
        <w:autoSpaceDN w:val="0"/>
        <w:autoSpaceDE w:val="0"/>
        <w:widowControl/>
        <w:spacing w:line="332" w:lineRule="exact" w:before="98" w:after="0"/>
        <w:ind w:left="0" w:right="0" w:firstLine="0"/>
        <w:jc w:val="center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San Lue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三略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chia thành ba phần: Thƣợng Lƣợc, Trung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Lƣợc và Hạ Lƣợc. Hai phần đầu đều đƣa ra những bài viết về </w:t>
      </w:r>
    </w:p>
    <w:p>
      <w:pPr>
        <w:autoSpaceDN w:val="0"/>
        <w:autoSpaceDE w:val="0"/>
        <w:widowControl/>
        <w:spacing w:line="346" w:lineRule="exact" w:before="1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344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0" w:lineRule="exact" w:before="17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quân sự ở thời kỳ trƣớc đó là Quân Sấm (Dự báo quân sự)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Quân Thế (Lực lƣợng quân đội) và đƣợc viết rất tƣờng tận, trong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khi phần thứ ba là bình luận cá nhân của tác giả. Một số cho rằng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phẩm thuộc về Hoàng Thạch Công, nhƣng theo nghiên cứu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gần đây cho biết, cuốn sách này đƣợc biên soạn bởi một ngƣời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ẩn danh trong thời kỳ nhà Tần (221 – 206 TCN) và thời kỳ nhà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Hán (206 TCN – 220).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Thương Quân Tử </w:t>
      </w:r>
    </w:p>
    <w:p>
      <w:pPr>
        <w:autoSpaceDN w:val="0"/>
        <w:autoSpaceDE w:val="0"/>
        <w:widowControl/>
        <w:spacing w:line="306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Shang Jun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商君子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nên bởi Thƣơng Ƣởng cùng các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học trò của ông. Thƣơng Ƣởng là một nhà chính trị nổi bật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thời Tam Quốc (475-221 TCN). Ông tin tƣởng vào sự cách tân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học thuyết của ông đã giúp cho Tần Thủy Hoàng (259-210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TCN) thống nhất Trung Hoa.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Thượng Thư </w:t>
      </w:r>
    </w:p>
    <w:p>
      <w:pPr>
        <w:autoSpaceDN w:val="0"/>
        <w:autoSpaceDE w:val="0"/>
        <w:widowControl/>
        <w:spacing w:line="332" w:lineRule="exact" w:before="98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Shang Shu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尚書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còn đƣợc gọi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Kinh Thư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tập hợp những ghi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chép về các sự kiện có liên quan đến lịch sử Trung Hoa cổ đại.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Thân Giám </w:t>
      </w:r>
    </w:p>
    <w:p>
      <w:pPr>
        <w:autoSpaceDN w:val="0"/>
        <w:autoSpaceDE w:val="0"/>
        <w:widowControl/>
        <w:spacing w:line="306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Shen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Jian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申鑒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Tuân Duyệt. Tuân Duyệt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một chính trị gia và nhà lịch sử học cuối triều đại Đông Hán (25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– 220), ông ủng hộ tƣ tƣởng của Nho giáo. Cuốn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Thân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Giám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chia thành năm chƣơng, chủ yếu đƣa ra những ví dụ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lịch sử làm lời khuyên cho việc trị vì đất nƣớc và nhấn mạnh tấm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lòng nhân ái cũng nhƣ sự chính trực chính là nền tảng đạo đức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con ngƣời.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Thận Tử </w:t>
      </w:r>
    </w:p>
    <w:p>
      <w:pPr>
        <w:autoSpaceDN w:val="0"/>
        <w:autoSpaceDE w:val="0"/>
        <w:widowControl/>
        <w:spacing w:line="316" w:lineRule="exact" w:before="11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Shen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慎子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mang tƣ tƣởng Pháp gia và đƣợc biên soạn bởi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Thận Đáo (395 – 315 TCN) vào thời Chiến Quốc (475 – 221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TCN). Thận Đáo tin vào việc dùng luật pháp để trị vì đất nƣớc.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Sử Kí </w:t>
      </w:r>
    </w:p>
    <w:p>
      <w:pPr>
        <w:autoSpaceDN w:val="0"/>
        <w:autoSpaceDE w:val="0"/>
        <w:widowControl/>
        <w:spacing w:line="316" w:lineRule="exact" w:before="11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Shi Ji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史记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vào giai đoạn từ 109 – 91 TCN và là kiệt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của Tƣ Mã Thiên. Tƣ Mã Thiên đã ghi lại một cách chi tiết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lịch sử Trung Hoa từ thời Hoàng Đế (2600 TCN) cho đến thời kỳ </w:t>
      </w:r>
    </w:p>
    <w:p>
      <w:pPr>
        <w:autoSpaceDN w:val="0"/>
        <w:autoSpaceDE w:val="0"/>
        <w:widowControl/>
        <w:spacing w:line="346" w:lineRule="exact" w:before="1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345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0" w:lineRule="exact" w:before="17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ông sống – thời kỳ Tây Hán (206 TCN – 9) dƣới sự trị vì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Hán Vũ Đế. Bộ sách đã bao quát lịch sử Trung Quốc trong hơn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3000 năm và đƣợc chia thành mƣời ba cuốn. Khi biên soạn cuốn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sách này, Tƣ Mã Thiên đã tham khảo khối lƣợng lớn tác phẩm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văn học cũng nhƣ tài liệu đƣợc lƣu giữ và những sách cổ đƣợc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viết bởi những ngƣời thƣờng dân, ông cũng phỏng vấn và đích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thân xác minh thông tin để đảm bảo tính chính xác. Bởi đây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văn bản có hệ thống đầu tiên về lịch sử Trung Quốc, do đó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đã ảnh hƣởng sâu sắc đến công việc chép sử và sáng tác văn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 của Trung Quốc.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Thời Vụ Luận </w:t>
      </w:r>
    </w:p>
    <w:p>
      <w:pPr>
        <w:autoSpaceDN w:val="0"/>
        <w:autoSpaceDE w:val="0"/>
        <w:widowControl/>
        <w:spacing w:line="308" w:lineRule="exact" w:before="12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Shi Wu Lun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時務論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Dƣơng Vĩ. Ông là một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đại thần ở thời đại Tào Ngụy (220-266). Bộ sách này đến nay đã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bị thất truyền và chỉ còn ba đoạn trích đƣợc ghi lại trong Văn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Học Trung Quốc, hai trong số này đã đƣợc trích dẫn ở bộ sách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[Quần Thƣ Trị Yếu].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Thi Tử </w:t>
      </w:r>
    </w:p>
    <w:p>
      <w:pPr>
        <w:autoSpaceDN w:val="0"/>
        <w:autoSpaceDE w:val="0"/>
        <w:widowControl/>
        <w:spacing w:line="316" w:lineRule="exact" w:before="11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Shi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尸子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sáng tác bởi Thi Giảo (390 – 330 TCN),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sống ở nƣớc Tấn trong thời kỳ Chiến Quốc (475 – 221 TCN).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Theo truyền thuyết, ông chính là ngƣời thầy của Thƣơng Ƣởng.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Thục Chí </w:t>
      </w:r>
    </w:p>
    <w:p>
      <w:pPr>
        <w:autoSpaceDN w:val="0"/>
        <w:autoSpaceDE w:val="0"/>
        <w:widowControl/>
        <w:spacing w:line="304" w:lineRule="exact" w:before="12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San Guo Zhi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三國志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(Tam Quốc Chí),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bộ sử gồm sáu mƣơi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lăm chƣơng ghi chép lại lịch sử của ba nƣớc Vệ, Thục và Ngô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(220 – 265).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Tam Quốc 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đƣợc chia thành ba cuốn sách,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Thục 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một trong số đó.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Thục 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gồm có mƣời lăm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Tam Quốc Chí đã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ghi lại những chi tiết quan trọng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thời kỳ đó, bao gồm cả lịch sử về các bộ tộc thiểu số ở Trung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Hoa và các nƣớc láng giềng. Bộ sách đƣợc Trần Thọ viết ra chủ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yếu từ hàng loạt tiểu sử trong suốt thời kỳ nhà Tấn (265 – 420)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đƣợc chú giải bởi Bùi Tùng Chi vào thời đại Nam Tống (420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– 589).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Thuyết Uyển </w:t>
      </w:r>
    </w:p>
    <w:p>
      <w:pPr>
        <w:autoSpaceDN w:val="0"/>
        <w:autoSpaceDE w:val="0"/>
        <w:widowControl/>
        <w:spacing w:line="346" w:lineRule="exact" w:before="5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346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6" w:lineRule="exact" w:before="17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Shuo Yuan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說苑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Lƣu Hƣớng vào thời đại Tây Hán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(206 TCN – 9). Cuốn sách chứa những giai thoại từ triều đại Tần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(221 – 206 TCN) cho đến triều đại Hán (206 TCN – 220) với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những tranh luận về việc công khai những tƣ tƣởng chính trị,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luân thƣờng đạo lý và những phẩm chất đƣợc đề cao bởi Nho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giáo. </w:t>
      </w:r>
    </w:p>
    <w:p>
      <w:pPr>
        <w:autoSpaceDN w:val="0"/>
        <w:autoSpaceDE w:val="0"/>
        <w:widowControl/>
        <w:spacing w:line="318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Tư Mã Pháp </w:t>
      </w:r>
    </w:p>
    <w:p>
      <w:pPr>
        <w:autoSpaceDN w:val="0"/>
        <w:autoSpaceDE w:val="0"/>
        <w:widowControl/>
        <w:spacing w:line="310" w:lineRule="exact" w:before="12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Si Ma Fa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司馬法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một cuốn sách viết về hệ thống quân sự từ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thời kỳ cổ đại và đã sơ lƣợc việc sử dụng luật lệ để quản lý quân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đội từ thời nhà Thƣơng (1600 – 1046 TCN) và nhà Chu (1046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256 TCN).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Tôn Khanh Tử </w:t>
      </w:r>
    </w:p>
    <w:p>
      <w:pPr>
        <w:autoSpaceDN w:val="0"/>
        <w:autoSpaceDE w:val="0"/>
        <w:widowControl/>
        <w:spacing w:line="306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Sun Qing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孫卿子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còn đƣợc biết đến dƣới tên Tuân Huống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hay Tuân Tử. Ông là một triết gia và nhà giáo dục nổi tiếng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nƣớc Triệu vào cuối thời kỳ Chiến Quốc (475 – 221 TCN). Tác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phẩm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Tôn Khanh Tử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chủ yếu xoay quanh thế giới tự nhiên, tri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thức, tƣ duy logic, nền chính trị bác ái và việc làm thế nào để trị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vì đất nƣớc.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Tôn Tử </w:t>
      </w:r>
    </w:p>
    <w:p>
      <w:pPr>
        <w:autoSpaceDN w:val="0"/>
        <w:autoSpaceDE w:val="0"/>
        <w:widowControl/>
        <w:spacing w:line="306" w:lineRule="exact" w:before="12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Sun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孫子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hay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Binh Pháp Tôn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tuyệt tác binh thƣ sớm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nhất trên thế giới hiện còn lƣu giữ ở Trung Quốc. Sau thời đại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nhà Tống (960 – 1279), bộ sách đƣợc xem là cuốn sách đứng đầu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bảy tác phẩm kinh điển về quân sự, cuốn sách đƣợc viết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bởi Tôn Vũ vào cuốn thời Xuân Thu (770 – 476 TCN) và có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tổng cộng mƣời ba chƣơng.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Thể Luận </w:t>
      </w:r>
    </w:p>
    <w:p>
      <w:pPr>
        <w:autoSpaceDN w:val="0"/>
        <w:autoSpaceDE w:val="0"/>
        <w:widowControl/>
        <w:spacing w:line="316" w:lineRule="exact" w:before="114" w:after="0"/>
        <w:ind w:left="30" w:right="22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Ti Lun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體論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Đỗ Thứ và có tất cả tám chƣơng.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Đỗ Thứ đã miêu tả việc áp dụng luật pháp nhƣ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thế nào trong mối quan hệ ngũ luân và trong quản lý chính trị.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Úy Liêu Tử </w:t>
      </w:r>
    </w:p>
    <w:p>
      <w:pPr>
        <w:autoSpaceDN w:val="0"/>
        <w:autoSpaceDE w:val="0"/>
        <w:widowControl/>
        <w:spacing w:line="332" w:lineRule="exact" w:before="98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Wei Liao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尉繚子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cuốn sách này đƣợc viết bởi Úy Liêu và nội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dung chủ yếu bàn về việc quản lý việc binh và trị quốc. </w:t>
      </w:r>
    </w:p>
    <w:p>
      <w:pPr>
        <w:autoSpaceDN w:val="0"/>
        <w:autoSpaceDE w:val="0"/>
        <w:widowControl/>
        <w:spacing w:line="346" w:lineRule="exact" w:before="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347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18" w:lineRule="exact" w:before="15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Ngụy Chí </w:t>
      </w:r>
    </w:p>
    <w:p>
      <w:pPr>
        <w:autoSpaceDN w:val="0"/>
        <w:autoSpaceDE w:val="0"/>
        <w:widowControl/>
        <w:spacing w:line="328" w:lineRule="exact" w:before="102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Wei Zhi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魏志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cuốn sách thuộc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Tam Quốc 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Ngụy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gồm có ba mƣơi chƣơng. </w:t>
      </w:r>
    </w:p>
    <w:p>
      <w:pPr>
        <w:autoSpaceDN w:val="0"/>
        <w:autoSpaceDE w:val="0"/>
        <w:widowControl/>
        <w:spacing w:line="318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Văn Tử </w:t>
      </w:r>
    </w:p>
    <w:p>
      <w:pPr>
        <w:autoSpaceDN w:val="0"/>
        <w:autoSpaceDE w:val="0"/>
        <w:widowControl/>
        <w:spacing w:line="316" w:lineRule="exact" w:before="11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Wen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文子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có mƣời hai chƣơng và đã làm sáng tỏ học thuyết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Đạo giáo. Cuốn sách này đƣợc cho là đƣợc biên soạn vào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khoảng giữa cho đến cuối thời kỳ Chiến Quốc (475 – 221 TCN).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Ngô Việt Xuân Thu </w:t>
      </w:r>
    </w:p>
    <w:p>
      <w:pPr>
        <w:autoSpaceDN w:val="0"/>
        <w:autoSpaceDE w:val="0"/>
        <w:widowControl/>
        <w:spacing w:line="316" w:lineRule="exact" w:before="11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Wu Yue Chun Qiu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吳越春秋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cuốn sách ghi chép về lịch sử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nƣớc Việt và nƣớc Ngô vào thời Xuân Thu. Đây là tác phẩm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Triệu Diệp.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Ngô Chí </w:t>
      </w:r>
    </w:p>
    <w:p>
      <w:pPr>
        <w:autoSpaceDN w:val="0"/>
        <w:autoSpaceDE w:val="0"/>
        <w:widowControl/>
        <w:spacing w:line="330" w:lineRule="exact" w:before="102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Wu Zhi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吳志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cũng là cuốn sách thuộc về bộ sử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Tam Quốc 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bao gồm hai mƣơi chƣơng. </w:t>
      </w:r>
    </w:p>
    <w:p>
      <w:pPr>
        <w:autoSpaceDN w:val="0"/>
        <w:autoSpaceDE w:val="0"/>
        <w:widowControl/>
        <w:spacing w:line="318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Ngô Tử </w:t>
      </w:r>
    </w:p>
    <w:p>
      <w:pPr>
        <w:autoSpaceDN w:val="0"/>
        <w:autoSpaceDE w:val="0"/>
        <w:widowControl/>
        <w:spacing w:line="330" w:lineRule="exact" w:before="100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Wu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吳子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đã ghi lại những cuộc thảo luận về chiến lƣợc quân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sự giữa đại tƣớng Ngô Khởi và Ngụy Văn Hầu.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Hiếu Kinh </w:t>
      </w:r>
    </w:p>
    <w:p>
      <w:pPr>
        <w:autoSpaceDN w:val="0"/>
        <w:autoSpaceDE w:val="0"/>
        <w:widowControl/>
        <w:spacing w:line="306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Xiao Jing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孝經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một tác phẩm kinh điển của Nho gia, trong đó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đƣa ra những lời khuyên về lòng hiếu thảo. Cuốn sách này có lẽ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đƣợc viết vào khoảng năm 400 TCN, hiện vẫn chƣa biết rõ tác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giả thực sự của cuốn sách, mặc dù cuốn sách thƣờng đƣợc cho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thuộc về Mạnh Tử - môn đồ của Khổng Tử, ngƣời đã ghi lại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những cuộc đàm luận giữa ngƣời thầy của mình là Khổng Tử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chính mình.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Tân Tự </w:t>
      </w:r>
    </w:p>
    <w:p>
      <w:pPr>
        <w:autoSpaceDN w:val="0"/>
        <w:autoSpaceDE w:val="0"/>
        <w:widowControl/>
        <w:spacing w:line="310" w:lineRule="exact" w:before="12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Xin Xu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新序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Lƣu Hƣớng với đề tài chính trị chủ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yếu xoay quanh nền chính trị bác ái đƣợc đề xƣớng bởi Nho gia.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Lƣu Hƣớng nhận thấy sự suy yếu của triều đại Hán (206 TCN-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220), nên đã viết ra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Tân Tự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để phê phán bậc quân vƣơng và </w:t>
      </w:r>
    </w:p>
    <w:p>
      <w:pPr>
        <w:autoSpaceDN w:val="0"/>
        <w:autoSpaceDE w:val="0"/>
        <w:widowControl/>
        <w:spacing w:line="346" w:lineRule="exact" w:before="2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348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0" w:lineRule="exact" w:before="17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đƣa ra lời khuyên đối với các quan viên của triều đình, ông đả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kích chủ nghĩa phong kiến và cũng lên tiếng về sự không hài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lòng đối với chế độ phong kiến. Do tập trung vào giai đoạn lịch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sử của thời đại Tiền Tần (trƣớc năm 221 TCN), nên các sự kiện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lịch sử không đƣợc xác minh kỹ càng. Tuy nhiên, nội dung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thƣờng đƣợc sử dụng dƣới hình thức câu chuyện ngụ ngôn và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Tân Tự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có giá trị nhân văn rất lớn.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Tân Ngữ </w:t>
      </w:r>
    </w:p>
    <w:p>
      <w:pPr>
        <w:autoSpaceDN w:val="0"/>
        <w:autoSpaceDE w:val="0"/>
        <w:widowControl/>
        <w:spacing w:line="304" w:lineRule="exact" w:before="12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Xin Yu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新語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Lục Giả vào đầu thời kỳ nhà Hán, tuy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nhiên tên của cuốn sách –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Tân Ngữ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lại không phải do chính Lục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Giả đƣa ra. Cuốn sách đã thể hiện sự nỗ lực của ông khi phò tá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Hán Cao Tổ - vị hoàng đế đầu tiên của nhà Hán. Trong sách,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đã tổng hợp những bài học từ triều đại Tần (221 – 206 TCN)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triều đại Hán, cũng nhƣ đề cao việc áp dụng tƣ tƣởng của Đạo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giáo để trị vì đất nƣớc.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Diêm Thiết Luận </w:t>
      </w:r>
    </w:p>
    <w:p>
      <w:pPr>
        <w:autoSpaceDN w:val="0"/>
        <w:autoSpaceDE w:val="0"/>
        <w:widowControl/>
        <w:spacing w:line="306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Yan Tie Lun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鹽鐵論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Hoàn Khoan vào thời kỳ Tây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Hán (206 TCN – 9). Bộ sách gồm mƣời tập, sáu mƣơi chƣơng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này đã ghi lại những cuộc bàn luận của triều đình nhà Hán với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hơn sáu mƣơi học giả đức cao vọng trọng và các trí thức ở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Trƣờng An. Cuộc bàn luận chủ yếu tập trung vào riêng lĩnh vực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sản xuất và phân bổ muối, sắt vào năm 81 TCN, nhƣng các vấn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đề về chính trị, kinh tế, văn hóa và chiến sự cũng đƣợc đƣa ra. </w:t>
      </w:r>
    </w:p>
    <w:p>
      <w:pPr>
        <w:autoSpaceDN w:val="0"/>
        <w:autoSpaceDE w:val="0"/>
        <w:widowControl/>
        <w:spacing w:line="318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Yến Tử </w:t>
      </w:r>
    </w:p>
    <w:p>
      <w:pPr>
        <w:autoSpaceDN w:val="0"/>
        <w:autoSpaceDE w:val="0"/>
        <w:widowControl/>
        <w:spacing w:line="308" w:lineRule="exact" w:before="122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Yan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晏子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, đƣợc viết bởi Yến Anh vào thời Xuân Thu (770-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476 TCN). Ông làm quan triều đình dƣới thời đại của Tề Linh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Công và Tề Trang Công. Yến Anh khuyến khích chính sách cần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kiệm của triều đình và cũng tin tƣởng vào việc giảm nhẹ hình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phạt, sƣu cao thuế nặng.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Âm Mưu </w:t>
      </w:r>
    </w:p>
    <w:p>
      <w:pPr>
        <w:autoSpaceDN w:val="0"/>
        <w:autoSpaceDE w:val="0"/>
        <w:widowControl/>
        <w:spacing w:line="316" w:lineRule="exact" w:before="11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Yin Mou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陰謀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nội dung ghi chép những câu hỏi và câu trả lời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giữa Khƣơng Thái Công và Chu Vũ Vƣơng (1046 – 256 TCN)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về đƣờng lối trị vì đất nƣớc và giáo hóa muôn dân. </w:t>
      </w:r>
    </w:p>
    <w:p>
      <w:pPr>
        <w:autoSpaceDN w:val="0"/>
        <w:autoSpaceDE w:val="0"/>
        <w:widowControl/>
        <w:spacing w:line="346" w:lineRule="exact" w:before="1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349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18" w:lineRule="exact" w:before="15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Doãn Văn Tử </w:t>
      </w:r>
    </w:p>
    <w:p>
      <w:pPr>
        <w:autoSpaceDN w:val="0"/>
        <w:autoSpaceDE w:val="0"/>
        <w:widowControl/>
        <w:spacing w:line="304" w:lineRule="exact" w:before="12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Yin Wen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尹文子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bởi Doãn Văn vào thời kỳ Chiến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Quốc (475 – 221 TCN) và đƣợc chia làm hai phần. Luận thuyết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triết học này chủ yếu mô tả nguyên tắc của một nền chính trị ổn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định. Doãn Văn cho rằng: “Nếu không thể trị vì bằng phép tắc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Đạo gia, hãy áp dụng luật pháp. Nếu luật pháp không có hiệu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quả, hãy sử dụng mƣu lƣợc. Nếu mƣu lƣợc thất bại, hãy sử dụng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quyền uy. Tựu chung, nếu quyền uy vẫn không có kết quả, hãy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dùng vũ lực/quyền lực.”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Dục Tử </w:t>
      </w:r>
    </w:p>
    <w:p>
      <w:pPr>
        <w:autoSpaceDN w:val="0"/>
        <w:autoSpaceDE w:val="0"/>
        <w:widowControl/>
        <w:spacing w:line="308" w:lineRule="exact" w:before="12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Yu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鬻子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tác giả của cuốn sách hiện vẫn chƣa đƣợc xác định,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nhƣng nội dung đã đƣa ra sự nhận thức đầy đủ về cách thức trị vì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đất nƣớc bằng lòng tốt và sự xót thƣơng muôn dân, trong đó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hạnh phúc của ngƣời dân đƣợc đặt ở vị trí ƣu tiên và tƣ tƣởng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Đạo giáo cũng đƣợc đề cao 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Dục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Viên Tử Chính Thư </w:t>
      </w:r>
    </w:p>
    <w:p>
      <w:pPr>
        <w:autoSpaceDN w:val="0"/>
        <w:autoSpaceDE w:val="0"/>
        <w:widowControl/>
        <w:spacing w:line="316" w:lineRule="exact" w:before="11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Yuan Zi Zheng Shu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袁子正書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bởi Viên Chuẩn. Viên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Chuẩn tin rằng khi trị vì đất nƣớc phải cân bằng giữa đạo đức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luật pháp.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Tăng Tử </w:t>
      </w:r>
    </w:p>
    <w:p>
      <w:pPr>
        <w:autoSpaceDN w:val="0"/>
        <w:autoSpaceDE w:val="0"/>
        <w:widowControl/>
        <w:spacing w:line="310" w:lineRule="exact" w:before="12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Zeng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曾子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Tăng Tử hay Tăng Sâm (505 – 436 TCN) là ngƣời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nƣớc Lỗ (1042 – 249 TCN) và là môn đồ của Khổng Tử, ông nổi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tiếng bởi tấm lòng hiếu thảo. Cuốn sách đã trình bày chi tiết về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tƣ tƣởng của Tăng Tử và có tổng cộng mƣời tám chƣơng.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Chính Yếu Luận </w:t>
      </w:r>
    </w:p>
    <w:p>
      <w:pPr>
        <w:autoSpaceDN w:val="0"/>
        <w:autoSpaceDE w:val="0"/>
        <w:widowControl/>
        <w:spacing w:line="308" w:lineRule="exact" w:before="12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Zheng Yao Lun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政要論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bởi Hoàn Phạm vào thời kỳ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Tam Quốc (220 – 265). Cuốn sách bàn về cách thức quản lý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quan viên của triều đình một cách hiệu quả. Hoàn Phạm tin rằng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sự thịnh vƣợng của một đất nƣớc phụ thuộc vào sự khiêm tốn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việc tiếp thu lời khuyên gián từ cận thần đối với ngƣời đứng đầu.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Trung Luận </w:t>
      </w:r>
    </w:p>
    <w:p>
      <w:pPr>
        <w:autoSpaceDN w:val="0"/>
        <w:autoSpaceDE w:val="0"/>
        <w:widowControl/>
        <w:spacing w:line="346" w:lineRule="exact" w:before="4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350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8" w:lineRule="exact" w:before="17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Zhong Lun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中論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bởi Từ Can. Ông là một triết gia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nhà thơ, ông là một trong số bảy nhà thơ nổi tiếng (Kiến An Thất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Tử) vào cuối thời kỳ Đông Hán (25 – 220) và cũng là ngƣời ủng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hộ tƣ tƣởng của Nho giáo. Từ Can phản đối việc chú giải ngữ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nghĩa, ông tin rằng sự liêm chính là tầm quan trọng hàng đầu. </w:t>
      </w:r>
    </w:p>
    <w:p>
      <w:pPr>
        <w:autoSpaceDN w:val="0"/>
        <w:autoSpaceDE w:val="0"/>
        <w:widowControl/>
        <w:spacing w:line="318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Chu Lễ </w:t>
      </w:r>
    </w:p>
    <w:p>
      <w:pPr>
        <w:autoSpaceDN w:val="0"/>
        <w:autoSpaceDE w:val="0"/>
        <w:widowControl/>
        <w:spacing w:line="308" w:lineRule="exact" w:before="12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Zhou Li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周禮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một trong ba bộ sách về nghi lễ cổ đại hàng đầu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Nho giáo. Bộ sách ban đầu có tên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Chu Quan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,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sau đó đƣợc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Lƣu Hâm đổi tên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Chu Lễ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Trong suốt chiều dài của lịch sử, bộ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sách này cùng với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và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Nghi Lễ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xem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Tam Lễ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Văn Học Trung Quốc.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Chu Thư </w:t>
      </w:r>
    </w:p>
    <w:p>
      <w:pPr>
        <w:autoSpaceDN w:val="0"/>
        <w:autoSpaceDE w:val="0"/>
        <w:widowControl/>
        <w:spacing w:line="306" w:lineRule="exact" w:before="124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Zhou Shu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周書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đã ghi chép lại lịch sử của thời kỳ Bắc Chu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(557-581) theo thể kỷ truyện và đƣợc liệt vào hàng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Nhị Thập Tứ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. Bộ sách do Lệnh Hồ Đức Phân ở thời kỳ nhà Đƣờng (618-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907) chủ biên và gồm có năm mƣơi cuộn, một số chƣơng của bộ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sách này đã bị thất truyền và đƣợc thay thế bởi các nguồn tƣ liệu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khác. </w:t>
      </w:r>
    </w:p>
    <w:p>
      <w:pPr>
        <w:autoSpaceDN w:val="0"/>
        <w:autoSpaceDE w:val="0"/>
        <w:widowControl/>
        <w:spacing w:line="316" w:lineRule="exact" w:before="10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Chu Dịch </w:t>
      </w:r>
    </w:p>
    <w:p>
      <w:pPr>
        <w:autoSpaceDN w:val="0"/>
        <w:autoSpaceDE w:val="0"/>
        <w:widowControl/>
        <w:spacing w:line="304" w:lineRule="exact" w:before="12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Zhou Yi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周易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hay còn gọi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Bộ sách ghi lại lịch sử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từ thời 2800-2737 TCN, khởi đầu là hệ thống chiêm tinh, sau khi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phát triển qua thời gian và đã trở thành triết lý có ảnh hƣởng nhất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văn học cũng nhƣ việc trị vì triều chính của triều đại Chu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(1046 – 256 TCN). Theo truyền thuyết, Khổng Tử đƣợc cho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đã biên soạn ra bộ Thập Dực, nội dung chính là một số chú giải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cho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Đến thời Hán Vũ Đế của triều đại Tây Hán (206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TCN – 9), Thập Dự thƣờng đƣợc gọi là Dịch Truyện. </w:t>
      </w:r>
    </w:p>
    <w:p>
      <w:pPr>
        <w:autoSpaceDN w:val="0"/>
        <w:autoSpaceDE w:val="0"/>
        <w:widowControl/>
        <w:spacing w:line="316" w:lineRule="exact" w:before="10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Trang Tử </w:t>
      </w:r>
    </w:p>
    <w:p>
      <w:pPr>
        <w:autoSpaceDN w:val="0"/>
        <w:autoSpaceDE w:val="0"/>
        <w:widowControl/>
        <w:spacing w:line="308" w:lineRule="exact" w:before="12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Zhuang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莊子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tuyển tập các câu nói nổi tiếng về Đạo gia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đƣợc biên soạn bởi Trang Chu cùng các học trò của ông. Trang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Chu là một nhà tƣ tƣởng ở thời Chiến Quốc (475-221 TCN).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Cuốn sách nguyên bản gồm có năm mƣơi hai phần, nhƣng chỉ ba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mƣơi ba phần còn đƣợc lƣu lại cho đến ngày nay. Đây là một bộ </w:t>
      </w:r>
    </w:p>
    <w:p>
      <w:pPr>
        <w:autoSpaceDN w:val="0"/>
        <w:autoSpaceDE w:val="0"/>
        <w:widowControl/>
        <w:spacing w:line="346" w:lineRule="exact" w:before="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351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0" w:lineRule="exact" w:before="17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kinh điển quan trọng của Đạo gia, nội dung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Trang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cũng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rất gần gũi với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Trang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đã thể hiện quan điểm Đạo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giáo qua những câu chuyện ngụ ngôn và đã để lại nhiều câu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chuyện đầy sống động cho thế hệ sau này. </w:t>
      </w:r>
    </w:p>
    <w:p>
      <w:pPr>
        <w:autoSpaceDN w:val="0"/>
        <w:autoSpaceDE w:val="0"/>
        <w:widowControl/>
        <w:spacing w:line="346" w:lineRule="exact" w:before="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*** </w:t>
      </w:r>
    </w:p>
    <w:p>
      <w:pPr>
        <w:autoSpaceDN w:val="0"/>
        <w:autoSpaceDE w:val="0"/>
        <w:widowControl/>
        <w:spacing w:line="358" w:lineRule="exact" w:before="8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  <w:u w:val="single"/>
        </w:rPr>
        <w:t>TÀI LIỆU THAM KHẢO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00" w:lineRule="exact" w:before="542" w:after="0"/>
        <w:ind w:left="30" w:right="2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Luận Ngữ Giảng Yếu (An Explanation on the Main Points of 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Analects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論語講要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). </w:t>
      </w:r>
    </w:p>
    <w:p>
      <w:pPr>
        <w:autoSpaceDN w:val="0"/>
        <w:autoSpaceDE w:val="0"/>
        <w:widowControl/>
        <w:spacing w:line="346" w:lineRule="exact" w:before="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giả: Lão cƣ sỹ Lý Bỉnh Nam. </w:t>
      </w:r>
    </w:p>
    <w:p>
      <w:pPr>
        <w:autoSpaceDN w:val="0"/>
        <w:autoSpaceDE w:val="0"/>
        <w:widowControl/>
        <w:spacing w:line="346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Đài Loan: Fufong Press, 2009. </w:t>
      </w:r>
    </w:p>
    <w:p>
      <w:pPr>
        <w:autoSpaceDN w:val="0"/>
        <w:autoSpaceDE w:val="0"/>
        <w:widowControl/>
        <w:spacing w:line="346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Nguồn khác: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6" w:history="1">
          <w:r>
            <w:rPr>
              <w:rStyle w:val="Hyperlink"/>
            </w:rPr>
            <w:t>http://www.minlun.org.tw/1pt/1pt-4-2/03-01.htm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60" w:lineRule="exact" w:before="50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Bản dịch tiếng bạch thoại – Quần Thư Trị Yếu 360, Quyển 2 </w:t>
      </w:r>
    </w:p>
    <w:p>
      <w:pPr>
        <w:autoSpaceDN w:val="0"/>
        <w:autoSpaceDE w:val="0"/>
        <w:widowControl/>
        <w:spacing w:line="346" w:lineRule="exact" w:before="5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Trích lục từ bộ sách Quần Thƣ Trị Yếu </w:t>
      </w:r>
    </w:p>
    <w:p>
      <w:pPr>
        <w:autoSpaceDN w:val="0"/>
        <w:autoSpaceDE w:val="0"/>
        <w:widowControl/>
        <w:spacing w:line="300" w:lineRule="exact" w:before="12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Trung tâm Giáo dục Văn Hóa Trung Hoa, Malaysia tuyển lựa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biên dịch. </w:t>
      </w:r>
    </w:p>
    <w:p>
      <w:pPr>
        <w:autoSpaceDN w:val="0"/>
        <w:autoSpaceDE w:val="0"/>
        <w:widowControl/>
        <w:spacing w:line="300" w:lineRule="exact" w:before="12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Nguồn: </w:t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7" w:history="1">
          <w:r>
            <w:rPr>
              <w:rStyle w:val="Hyperlink"/>
            </w:rPr>
            <w:t>http://www.amtb.tw/pdf/HZ35-12-02.pdf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(trang chuyên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tập của Lão hòa thƣợ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27" w:history="1">
          <w:r>
            <w:rPr>
              <w:rStyle w:val="Hyperlink"/>
            </w:rPr>
            <w:t>ng Tịnh Không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00" w:lineRule="exact" w:before="562" w:after="0"/>
        <w:ind w:left="30" w:right="26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Riding the Wind with Liezi: New Perspectives on the Daoist 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Classic. </w:t>
      </w:r>
    </w:p>
    <w:p>
      <w:pPr>
        <w:autoSpaceDN w:val="0"/>
        <w:autoSpaceDE w:val="0"/>
        <w:widowControl/>
        <w:spacing w:line="346" w:lineRule="exact" w:before="5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giả: Little John, Ronnie and Jeffrey Dippmann </w:t>
      </w:r>
    </w:p>
    <w:p>
      <w:pPr>
        <w:autoSpaceDN w:val="0"/>
        <w:autoSpaceDE w:val="0"/>
        <w:widowControl/>
        <w:spacing w:line="346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State University of New York, 2011. </w:t>
      </w:r>
    </w:p>
    <w:p>
      <w:pPr>
        <w:autoSpaceDN w:val="0"/>
        <w:autoSpaceDE w:val="0"/>
        <w:widowControl/>
        <w:spacing w:line="358" w:lineRule="exact" w:before="50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Quần Thư Khảo Dịch (Qunshu Kaoyi) </w:t>
      </w:r>
    </w:p>
    <w:p>
      <w:pPr>
        <w:autoSpaceDN w:val="0"/>
        <w:autoSpaceDE w:val="0"/>
        <w:widowControl/>
        <w:spacing w:line="346" w:lineRule="exact" w:before="5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giả: Lü, X.Z, B. Y. Zhao, and Y. W. Zhang. </w:t>
      </w:r>
    </w:p>
    <w:p>
      <w:pPr>
        <w:autoSpaceDN w:val="0"/>
        <w:autoSpaceDE w:val="0"/>
        <w:widowControl/>
        <w:spacing w:line="346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Unity Press, 2011. </w:t>
      </w:r>
    </w:p>
    <w:p>
      <w:pPr>
        <w:autoSpaceDN w:val="0"/>
        <w:autoSpaceDE w:val="0"/>
        <w:widowControl/>
        <w:spacing w:line="346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352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58" w:lineRule="exact" w:before="556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Confucius: The Analects </w:t>
      </w:r>
    </w:p>
    <w:p>
      <w:pPr>
        <w:autoSpaceDN w:val="0"/>
        <w:autoSpaceDE w:val="0"/>
        <w:widowControl/>
        <w:spacing w:line="346" w:lineRule="exact" w:before="52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giả: Waley, Arthur </w:t>
      </w:r>
    </w:p>
    <w:p>
      <w:pPr>
        <w:autoSpaceDN w:val="0"/>
        <w:autoSpaceDE w:val="0"/>
        <w:widowControl/>
        <w:spacing w:line="316" w:lineRule="exact" w:before="88" w:after="0"/>
        <w:ind w:left="44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New York:  Everyman‟s Library, Alfred A.Knopf, Fufong Press,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2000 </w:t>
      </w:r>
    </w:p>
    <w:p>
      <w:pPr>
        <w:autoSpaceDN w:val="0"/>
        <w:autoSpaceDE w:val="0"/>
        <w:widowControl/>
        <w:spacing w:line="360" w:lineRule="exact" w:before="504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The Zhou Book of Change </w:t>
      </w:r>
    </w:p>
    <w:p>
      <w:pPr>
        <w:autoSpaceDN w:val="0"/>
        <w:autoSpaceDE w:val="0"/>
        <w:widowControl/>
        <w:spacing w:line="360" w:lineRule="exact" w:before="60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Tác giả: Zhang, Shanwen &amp; Fu, Huisheng </w:t>
      </w:r>
    </w:p>
    <w:p>
      <w:pPr>
        <w:autoSpaceDN w:val="0"/>
        <w:autoSpaceDE w:val="0"/>
        <w:widowControl/>
        <w:spacing w:line="346" w:lineRule="exact" w:before="50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China: Hunan Publishing House, 2008. </w:t>
      </w:r>
    </w:p>
    <w:p>
      <w:pPr>
        <w:autoSpaceDN w:val="0"/>
        <w:autoSpaceDE w:val="0"/>
        <w:widowControl/>
        <w:spacing w:line="360" w:lineRule="exact" w:before="84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  <w:u w:val="single"/>
        </w:rPr>
        <w:t>Từ điển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62" w:lineRule="exact" w:before="58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Han Dian Chinese Dictionary Online,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漢典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46" w:lineRule="exact" w:before="86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8" w:history="1">
          <w:r>
            <w:rPr>
              <w:rStyle w:val="Hyperlink"/>
            </w:rPr>
            <w:t>Http://www.zdic.net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00" w:lineRule="exact" w:before="144" w:after="0"/>
        <w:ind w:left="44" w:right="2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hyperlink r:id="rId28" w:history="1">
          <w:r>
            <w:rPr>
              <w:rStyle w:val="Hyperlink"/>
            </w:rPr>
            <w:t>Online Chinese Dic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tionary and Xin Hua Chinese Dictionary 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Online. </w:t>
      </w:r>
    </w:p>
    <w:p>
      <w:pPr>
        <w:autoSpaceDN w:val="0"/>
        <w:autoSpaceDE w:val="0"/>
        <w:widowControl/>
        <w:spacing w:line="346" w:lineRule="exact" w:before="52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Http://xh.5156edu.com </w:t>
      </w:r>
    </w:p>
    <w:p>
      <w:pPr>
        <w:autoSpaceDN w:val="0"/>
        <w:autoSpaceDE w:val="0"/>
        <w:widowControl/>
        <w:spacing w:line="360" w:lineRule="exact" w:before="502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  <w:u w:val="single"/>
        </w:rPr>
        <w:t>Websites: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60" w:lineRule="exact" w:before="52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“Guangzhong,”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Wikipedia,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last modified September 18, 2012. </w:t>
      </w:r>
    </w:p>
    <w:p>
      <w:pPr>
        <w:autoSpaceDN w:val="0"/>
        <w:autoSpaceDE w:val="0"/>
        <w:widowControl/>
        <w:spacing w:line="346" w:lineRule="exact" w:before="60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9" w:history="1">
          <w:r>
            <w:rPr>
              <w:rStyle w:val="Hyperlink"/>
            </w:rPr>
            <w:t>Http://www.en.wikipedia.org/wiki/Guan_Zhong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29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62" w:lineRule="exact" w:before="74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“Han Fei,”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hyperlink r:id="rId29" w:history="1">
          <w:r>
            <w:rPr>
              <w:rStyle w:val="Hyperlink"/>
            </w:rPr>
            <w:t>Wikipedia,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29" w:history="1">
          <w:r>
            <w:rPr>
              <w:rStyle w:val="Hyperlink"/>
            </w:rPr>
            <w:t>last modified July 18, 20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14. </w:t>
      </w:r>
    </w:p>
    <w:p>
      <w:pPr>
        <w:autoSpaceDN w:val="0"/>
        <w:autoSpaceDE w:val="0"/>
        <w:widowControl/>
        <w:spacing w:line="346" w:lineRule="exact" w:before="58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0" w:history="1">
          <w:r>
            <w:rPr>
              <w:rStyle w:val="Hyperlink"/>
            </w:rPr>
            <w:t>Http://www.en.wikipedia.org/wiki/Han_Fei</w:t>
          </w:r>
        </w:hyperlink>
      </w:r>
      <w:r>
        <w:rPr>
          <w:rFonts w:ascii="Calibri" w:hAnsi="Calibri" w:eastAsia="Calibri"/>
          <w:b w:val="0"/>
          <w:i w:val="0"/>
          <w:color w:val="000000"/>
          <w:sz w:val="22"/>
          <w:u w:val="single"/>
        </w:rPr>
        <w:hyperlink r:id="rId30" w:history="1">
          <w:r>
            <w:rPr>
              <w:rStyle w:val="Hyperlink"/>
            </w:rPr>
            <w:t>.</w:t>
          </w:r>
        </w:hyperlink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</w:p>
    <w:p>
      <w:pPr>
        <w:autoSpaceDN w:val="0"/>
        <w:autoSpaceDE w:val="0"/>
        <w:widowControl/>
        <w:spacing w:line="346" w:lineRule="exact" w:before="76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“I Ching,”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0" w:history="1">
          <w:r>
            <w:rPr>
              <w:rStyle w:val="Hyperlink"/>
            </w:rPr>
            <w:t>trans. James Legge, TormodKin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nes, </w:t>
      </w:r>
    </w:p>
    <w:p>
      <w:pPr>
        <w:autoSpaceDN w:val="0"/>
        <w:autoSpaceDE w:val="0"/>
        <w:widowControl/>
        <w:spacing w:line="346" w:lineRule="exact" w:before="74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1" w:history="1">
          <w:r>
            <w:rPr>
              <w:rStyle w:val="Hyperlink"/>
            </w:rPr>
            <w:t>Http://www.oaks.nvg.org/re5ra17.html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1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58" w:lineRule="exact" w:before="84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“Legalism, Qin Empire and Han Dynasty,” </w:t>
      </w:r>
    </w:p>
    <w:p>
      <w:pPr>
        <w:autoSpaceDN w:val="0"/>
        <w:autoSpaceDE w:val="0"/>
        <w:widowControl/>
        <w:spacing w:line="346" w:lineRule="exact" w:before="52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2" w:history="1">
          <w:r>
            <w:rPr>
              <w:rStyle w:val="Hyperlink"/>
            </w:rPr>
            <w:t>Http://www.san.beck.org/EC16-Legalism.html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2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36" w:lineRule="exact" w:before="96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“Liu Tao,”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hyperlink r:id="rId32" w:history="1">
          <w:r>
            <w:rPr>
              <w:rStyle w:val="Hyperlink"/>
            </w:rPr>
            <w:t>ChinaCulture.Org,</w:t>
          </w:r>
        </w:hyperlink>
      </w:r>
      <w:r>
        <w:rPr>
          <w:rFonts w:ascii="Times New Roman BoldItalic" w:hAnsi="Times New Roman BoldItalic" w:eastAsia="Times New Roman BoldItalic"/>
          <w:b/>
          <w:i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46" w:lineRule="exact" w:before="5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353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52" w:bottom="364" w:left="109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3 </w:t>
      </w:r>
    </w:p>
    <w:p>
      <w:pPr>
        <w:autoSpaceDN w:val="0"/>
        <w:autoSpaceDE w:val="0"/>
        <w:widowControl/>
        <w:spacing w:line="300" w:lineRule="exact" w:before="172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3" w:history="1">
          <w:r>
            <w:rPr>
              <w:rStyle w:val="Hyperlink"/>
            </w:rPr>
            <w:t>Http://www1.chinaculture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3" w:history="1">
          <w:r>
            <w:rPr>
              <w:rStyle w:val="Hyperlink"/>
            </w:rPr>
            <w:t>.org/created/2005-</w:t>
          </w:r>
        </w:hyperlink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3" w:history="1">
          <w:r>
            <w:rPr>
              <w:rStyle w:val="Hyperlink"/>
            </w:rPr>
            <w:t>07/20/content_70803.htm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62" w:lineRule="exact" w:before="74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>“Sun Tzu The Art of War,”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trans. Lionel Giles.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46" w:lineRule="exact" w:before="58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4" w:history="1">
          <w:r>
            <w:rPr>
              <w:rStyle w:val="Hyperlink"/>
            </w:rPr>
            <w:t>Http://classics.mit.edu/Tzu/artwar.html.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62" w:lineRule="exact" w:before="96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“Wu Qi,”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Wikipedia,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4" w:history="1">
          <w:r>
            <w:rPr>
              <w:rStyle w:val="Hyperlink"/>
            </w:rPr>
            <w:t>last modified Jun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e 28, 2014. </w:t>
      </w:r>
    </w:p>
    <w:p>
      <w:pPr>
        <w:autoSpaceDN w:val="0"/>
        <w:autoSpaceDE w:val="0"/>
        <w:widowControl/>
        <w:spacing w:line="346" w:lineRule="exact" w:before="58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5" w:history="1">
          <w:r>
            <w:rPr>
              <w:rStyle w:val="Hyperlink"/>
            </w:rPr>
            <w:t>Http://www.en.wikipedia.org/wiki/Wu_Qi.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74" w:lineRule="exact" w:before="74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>“Xiaohe”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46" w:lineRule="exact" w:before="78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6" w:history="1">
          <w:r>
            <w:rPr>
              <w:rStyle w:val="Hyperlink"/>
            </w:rPr>
            <w:t>Http://history.cultural-china.com/en/47History1920.html</w:t>
          </w:r>
        </w:hyperlink>
      </w:r>
      <w:r>
        <w:rPr>
          <w:rFonts w:ascii="Calibri" w:hAnsi="Calibri" w:eastAsia="Calibri"/>
          <w:b w:val="0"/>
          <w:i w:val="0"/>
          <w:color w:val="000000"/>
          <w:sz w:val="26"/>
          <w:u w:val="single"/>
        </w:rPr>
        <w:hyperlink r:id="rId36" w:history="1">
          <w:r>
            <w:rPr>
              <w:rStyle w:val="Hyperlink"/>
            </w:rPr>
            <w:t>.</w:t>
          </w:r>
        </w:hyperlink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76" w:lineRule="exact" w:before="74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hyperlink r:id="rId36" w:history="1">
          <w:r>
            <w:rPr>
              <w:rStyle w:val="Hyperlink"/>
            </w:rPr>
            <w:t xml:space="preserve">*** </w:t>
          </w:r>
        </w:hyperlink>
      </w:r>
    </w:p>
    <w:p>
      <w:pPr>
        <w:autoSpaceDN w:val="0"/>
        <w:autoSpaceDE w:val="0"/>
        <w:widowControl/>
        <w:spacing w:line="376" w:lineRule="exact" w:before="66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Ghi chú: Tải file mềm tại www.nentangtuhanh.com </w:t>
      </w:r>
    </w:p>
    <w:p>
      <w:pPr>
        <w:autoSpaceDN w:val="0"/>
        <w:autoSpaceDE w:val="0"/>
        <w:widowControl/>
        <w:spacing w:line="346" w:lineRule="exact" w:before="70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354 </w:t>
      </w:r>
    </w:p>
    <w:p>
      <w:pPr>
        <w:sectPr>
          <w:pgSz w:w="9072" w:h="13608"/>
          <w:pgMar w:top="464" w:right="1070" w:bottom="364" w:left="1090" w:header="720" w:footer="720" w:gutter="0"/>
          <w:cols w:space="720"/>
          <w:docGrid w:linePitch="360"/>
        </w:sectPr>
      </w:pPr>
    </w:p>
    <w:p>
      <w:pPr>
        <w:autoSpaceDN w:val="0"/>
        <w:tabs>
          <w:tab w:pos="1060" w:val="left"/>
          <w:tab w:pos="1100" w:val="left"/>
          <w:tab w:pos="1600" w:val="left"/>
          <w:tab w:pos="1814" w:val="left"/>
          <w:tab w:pos="1842" w:val="left"/>
          <w:tab w:pos="3542" w:val="left"/>
        </w:tabs>
        <w:autoSpaceDE w:val="0"/>
        <w:widowControl/>
        <w:spacing w:line="356" w:lineRule="exact" w:before="536" w:after="0"/>
        <w:ind w:left="774" w:right="724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HelvetInsHMedium" w:hAnsi="VnHelvetInsHMedium" w:eastAsia="VnHelvetInsHMedium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TimeH" w:hAnsi="VnTimeH" w:eastAsia="VnTimeH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TimeH" w:hAnsi="VnTimeH" w:eastAsia="VnTimeH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TimeH" w:hAnsi="VnTimeH" w:eastAsia="VnTimeH"/>
          <w:b w:val="0"/>
          <w:i w:val="0"/>
          <w:color w:val="000000"/>
          <w:sz w:val="29"/>
        </w:rPr>
        <w:t xml:space="preserve">Héi luËt gia ViÖt Nam </w:t>
      </w:r>
      <w:r>
        <w:br/>
      </w:r>
      <w:r>
        <w:tab/>
      </w:r>
      <w:r>
        <w:tab/>
      </w:r>
      <w:r>
        <w:tab/>
      </w:r>
      <w:r>
        <w:rPr>
          <w:rFonts w:ascii="VnTimeHBold" w:hAnsi="VnTimeHBold" w:eastAsia="VnTimeHBold"/>
          <w:b/>
          <w:i w:val="0"/>
          <w:color w:val="000000"/>
          <w:sz w:val="29"/>
        </w:rPr>
        <w:t xml:space="preserve">nhµ xuÊt b¶n hång ®øc </w:t>
      </w:r>
      <w:r>
        <w:br/>
      </w:r>
      <w:r>
        <w:tab/>
      </w:r>
      <w:r>
        <w:tab/>
      </w:r>
      <w:r>
        <w:rPr>
          <w:rFonts w:ascii="VnTime" w:hAnsi="VnTime" w:eastAsia="VnTime"/>
          <w:b w:val="0"/>
          <w:i w:val="0"/>
          <w:color w:val="000000"/>
          <w:sz w:val="29"/>
        </w:rPr>
        <w:t xml:space="preserve">65 Trµng Thi - QuËn Hoµn KiÕm - Hµ Néi </w:t>
      </w:r>
      <w:r>
        <w:tab/>
      </w:r>
      <w:r>
        <w:rPr>
          <w:rFonts w:ascii="VnTime" w:hAnsi="VnTime" w:eastAsia="VnTime"/>
          <w:b w:val="0"/>
          <w:i w:val="0"/>
          <w:color w:val="000000"/>
          <w:sz w:val="29"/>
        </w:rPr>
        <w:t xml:space="preserve">Email: </w:t>
      </w:r>
      <w:r>
        <w:rPr>
          <w:rFonts w:ascii="VnTimeItalic" w:hAnsi="VnTimeItalic" w:eastAsia="VnTimeItalic"/>
          <w:b w:val="0"/>
          <w:i/>
          <w:color w:val="000000"/>
          <w:sz w:val="29"/>
        </w:rPr>
        <w:t>nhaxuatbanhongduc65@gmail.com</w:t>
      </w:r>
      <w:r>
        <w:rPr>
          <w:rFonts w:ascii="VnTime" w:hAnsi="VnTime" w:eastAsia="VnTime"/>
          <w:b w:val="0"/>
          <w:i w:val="0"/>
          <w:color w:val="000000"/>
          <w:sz w:val="29"/>
        </w:rPr>
        <w:t xml:space="preserve"> </w:t>
      </w:r>
      <w:r>
        <w:tab/>
      </w:r>
      <w:r>
        <w:tab/>
      </w:r>
      <w:r>
        <w:tab/>
      </w:r>
      <w:r>
        <w:tab/>
      </w:r>
      <w:r>
        <w:rPr>
          <w:rFonts w:ascii="VnTimeItalic" w:hAnsi="VnTimeItalic" w:eastAsia="VnTimeItalic"/>
          <w:b w:val="0"/>
          <w:i/>
          <w:color w:val="000000"/>
          <w:sz w:val="29"/>
        </w:rPr>
        <w:t xml:space="preserve"> nhaxuatbanhongduc@yahoo.com</w:t>
      </w:r>
      <w:r>
        <w:rPr>
          <w:rFonts w:ascii="VnTime" w:hAnsi="VnTime" w:eastAsia="VnTime"/>
          <w:b w:val="0"/>
          <w:i w:val="0"/>
          <w:color w:val="000000"/>
          <w:sz w:val="29"/>
        </w:rPr>
        <w:t xml:space="preserve"> </w:t>
      </w:r>
      <w:r>
        <w:rPr>
          <w:rFonts w:ascii="VnTime" w:hAnsi="VnTime" w:eastAsia="VnTime"/>
          <w:b w:val="0"/>
          <w:i w:val="0"/>
          <w:color w:val="000000"/>
          <w:sz w:val="29"/>
        </w:rPr>
        <w:t xml:space="preserve">§iÖn tho¹i: 024.39260024 </w:t>
      </w:r>
      <w:r>
        <w:rPr>
          <w:rFonts w:ascii="ArialMT" w:hAnsi="ArialMT" w:eastAsia="ArialMT"/>
          <w:b w:val="0"/>
          <w:i w:val="0"/>
          <w:color w:val="000000"/>
          <w:sz w:val="29"/>
        </w:rPr>
        <w:t>-</w:t>
      </w:r>
      <w:r>
        <w:rPr>
          <w:rFonts w:ascii="VnTime" w:hAnsi="VnTime" w:eastAsia="VnTime"/>
          <w:b w:val="0"/>
          <w:i w:val="0"/>
          <w:color w:val="000000"/>
          <w:sz w:val="29"/>
        </w:rPr>
        <w:t xml:space="preserve"> Fax: 024.39260031 </w:t>
      </w:r>
    </w:p>
    <w:p>
      <w:pPr>
        <w:autoSpaceDN w:val="0"/>
        <w:tabs>
          <w:tab w:pos="1992" w:val="left"/>
          <w:tab w:pos="2006" w:val="left"/>
          <w:tab w:pos="2240" w:val="left"/>
          <w:tab w:pos="2286" w:val="left"/>
          <w:tab w:pos="2742" w:val="left"/>
          <w:tab w:pos="2762" w:val="left"/>
          <w:tab w:pos="2810" w:val="left"/>
          <w:tab w:pos="2982" w:val="left"/>
          <w:tab w:pos="3066" w:val="left"/>
          <w:tab w:pos="3542" w:val="left"/>
        </w:tabs>
        <w:autoSpaceDE w:val="0"/>
        <w:widowControl/>
        <w:spacing w:line="328" w:lineRule="exact" w:before="0" w:after="0"/>
        <w:ind w:left="28" w:right="28" w:firstLine="0"/>
        <w:jc w:val="left"/>
      </w:pPr>
      <w:r>
        <w:rPr>
          <w:w w:val="101.99999809265137"/>
          <w:rFonts w:ascii="VnBodoniH" w:hAnsi="VnBodoniH" w:eastAsia="VnBodoniH"/>
          <w:b w:val="0"/>
          <w:i w:val="0"/>
          <w:color w:val="000000"/>
          <w:sz w:val="4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rPr>
          <w:rFonts w:ascii="VnTimeBold" w:hAnsi="VnTimeBold" w:eastAsia="VnTimeBold"/>
          <w:b/>
          <w:i w:val="0"/>
          <w:color w:val="000000"/>
          <w:sz w:val="26"/>
        </w:rPr>
        <w:t xml:space="preserve">-----------------------------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Time" w:hAnsi="VnTime" w:eastAsia="VnTime"/>
          <w:b w:val="0"/>
          <w:i w:val="0"/>
          <w:color w:val="000000"/>
          <w:sz w:val="22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Time" w:hAnsi="VnTime" w:eastAsia="VnTime"/>
          <w:b w:val="0"/>
          <w:i w:val="0"/>
          <w:color w:val="000000"/>
          <w:sz w:val="22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Time" w:hAnsi="VnTime" w:eastAsia="VnTime"/>
          <w:b w:val="0"/>
          <w:i w:val="0"/>
          <w:color w:val="000000"/>
          <w:sz w:val="22"/>
        </w:rPr>
        <w:t xml:space="preserve"> </w:t>
      </w:r>
      <w:r>
        <w:br/>
      </w:r>
      <w:r>
        <w:tab/>
      </w:r>
      <w:r>
        <w:tab/>
      </w:r>
      <w:r>
        <w:rPr>
          <w:rFonts w:ascii="VnTime" w:hAnsi="VnTime" w:eastAsia="VnTime"/>
          <w:b w:val="0"/>
          <w:i w:val="0"/>
          <w:color w:val="000000"/>
          <w:sz w:val="29"/>
        </w:rPr>
        <w:t xml:space="preserve">ChÞu tr¸ch nhiÖm xuÊt b¶n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TimeItalic" w:hAnsi="VnTimeItalic" w:eastAsia="VnTimeItalic"/>
          <w:b w:val="0"/>
          <w:i/>
          <w:color w:val="000000"/>
          <w:sz w:val="29"/>
        </w:rPr>
        <w:t xml:space="preserve">Gi¸m ®èc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TimeBold" w:hAnsi="VnTimeBold" w:eastAsia="VnTimeBold"/>
          <w:b/>
          <w:i w:val="0"/>
          <w:color w:val="000000"/>
          <w:sz w:val="29"/>
        </w:rPr>
        <w:t xml:space="preserve">Bïi ViÖt B¾c </w:t>
      </w:r>
      <w:r>
        <w:br/>
      </w:r>
      <w:r>
        <w:rPr>
          <w:rFonts w:ascii="VnTime" w:hAnsi="VnTime" w:eastAsia="VnTime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rPr>
          <w:rFonts w:ascii="VnTime" w:hAnsi="VnTime" w:eastAsia="VnTime"/>
          <w:b w:val="0"/>
          <w:i w:val="0"/>
          <w:color w:val="000000"/>
          <w:sz w:val="29"/>
        </w:rPr>
        <w:t xml:space="preserve">ChÞu tr¸ch nhiÖm néi dung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TimeItalic" w:hAnsi="VnTimeItalic" w:eastAsia="VnTimeItalic"/>
          <w:b w:val="0"/>
          <w:i/>
          <w:color w:val="000000"/>
          <w:sz w:val="29"/>
        </w:rPr>
        <w:t xml:space="preserve">Tæng biªn tËp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TimeBold" w:hAnsi="VnTimeBold" w:eastAsia="VnTimeBold"/>
          <w:b/>
          <w:i w:val="0"/>
          <w:color w:val="000000"/>
          <w:sz w:val="29"/>
        </w:rPr>
        <w:t xml:space="preserve">Lý B¸ Toµn </w:t>
      </w:r>
      <w:r>
        <w:br/>
      </w:r>
      <w:r>
        <w:rPr>
          <w:rFonts w:ascii="VnTime" w:hAnsi="VnTime" w:eastAsia="VnTime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Time" w:hAnsi="VnTime" w:eastAsia="VnTime"/>
          <w:b w:val="0"/>
          <w:i w:val="0"/>
          <w:color w:val="000000"/>
          <w:sz w:val="29"/>
        </w:rPr>
        <w:t xml:space="preserve">Biªn tËp </w:t>
      </w:r>
      <w:r>
        <w:br/>
      </w:r>
      <w:r>
        <w:tab/>
      </w:r>
      <w:r>
        <w:tab/>
      </w:r>
      <w:r>
        <w:tab/>
      </w:r>
      <w:r>
        <w:rPr>
          <w:rFonts w:ascii="VnTimeBold" w:hAnsi="VnTimeBold" w:eastAsia="VnTimeBold"/>
          <w:b/>
          <w:i w:val="0"/>
          <w:color w:val="000000"/>
          <w:sz w:val="29"/>
        </w:rPr>
        <w:t xml:space="preserve">Phan ThÞ Ngäc Minh </w:t>
      </w:r>
    </w:p>
    <w:p>
      <w:pPr>
        <w:autoSpaceDN w:val="0"/>
        <w:autoSpaceDE w:val="0"/>
        <w:widowControl/>
        <w:spacing w:line="298" w:lineRule="exact" w:before="102" w:after="0"/>
        <w:ind w:left="-3982" w:right="28" w:firstLine="4010"/>
        <w:jc w:val="left"/>
      </w:pPr>
      <w:r>
        <w:rPr>
          <w:rFonts w:ascii="VnSouthernBold" w:hAnsi="VnSouthernBold" w:eastAsia="VnSouthernBold"/>
          <w:b/>
          <w:i w:val="0"/>
          <w:color w:val="000000"/>
          <w:sz w:val="25"/>
        </w:rPr>
        <w:t xml:space="preserve"> </w:t>
      </w:r>
      <w:r>
        <w:br/>
      </w:r>
      <w:r>
        <w:rPr>
          <w:rFonts w:ascii="VnTime" w:hAnsi="VnTime" w:eastAsia="VnTime"/>
          <w:b w:val="0"/>
          <w:i w:val="0"/>
          <w:color w:val="000000"/>
          <w:sz w:val="20"/>
        </w:rPr>
        <w:t xml:space="preserve"> </w:t>
      </w:r>
      <w:r>
        <w:br/>
      </w:r>
      <w:r>
        <w:rPr>
          <w:rFonts w:ascii="VnTime" w:hAnsi="VnTime" w:eastAsia="VnTime"/>
          <w:b w:val="0"/>
          <w:i w:val="0"/>
          <w:color w:val="000000"/>
          <w:sz w:val="20"/>
        </w:rPr>
        <w:t xml:space="preserve"> </w:t>
      </w:r>
      <w:r>
        <w:br/>
      </w:r>
      <w:r>
        <w:rPr>
          <w:rFonts w:ascii="VnTime" w:hAnsi="VnTime" w:eastAsia="VnTime"/>
          <w:b w:val="0"/>
          <w:i w:val="0"/>
          <w:color w:val="000000"/>
          <w:sz w:val="14"/>
        </w:rPr>
        <w:t xml:space="preserve"> </w:t>
      </w:r>
      <w:r>
        <w:br/>
      </w:r>
      <w:r>
        <w:rPr>
          <w:rFonts w:ascii="VnTime" w:hAnsi="VnTime" w:eastAsia="VnTime"/>
          <w:b w:val="0"/>
          <w:i w:val="0"/>
          <w:color w:val="000000"/>
          <w:sz w:val="28"/>
        </w:rPr>
        <w:t xml:space="preserve">In 500 cuèn, khæ 16x24 cm. T¹i C«ng ty CP In vµ TM HTC. </w:t>
      </w:r>
      <w:r>
        <w:rPr>
          <w:rFonts w:ascii="VnTime" w:hAnsi="VnTime" w:eastAsia="VnTime"/>
          <w:b w:val="0"/>
          <w:i w:val="0"/>
          <w:color w:val="000000"/>
          <w:sz w:val="28"/>
        </w:rPr>
        <w:t xml:space="preserve">§Þa chØ: Tæ 1, Bå §Ò, Long Biªn, Hµ Néi. </w:t>
      </w:r>
      <w:r>
        <w:br/>
      </w:r>
      <w:r>
        <w:rPr>
          <w:rFonts w:ascii="VnTime" w:hAnsi="VnTime" w:eastAsia="VnTime"/>
          <w:b w:val="0"/>
          <w:i w:val="0"/>
          <w:color w:val="000000"/>
          <w:sz w:val="28"/>
        </w:rPr>
        <w:t xml:space="preserve">Sè §KKHXB: 540 - 2019/CXBIPH/36 - 07/H§. </w:t>
      </w:r>
      <w:r>
        <w:br/>
      </w:r>
      <w:r>
        <w:rPr>
          <w:rFonts w:ascii="VnTime" w:hAnsi="VnTime" w:eastAsia="VnTime"/>
          <w:b w:val="0"/>
          <w:i w:val="0"/>
          <w:color w:val="000000"/>
          <w:sz w:val="28"/>
        </w:rPr>
        <w:t xml:space="preserve">Sè Q§XB cña NXB: 874/Q§ - NXBH§. </w:t>
      </w:r>
      <w:r>
        <w:br/>
      </w:r>
      <w:r>
        <w:rPr>
          <w:rFonts w:ascii="VnTime" w:hAnsi="VnTime" w:eastAsia="VnTime"/>
          <w:b w:val="0"/>
          <w:i w:val="0"/>
          <w:color w:val="000000"/>
          <w:sz w:val="28"/>
        </w:rPr>
        <w:t xml:space="preserve">M· sè s¸ch tiªu chuÈn quèc tÕ (ISBN): 978-604-89-7783-2 </w:t>
      </w:r>
      <w:r>
        <w:rPr>
          <w:rFonts w:ascii="VnTime" w:hAnsi="VnTime" w:eastAsia="VnTime"/>
          <w:b w:val="0"/>
          <w:i w:val="0"/>
          <w:color w:val="000000"/>
          <w:sz w:val="28"/>
        </w:rPr>
        <w:t>In xong vµ nép l­u chiÓu n¨m 2019.</w:t>
      </w:r>
      <w:r>
        <w:rPr>
          <w:rFonts w:ascii="VnTime" w:hAnsi="VnTime" w:eastAsia="VnTime"/>
          <w:b w:val="0"/>
          <w:i w:val="0"/>
          <w:color w:val="000000"/>
          <w:sz w:val="27"/>
        </w:rPr>
        <w:t xml:space="preserve"> </w:t>
      </w:r>
    </w:p>
    <w:p>
      <w:pPr>
        <w:sectPr>
          <w:pgSz w:w="9072" w:h="13608"/>
          <w:pgMar w:top="624" w:right="974" w:bottom="622" w:left="9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5669280" cy="860755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60755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8928" w:h="13555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://www.hanzizidian.com/E697A2" TargetMode="External"/><Relationship Id="rId11" Type="http://schemas.openxmlformats.org/officeDocument/2006/relationships/hyperlink" Target="http://www.baidu.com/link?url=8rRX-PMfZX0iycqfxEkAQ3sUmSqVbjRqsNw_fGYDr-fMMW_7cLaezAUVLNlu8rLz" TargetMode="External"/><Relationship Id="rId12" Type="http://schemas.openxmlformats.org/officeDocument/2006/relationships/hyperlink" Target="https://www.baidu.com/link?url=hG8UIDCrBZ94NqpLXwSrquU8NSAEyZ3a54p_zym0YH681X9oT3vhoiZVVRyeuqiq&amp;wd=&amp;eqid=b4fba7bb0002984f000000065ab36e64" TargetMode="External"/><Relationship Id="rId13" Type="http://schemas.openxmlformats.org/officeDocument/2006/relationships/hyperlink" Target="http://www.hanzizidian.com/E79CA5" TargetMode="External"/><Relationship Id="rId14" Type="http://schemas.openxmlformats.org/officeDocument/2006/relationships/hyperlink" Target="http://www.hanzizidian.com/E9A492" TargetMode="External"/><Relationship Id="rId15" Type="http://schemas.openxmlformats.org/officeDocument/2006/relationships/hyperlink" Target="https://www.baidu.com/link?url=xdKsV4kgybtEFeAZR8lcyvSupoOK9w15a0LycLEVog8mcQ6hDr9N-wO_JM7JcXiSo4GBEqxUU_STBK1coZZU-iAGi9mxAuypncXEQi1quxIpz7JZZt0Dbaqv-jdMleI3_oKc6Lzod1WSpdueYJpeTq&amp;wd=&amp;eqid=f8acd34d00032abb000000065ab3759c" TargetMode="External"/><Relationship Id="rId16" Type="http://schemas.openxmlformats.org/officeDocument/2006/relationships/hyperlink" Target="http://www.hanzizidian.com/E6859A" TargetMode="External"/><Relationship Id="rId17" Type="http://schemas.openxmlformats.org/officeDocument/2006/relationships/hyperlink" Target="http://www.hanzizidian.com/E5B684" TargetMode="External"/><Relationship Id="rId18" Type="http://schemas.openxmlformats.org/officeDocument/2006/relationships/hyperlink" Target="http://www.hanzizidian.com/E7A587" TargetMode="External"/><Relationship Id="rId19" Type="http://schemas.openxmlformats.org/officeDocument/2006/relationships/hyperlink" Target="https://zidian.911cha.com/zi3acb.html" TargetMode="External"/><Relationship Id="rId20" Type="http://schemas.openxmlformats.org/officeDocument/2006/relationships/image" Target="media/image2.png"/><Relationship Id="rId21" Type="http://schemas.openxmlformats.org/officeDocument/2006/relationships/hyperlink" Target="http://www.hanzizidian.com/E78C97" TargetMode="External"/><Relationship Id="rId22" Type="http://schemas.openxmlformats.org/officeDocument/2006/relationships/hyperlink" Target="http://www.hanzizidian.com/E9A9A5" TargetMode="External"/><Relationship Id="rId23" Type="http://schemas.openxmlformats.org/officeDocument/2006/relationships/hyperlink" Target="http://www.hanzizidian.com/E5A7A6" TargetMode="External"/><Relationship Id="rId24" Type="http://schemas.openxmlformats.org/officeDocument/2006/relationships/hyperlink" Target="http://www.hanzizidian.com/E69CB4" TargetMode="External"/><Relationship Id="rId25" Type="http://schemas.openxmlformats.org/officeDocument/2006/relationships/hyperlink" Target="http://www.hanzizidian.com/E6A18E" TargetMode="External"/><Relationship Id="rId26" Type="http://schemas.openxmlformats.org/officeDocument/2006/relationships/hyperlink" Target="http://www.minlun.org.tw/1pt/1pt-4-2/03-01.htm" TargetMode="External"/><Relationship Id="rId27" Type="http://schemas.openxmlformats.org/officeDocument/2006/relationships/hyperlink" Target="http://www.amtb.tw/pdf/HZ35-12-02.pdf" TargetMode="External"/><Relationship Id="rId28" Type="http://schemas.openxmlformats.org/officeDocument/2006/relationships/hyperlink" Target="http://www.zdic.net/" TargetMode="External"/><Relationship Id="rId29" Type="http://schemas.openxmlformats.org/officeDocument/2006/relationships/hyperlink" Target="http://www.en.wikipedia.org/wiki/Guan_Zhong" TargetMode="External"/><Relationship Id="rId30" Type="http://schemas.openxmlformats.org/officeDocument/2006/relationships/hyperlink" Target="http://www.en.wikipedia.org/wiki/Han_Fei" TargetMode="External"/><Relationship Id="rId31" Type="http://schemas.openxmlformats.org/officeDocument/2006/relationships/hyperlink" Target="http://www.oaks.nvg.org/re5ra17.html" TargetMode="External"/><Relationship Id="rId32" Type="http://schemas.openxmlformats.org/officeDocument/2006/relationships/hyperlink" Target="http://www.san.beck.org/EC16-Legalism.html" TargetMode="External"/><Relationship Id="rId33" Type="http://schemas.openxmlformats.org/officeDocument/2006/relationships/hyperlink" Target="http://www1.chinaculture.org/created/2005-07/20/content_70803.htm" TargetMode="External"/><Relationship Id="rId34" Type="http://schemas.openxmlformats.org/officeDocument/2006/relationships/hyperlink" Target="http://classics.mit.edu/Tzu/artwar.html." TargetMode="External"/><Relationship Id="rId35" Type="http://schemas.openxmlformats.org/officeDocument/2006/relationships/hyperlink" Target="http://www.en.wikipedia.org/wiki/Wu_Qi" TargetMode="External"/><Relationship Id="rId36" Type="http://schemas.openxmlformats.org/officeDocument/2006/relationships/hyperlink" Target="http://history.cultural-china.com/en/47History1920.html" TargetMode="External"/><Relationship Id="rId3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